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C675B0" w:rsidRPr="00F3514A" w14:paraId="2A17677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4454CE32" w14:textId="36A27EE2" w:rsidR="00C675B0" w:rsidRPr="00F3514A" w:rsidRDefault="00240FB0">
            <w:pPr>
              <w:keepNext/>
              <w:jc w:val="center"/>
              <w:rPr>
                <w:lang w:val="ro-RO"/>
              </w:rPr>
            </w:pPr>
            <w:r w:rsidRPr="00F3514A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12EA7E9E" wp14:editId="4908370F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</w:tcPr>
          <w:p w14:paraId="0477302E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Județul</w:t>
            </w:r>
          </w:p>
          <w:p w14:paraId="6B800A48" w14:textId="3004CA89" w:rsidR="00C675B0" w:rsidRPr="00F3514A" w:rsidRDefault="00240FB0">
            <w:pPr>
              <w:keepNext/>
              <w:rPr>
                <w:lang w:val="ro-RO"/>
              </w:rPr>
            </w:pPr>
            <w:r w:rsidRPr="00F3514A">
              <w:rPr>
                <w:b/>
                <w:bCs/>
                <w:lang w:val="ro-RO"/>
              </w:rPr>
              <w:t>CLUJ</w:t>
            </w:r>
          </w:p>
        </w:tc>
      </w:tr>
      <w:tr w:rsidR="00C675B0" w:rsidRPr="00F3514A" w14:paraId="1B4EBB3B" w14:textId="77777777">
        <w:trPr>
          <w:cantSplit/>
          <w:trHeight w:val="510"/>
        </w:trPr>
        <w:tc>
          <w:tcPr>
            <w:tcW w:w="1606" w:type="dxa"/>
            <w:vMerge/>
          </w:tcPr>
          <w:p w14:paraId="5EE9FFA6" w14:textId="77777777" w:rsidR="00C675B0" w:rsidRPr="00F3514A" w:rsidRDefault="00C675B0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</w:tcPr>
          <w:p w14:paraId="520169F5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Autoritatea administrației publice</w:t>
            </w:r>
          </w:p>
          <w:p w14:paraId="1B4AB000" w14:textId="7304FF90" w:rsidR="00C675B0" w:rsidRPr="00F3514A" w:rsidRDefault="00240FB0">
            <w:pPr>
              <w:keepNext/>
              <w:rPr>
                <w:lang w:val="ro-RO"/>
              </w:rPr>
            </w:pPr>
            <w:r w:rsidRPr="00F3514A">
              <w:rPr>
                <w:b/>
                <w:bCs/>
                <w:lang w:val="ro-RO"/>
              </w:rPr>
              <w:t>PRIMĂRIA MUNICIPIULUI TURDA</w:t>
            </w:r>
          </w:p>
        </w:tc>
      </w:tr>
      <w:tr w:rsidR="00C675B0" w:rsidRPr="00F3514A" w14:paraId="153F5D0A" w14:textId="77777777">
        <w:trPr>
          <w:cantSplit/>
          <w:trHeight w:val="510"/>
        </w:trPr>
        <w:tc>
          <w:tcPr>
            <w:tcW w:w="1606" w:type="dxa"/>
            <w:vMerge/>
          </w:tcPr>
          <w:p w14:paraId="367187FF" w14:textId="77777777" w:rsidR="00C675B0" w:rsidRPr="00F3514A" w:rsidRDefault="00C675B0">
            <w:pPr>
              <w:rPr>
                <w:lang w:val="ro-RO"/>
              </w:rPr>
            </w:pPr>
          </w:p>
        </w:tc>
        <w:tc>
          <w:tcPr>
            <w:tcW w:w="2409" w:type="dxa"/>
          </w:tcPr>
          <w:p w14:paraId="3C7B1901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Cod de identificare fiscală (CIF)</w:t>
            </w:r>
          </w:p>
          <w:p w14:paraId="597B0D42" w14:textId="30FA2C64" w:rsidR="00C675B0" w:rsidRPr="00F3514A" w:rsidRDefault="00240FB0">
            <w:pPr>
              <w:keepNext/>
              <w:rPr>
                <w:lang w:val="ro-RO"/>
              </w:rPr>
            </w:pPr>
            <w:r w:rsidRPr="00F3514A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</w:tcPr>
          <w:p w14:paraId="60B88B45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Adresa oficială</w:t>
            </w:r>
          </w:p>
          <w:p w14:paraId="4A68101F" w14:textId="2CE9260B" w:rsidR="00C675B0" w:rsidRPr="00F3514A" w:rsidRDefault="00240FB0" w:rsidP="00240FB0">
            <w:pPr>
              <w:rPr>
                <w:i/>
                <w:color w:val="7A7A7A"/>
                <w:lang w:val="ro-RO"/>
              </w:rPr>
            </w:pPr>
            <w:r w:rsidRPr="00F3514A">
              <w:rPr>
                <w:b/>
                <w:bCs/>
                <w:i/>
                <w:lang w:val="ro-RO"/>
              </w:rPr>
              <w:t xml:space="preserve">P-ța 1 Decembrie 1918 nr.28 · tel: 0264-313160· e-mail: </w:t>
            </w:r>
            <w:hyperlink r:id="rId9" w:history="1">
              <w:r w:rsidRPr="00F3514A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F3514A">
              <w:rPr>
                <w:i/>
                <w:color w:val="7A7A7A"/>
                <w:lang w:val="ro-RO"/>
              </w:rPr>
              <w:t xml:space="preserve"> </w:t>
            </w:r>
          </w:p>
        </w:tc>
      </w:tr>
      <w:tr w:rsidR="00C675B0" w:rsidRPr="00F3514A" w14:paraId="6CDC7E83" w14:textId="77777777">
        <w:trPr>
          <w:cantSplit/>
          <w:trHeight w:val="510"/>
        </w:trPr>
        <w:tc>
          <w:tcPr>
            <w:tcW w:w="1606" w:type="dxa"/>
            <w:vMerge/>
          </w:tcPr>
          <w:p w14:paraId="3AE11210" w14:textId="77777777" w:rsidR="00C675B0" w:rsidRPr="00F3514A" w:rsidRDefault="00C675B0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</w:tcPr>
          <w:p w14:paraId="677EC9F3" w14:textId="77777777" w:rsidR="00C675B0" w:rsidRPr="00F3514A" w:rsidRDefault="00000000">
            <w:pPr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Nr. înregistrare</w:t>
            </w:r>
          </w:p>
          <w:p w14:paraId="06165CD4" w14:textId="77777777" w:rsidR="00C675B0" w:rsidRPr="00F3514A" w:rsidRDefault="00C675B0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22F3D38F" w14:textId="77777777" w:rsidR="00C675B0" w:rsidRPr="00F3514A" w:rsidRDefault="00000000">
            <w:pPr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Data</w:t>
            </w:r>
          </w:p>
          <w:p w14:paraId="7F07E4AB" w14:textId="77777777" w:rsidR="00C675B0" w:rsidRPr="00F3514A" w:rsidRDefault="00C675B0">
            <w:pPr>
              <w:rPr>
                <w:lang w:val="ro-RO"/>
              </w:rPr>
            </w:pPr>
          </w:p>
        </w:tc>
      </w:tr>
    </w:tbl>
    <w:p w14:paraId="61EE544F" w14:textId="77777777" w:rsidR="00C675B0" w:rsidRPr="00F3514A" w:rsidRDefault="00C675B0">
      <w:pPr>
        <w:spacing w:line="168" w:lineRule="auto"/>
        <w:rPr>
          <w:lang w:val="ro-RO"/>
        </w:rPr>
      </w:pPr>
    </w:p>
    <w:p w14:paraId="0F254A1F" w14:textId="44D42C9B" w:rsidR="00C675B0" w:rsidRPr="00F3514A" w:rsidRDefault="00000000">
      <w:pPr>
        <w:spacing w:before="140" w:after="40"/>
        <w:jc w:val="center"/>
        <w:rPr>
          <w:lang w:val="ro-RO"/>
        </w:rPr>
      </w:pPr>
      <w:r w:rsidRPr="00F3514A">
        <w:rPr>
          <w:b/>
          <w:sz w:val="34"/>
          <w:lang w:val="ro-RO"/>
        </w:rPr>
        <w:t>ANEXĂ DE COMPLETARE</w:t>
      </w:r>
    </w:p>
    <w:p w14:paraId="24993E90" w14:textId="77777777" w:rsidR="00C675B0" w:rsidRPr="00F3514A" w:rsidRDefault="00000000">
      <w:pPr>
        <w:spacing w:after="120"/>
        <w:jc w:val="center"/>
        <w:rPr>
          <w:lang w:val="ro-RO"/>
        </w:rPr>
      </w:pPr>
      <w:r w:rsidRPr="00F3514A">
        <w:rPr>
          <w:sz w:val="19"/>
          <w:lang w:val="ro-RO"/>
        </w:rPr>
        <w:t>a Certificatului de urbanism nr. …… din ……,</w:t>
      </w:r>
    </w:p>
    <w:p w14:paraId="2E8B4CB2" w14:textId="53ED1FAF" w:rsidR="00C675B0" w:rsidRPr="00F3514A" w:rsidRDefault="00000000" w:rsidP="00C70756">
      <w:pPr>
        <w:spacing w:after="120"/>
        <w:jc w:val="center"/>
        <w:rPr>
          <w:lang w:val="ro-RO"/>
        </w:rPr>
      </w:pPr>
      <w:r w:rsidRPr="00F3514A">
        <w:rPr>
          <w:sz w:val="19"/>
          <w:lang w:val="ro-RO"/>
        </w:rPr>
        <w:t>în temeiul</w:t>
      </w:r>
      <w:r w:rsidR="000F1A79" w:rsidRPr="00F3514A">
        <w:rPr>
          <w:sz w:val="19"/>
          <w:lang w:val="ro-RO"/>
        </w:rPr>
        <w:t xml:space="preserve"> art. 249 alin.(3) din Legea nr.169/2026 privind Codul amenajării teritoriului, urbanismului și </w:t>
      </w:r>
      <w:r w:rsidR="00F3514A" w:rsidRPr="00F3514A">
        <w:rPr>
          <w:sz w:val="19"/>
          <w:lang w:val="ro-RO"/>
        </w:rPr>
        <w:t>construcțiilor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C675B0" w:rsidRPr="00F3514A" w14:paraId="683A35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10A03A2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sz w:val="16"/>
                <w:lang w:val="ro-RO"/>
              </w:rPr>
              <w:t xml:space="preserve"> 1. </w:t>
            </w:r>
            <w:r w:rsidRPr="00F3514A">
              <w:rPr>
                <w:b/>
                <w:color w:val="000000"/>
                <w:sz w:val="18"/>
                <w:lang w:val="ro-RO"/>
              </w:rPr>
              <w:t>TEMEIUL</w:t>
            </w:r>
          </w:p>
        </w:tc>
      </w:tr>
      <w:tr w:rsidR="00C675B0" w:rsidRPr="00F3514A" w14:paraId="5578F735" w14:textId="77777777">
        <w:trPr>
          <w:cantSplit/>
          <w:trHeight w:val="510"/>
        </w:trPr>
        <w:tc>
          <w:tcPr>
            <w:tcW w:w="5621" w:type="dxa"/>
          </w:tcPr>
          <w:p w14:paraId="1C2F7635" w14:textId="77777777" w:rsidR="00C675B0" w:rsidRPr="00F3514A" w:rsidRDefault="00000000">
            <w:pPr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Documentația de urbanism — nr. / faza PUZ</w:t>
            </w:r>
          </w:p>
          <w:p w14:paraId="63D69C94" w14:textId="77777777" w:rsidR="00C675B0" w:rsidRPr="00F3514A" w:rsidRDefault="00C675B0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3B41C4FD" w14:textId="77777777" w:rsidR="00C675B0" w:rsidRPr="00F3514A" w:rsidRDefault="00000000">
            <w:pPr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Aprobată prin hotărârea CJ / CL nr. / data</w:t>
            </w:r>
          </w:p>
          <w:p w14:paraId="652EF4FA" w14:textId="77777777" w:rsidR="00C675B0" w:rsidRPr="00F3514A" w:rsidRDefault="00C675B0">
            <w:pPr>
              <w:rPr>
                <w:lang w:val="ro-RO"/>
              </w:rPr>
            </w:pPr>
          </w:p>
        </w:tc>
      </w:tr>
    </w:tbl>
    <w:p w14:paraId="1CB084AC" w14:textId="77777777" w:rsidR="00C675B0" w:rsidRPr="00F3514A" w:rsidRDefault="00C675B0">
      <w:pPr>
        <w:spacing w:line="168" w:lineRule="auto"/>
        <w:rPr>
          <w:lang w:val="ro-RO"/>
        </w:rPr>
      </w:pPr>
    </w:p>
    <w:p w14:paraId="041BB1CD" w14:textId="77777777" w:rsidR="00C675B0" w:rsidRPr="00F3514A" w:rsidRDefault="00000000">
      <w:pPr>
        <w:spacing w:before="140" w:after="40"/>
        <w:jc w:val="center"/>
        <w:rPr>
          <w:lang w:val="ro-RO"/>
        </w:rPr>
      </w:pPr>
      <w:r w:rsidRPr="00F3514A">
        <w:rPr>
          <w:b/>
          <w:sz w:val="34"/>
          <w:lang w:val="ro-RO"/>
        </w:rPr>
        <w:t>SE CERTIFICĂ</w:t>
      </w:r>
    </w:p>
    <w:p w14:paraId="3580A638" w14:textId="33AEEA4E" w:rsidR="00C675B0" w:rsidRPr="00F3514A" w:rsidRDefault="00000000">
      <w:pPr>
        <w:spacing w:after="120"/>
        <w:jc w:val="center"/>
        <w:rPr>
          <w:lang w:val="ro-RO"/>
        </w:rPr>
      </w:pPr>
      <w:r w:rsidRPr="00F3514A">
        <w:rPr>
          <w:sz w:val="19"/>
          <w:lang w:val="ro-RO"/>
        </w:rPr>
        <w:t>modificarea regimurilor</w:t>
      </w:r>
      <w:r w:rsidR="00E74472" w:rsidRPr="00F3514A">
        <w:rPr>
          <w:sz w:val="19"/>
          <w:lang w:val="ro-RO"/>
        </w:rPr>
        <w:t xml:space="preserve"> juridic / economic / tehnic, astfel</w:t>
      </w:r>
      <w:r w:rsidRPr="00F3514A">
        <w:rPr>
          <w:sz w:val="19"/>
          <w:lang w:val="ro-RO"/>
        </w:rPr>
        <w:t>:</w:t>
      </w:r>
    </w:p>
    <w:p w14:paraId="23757448" w14:textId="77777777" w:rsidR="00C675B0" w:rsidRPr="00F3514A" w:rsidRDefault="00C675B0">
      <w:pPr>
        <w:spacing w:after="60" w:line="168" w:lineRule="auto"/>
        <w:rPr>
          <w:lang w:val="ro-RO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675B0" w:rsidRPr="00F3514A" w14:paraId="0DF15DA8" w14:textId="77777777">
        <w:trPr>
          <w:cantSplit/>
        </w:trPr>
        <w:tc>
          <w:tcPr>
            <w:tcW w:w="9636" w:type="dxa"/>
            <w:shd w:val="clear" w:color="auto" w:fill="F4F4F4"/>
          </w:tcPr>
          <w:p w14:paraId="6BFAC200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sz w:val="16"/>
                <w:lang w:val="ro-RO"/>
              </w:rPr>
              <w:t xml:space="preserve"> 2. </w:t>
            </w:r>
            <w:r w:rsidRPr="00F3514A">
              <w:rPr>
                <w:b/>
                <w:color w:val="000000"/>
                <w:sz w:val="18"/>
                <w:lang w:val="ro-RO"/>
              </w:rPr>
              <w:t>REGIMUL JURIDIC</w:t>
            </w:r>
          </w:p>
        </w:tc>
      </w:tr>
      <w:tr w:rsidR="00C675B0" w:rsidRPr="00F3514A" w14:paraId="1461D7B7" w14:textId="77777777">
        <w:trPr>
          <w:cantSplit/>
        </w:trPr>
        <w:tc>
          <w:tcPr>
            <w:tcW w:w="9636" w:type="dxa"/>
          </w:tcPr>
          <w:p w14:paraId="7FA2BFFB" w14:textId="77777777" w:rsidR="00C675B0" w:rsidRPr="00F3514A" w:rsidRDefault="00C675B0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21AC0B1A" w14:textId="77777777" w:rsidR="00C675B0" w:rsidRPr="00F3514A" w:rsidRDefault="00C675B0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6032B54B" w14:textId="77777777" w:rsidR="00C675B0" w:rsidRPr="00F3514A" w:rsidRDefault="00C675B0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</w:tc>
      </w:tr>
    </w:tbl>
    <w:p w14:paraId="089D3650" w14:textId="77777777" w:rsidR="00C675B0" w:rsidRPr="00F3514A" w:rsidRDefault="00C675B0">
      <w:pPr>
        <w:spacing w:line="168" w:lineRule="auto"/>
        <w:rPr>
          <w:lang w:val="ro-RO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C675B0" w:rsidRPr="00F3514A" w14:paraId="3E8C1304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123962B2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sz w:val="16"/>
                <w:lang w:val="ro-RO"/>
              </w:rPr>
              <w:t xml:space="preserve"> 3. </w:t>
            </w:r>
            <w:r w:rsidRPr="00F3514A">
              <w:rPr>
                <w:b/>
                <w:color w:val="000000"/>
                <w:sz w:val="18"/>
                <w:lang w:val="ro-RO"/>
              </w:rPr>
              <w:t>REGIMUL ECONOMIC</w:t>
            </w:r>
          </w:p>
        </w:tc>
      </w:tr>
      <w:tr w:rsidR="00C675B0" w:rsidRPr="00F3514A" w14:paraId="51575098" w14:textId="77777777">
        <w:trPr>
          <w:cantSplit/>
        </w:trPr>
        <w:tc>
          <w:tcPr>
            <w:tcW w:w="8030" w:type="dxa"/>
            <w:shd w:val="clear" w:color="auto" w:fill="F4F4F4"/>
          </w:tcPr>
          <w:p w14:paraId="1EC25DD1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2195DAD8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Actul de reglementare</w:t>
            </w:r>
          </w:p>
          <w:p w14:paraId="0CF941A0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i/>
                <w:color w:val="7A7A7A"/>
                <w:lang w:val="ro-RO"/>
              </w:rPr>
              <w:t>RLU · HCL · lege, nr./an</w:t>
            </w:r>
          </w:p>
        </w:tc>
      </w:tr>
      <w:tr w:rsidR="00C675B0" w:rsidRPr="00F3514A" w14:paraId="5BF110D4" w14:textId="77777777">
        <w:trPr>
          <w:cantSplit/>
          <w:trHeight w:val="283"/>
        </w:trPr>
        <w:tc>
          <w:tcPr>
            <w:tcW w:w="8030" w:type="dxa"/>
          </w:tcPr>
          <w:p w14:paraId="1DBBBD46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4658E90A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</w:tr>
      <w:tr w:rsidR="00C675B0" w:rsidRPr="00F3514A" w14:paraId="7A747DA3" w14:textId="77777777">
        <w:trPr>
          <w:cantSplit/>
          <w:trHeight w:val="283"/>
        </w:trPr>
        <w:tc>
          <w:tcPr>
            <w:tcW w:w="8030" w:type="dxa"/>
          </w:tcPr>
          <w:p w14:paraId="4A1F79F2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34960617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</w:tr>
      <w:tr w:rsidR="00C675B0" w:rsidRPr="00F3514A" w14:paraId="60D717E7" w14:textId="77777777">
        <w:trPr>
          <w:cantSplit/>
          <w:trHeight w:val="283"/>
        </w:trPr>
        <w:tc>
          <w:tcPr>
            <w:tcW w:w="8030" w:type="dxa"/>
          </w:tcPr>
          <w:p w14:paraId="6204DBE3" w14:textId="77777777" w:rsidR="00C675B0" w:rsidRPr="00F3514A" w:rsidRDefault="00C675B0">
            <w:pPr>
              <w:rPr>
                <w:lang w:val="ro-RO"/>
              </w:rPr>
            </w:pPr>
          </w:p>
        </w:tc>
        <w:tc>
          <w:tcPr>
            <w:tcW w:w="1606" w:type="dxa"/>
          </w:tcPr>
          <w:p w14:paraId="6F746F19" w14:textId="77777777" w:rsidR="00C675B0" w:rsidRPr="00F3514A" w:rsidRDefault="00C675B0">
            <w:pPr>
              <w:rPr>
                <w:lang w:val="ro-RO"/>
              </w:rPr>
            </w:pPr>
          </w:p>
        </w:tc>
      </w:tr>
    </w:tbl>
    <w:p w14:paraId="36BCE2A5" w14:textId="77777777" w:rsidR="00C675B0" w:rsidRPr="00F3514A" w:rsidRDefault="00C675B0">
      <w:pPr>
        <w:spacing w:line="168" w:lineRule="auto"/>
        <w:rPr>
          <w:lang w:val="ro-RO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C675B0" w:rsidRPr="00F3514A" w14:paraId="12BCF20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74F92BC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sz w:val="16"/>
                <w:lang w:val="ro-RO"/>
              </w:rPr>
              <w:t xml:space="preserve"> 4. </w:t>
            </w:r>
            <w:r w:rsidRPr="00F3514A">
              <w:rPr>
                <w:b/>
                <w:color w:val="000000"/>
                <w:sz w:val="18"/>
                <w:lang w:val="ro-RO"/>
              </w:rPr>
              <w:t>REGIMUL TEHNIC</w:t>
            </w:r>
          </w:p>
        </w:tc>
      </w:tr>
      <w:tr w:rsidR="00C675B0" w:rsidRPr="00F3514A" w14:paraId="737D3DCE" w14:textId="77777777">
        <w:trPr>
          <w:cantSplit/>
        </w:trPr>
        <w:tc>
          <w:tcPr>
            <w:tcW w:w="8030" w:type="dxa"/>
            <w:shd w:val="clear" w:color="auto" w:fill="F4F4F4"/>
          </w:tcPr>
          <w:p w14:paraId="759D545F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2FBAC74F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Actul de reglementare</w:t>
            </w:r>
          </w:p>
          <w:p w14:paraId="2B7CF2D9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i/>
                <w:color w:val="7A7A7A"/>
                <w:lang w:val="ro-RO"/>
              </w:rPr>
              <w:t>RLU · HCL · lege, nr./an</w:t>
            </w:r>
          </w:p>
        </w:tc>
      </w:tr>
      <w:tr w:rsidR="00C675B0" w:rsidRPr="00F3514A" w14:paraId="0FF3796F" w14:textId="77777777">
        <w:trPr>
          <w:cantSplit/>
          <w:trHeight w:val="283"/>
        </w:trPr>
        <w:tc>
          <w:tcPr>
            <w:tcW w:w="8030" w:type="dxa"/>
          </w:tcPr>
          <w:p w14:paraId="26B8F2E9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204B9DDA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</w:tr>
      <w:tr w:rsidR="00C675B0" w:rsidRPr="00F3514A" w14:paraId="5F56E203" w14:textId="77777777">
        <w:trPr>
          <w:cantSplit/>
          <w:trHeight w:val="283"/>
        </w:trPr>
        <w:tc>
          <w:tcPr>
            <w:tcW w:w="8030" w:type="dxa"/>
          </w:tcPr>
          <w:p w14:paraId="0A864482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5BFEF702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</w:tr>
      <w:tr w:rsidR="00C675B0" w:rsidRPr="00F3514A" w14:paraId="5D65CCA6" w14:textId="77777777">
        <w:trPr>
          <w:cantSplit/>
          <w:trHeight w:val="283"/>
        </w:trPr>
        <w:tc>
          <w:tcPr>
            <w:tcW w:w="8030" w:type="dxa"/>
          </w:tcPr>
          <w:p w14:paraId="23298893" w14:textId="77777777" w:rsidR="00C675B0" w:rsidRPr="00F3514A" w:rsidRDefault="00C675B0">
            <w:pPr>
              <w:rPr>
                <w:lang w:val="ro-RO"/>
              </w:rPr>
            </w:pPr>
          </w:p>
        </w:tc>
        <w:tc>
          <w:tcPr>
            <w:tcW w:w="1606" w:type="dxa"/>
          </w:tcPr>
          <w:p w14:paraId="0B693012" w14:textId="77777777" w:rsidR="00C675B0" w:rsidRPr="00F3514A" w:rsidRDefault="00C675B0">
            <w:pPr>
              <w:rPr>
                <w:lang w:val="ro-RO"/>
              </w:rPr>
            </w:pPr>
          </w:p>
        </w:tc>
      </w:tr>
    </w:tbl>
    <w:p w14:paraId="2568D94B" w14:textId="77777777" w:rsidR="00C675B0" w:rsidRPr="00F3514A" w:rsidRDefault="00C675B0">
      <w:pPr>
        <w:spacing w:line="168" w:lineRule="auto"/>
        <w:rPr>
          <w:lang w:val="ro-RO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260"/>
      </w:tblGrid>
      <w:tr w:rsidR="00C675B0" w:rsidRPr="00F3514A" w14:paraId="3166605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4264D5AF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sz w:val="16"/>
                <w:lang w:val="ro-RO"/>
              </w:rPr>
              <w:t xml:space="preserve"> 5. </w:t>
            </w:r>
            <w:r w:rsidRPr="00F3514A">
              <w:rPr>
                <w:b/>
                <w:color w:val="000000"/>
                <w:sz w:val="18"/>
                <w:lang w:val="ro-RO"/>
              </w:rPr>
              <w:t>AVIZE / ACORDURI ÎN VEDEREA EMITERII AUTORIZAȚIEI DE CONSTRUIRE / DESFIINȚARE</w:t>
            </w:r>
          </w:p>
        </w:tc>
      </w:tr>
      <w:tr w:rsidR="00C675B0" w:rsidRPr="00F3514A" w14:paraId="3E975B67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F8A7AD7" w14:textId="637789B5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 xml:space="preserve"> 5.1 · exclusiv obținute </w:t>
            </w:r>
            <w:r w:rsidR="00E74472" w:rsidRPr="00F3514A">
              <w:rPr>
                <w:sz w:val="16"/>
                <w:lang w:val="ro-RO"/>
              </w:rPr>
              <w:t>direct de către solicitant</w:t>
            </w:r>
          </w:p>
        </w:tc>
      </w:tr>
      <w:tr w:rsidR="00C675B0" w:rsidRPr="00F3514A" w14:paraId="6FAE8858" w14:textId="77777777">
        <w:trPr>
          <w:cantSplit/>
        </w:trPr>
        <w:tc>
          <w:tcPr>
            <w:tcW w:w="9636" w:type="dxa"/>
            <w:gridSpan w:val="2"/>
          </w:tcPr>
          <w:p w14:paraId="4F9A5B54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 xml:space="preserve"> ☐ SEVESO     ☐ poliția rutieră / comisia tehnică de circulație     ☐ protecția sănătății populației     ☐ securitate la incendiu     ☐ protecție civilă</w:t>
            </w:r>
          </w:p>
        </w:tc>
      </w:tr>
      <w:tr w:rsidR="00C675B0" w:rsidRPr="00F3514A" w14:paraId="56C35D5A" w14:textId="77777777">
        <w:trPr>
          <w:cantSplit/>
        </w:trPr>
        <w:tc>
          <w:tcPr>
            <w:tcW w:w="9636" w:type="dxa"/>
            <w:gridSpan w:val="2"/>
          </w:tcPr>
          <w:p w14:paraId="15B18837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 xml:space="preserve"> ☐ gospodărirea apelor     ☐ Ministerul Culturii / serviciile deconcentrate     ☐ autoritatea în domeniul transporturilor de interes național</w:t>
            </w:r>
          </w:p>
        </w:tc>
      </w:tr>
      <w:tr w:rsidR="00C675B0" w:rsidRPr="00F3514A" w14:paraId="489A2968" w14:textId="77777777" w:rsidTr="00E74472">
        <w:trPr>
          <w:cantSplit/>
          <w:trHeight w:val="510"/>
        </w:trPr>
        <w:tc>
          <w:tcPr>
            <w:tcW w:w="2376" w:type="dxa"/>
          </w:tcPr>
          <w:p w14:paraId="1FE12874" w14:textId="58089CAF" w:rsidR="00C675B0" w:rsidRPr="00F3514A" w:rsidRDefault="00E74472">
            <w:pPr>
              <w:keepNext/>
              <w:rPr>
                <w:lang w:val="ro-RO"/>
              </w:rPr>
            </w:pPr>
            <w:r w:rsidRPr="00F3514A">
              <w:rPr>
                <w:rFonts w:ascii="Segoe UI Symbol" w:hAnsi="Segoe UI Symbol" w:cs="Segoe UI Symbol"/>
                <w:sz w:val="16"/>
                <w:lang w:val="ro-RO"/>
              </w:rPr>
              <w:t xml:space="preserve"> ☐ </w:t>
            </w:r>
            <w:proofErr w:type="spellStart"/>
            <w:r w:rsidRPr="00F3514A">
              <w:rPr>
                <w:lang w:val="ro-RO"/>
              </w:rPr>
              <w:t>instutiilor</w:t>
            </w:r>
            <w:proofErr w:type="spellEnd"/>
            <w:r w:rsidRPr="00F3514A">
              <w:rPr>
                <w:lang w:val="ro-RO"/>
              </w:rPr>
              <w:t xml:space="preserve"> din SNAOPSN</w:t>
            </w:r>
          </w:p>
        </w:tc>
        <w:tc>
          <w:tcPr>
            <w:tcW w:w="7260" w:type="dxa"/>
          </w:tcPr>
          <w:p w14:paraId="1BD9AD0E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se indică instituțiile</w:t>
            </w:r>
          </w:p>
          <w:p w14:paraId="08D0AD6F" w14:textId="77777777" w:rsidR="00C675B0" w:rsidRPr="00F3514A" w:rsidRDefault="00C675B0">
            <w:pPr>
              <w:keepNext/>
              <w:rPr>
                <w:lang w:val="ro-RO"/>
              </w:rPr>
            </w:pPr>
          </w:p>
        </w:tc>
      </w:tr>
      <w:tr w:rsidR="00E74472" w:rsidRPr="00F3514A" w14:paraId="7A8D34EF" w14:textId="77777777" w:rsidTr="00E74472">
        <w:trPr>
          <w:cantSplit/>
          <w:trHeight w:val="510"/>
        </w:trPr>
        <w:tc>
          <w:tcPr>
            <w:tcW w:w="2376" w:type="dxa"/>
          </w:tcPr>
          <w:p w14:paraId="7700B46A" w14:textId="79674CD7" w:rsidR="00E74472" w:rsidRPr="00F3514A" w:rsidRDefault="00E74472">
            <w:pPr>
              <w:keepNext/>
              <w:rPr>
                <w:rFonts w:ascii="Segoe UI Symbol" w:hAnsi="Segoe UI Symbol" w:cs="Segoe UI Symbol"/>
                <w:sz w:val="16"/>
                <w:lang w:val="ro-RO"/>
              </w:rPr>
            </w:pPr>
            <w:r w:rsidRPr="00F3514A">
              <w:rPr>
                <w:rFonts w:ascii="Segoe UI Symbol" w:hAnsi="Segoe UI Symbol" w:cs="Segoe UI Symbol"/>
                <w:sz w:val="16"/>
                <w:lang w:val="ro-RO"/>
              </w:rPr>
              <w:t xml:space="preserve">☐ </w:t>
            </w:r>
            <w:r w:rsidRPr="00F3514A">
              <w:rPr>
                <w:rFonts w:cs="Times New Roman"/>
                <w:szCs w:val="15"/>
                <w:lang w:val="ro-RO"/>
              </w:rPr>
              <w:t>Alte avize</w:t>
            </w:r>
          </w:p>
        </w:tc>
        <w:tc>
          <w:tcPr>
            <w:tcW w:w="7260" w:type="dxa"/>
          </w:tcPr>
          <w:p w14:paraId="792060FE" w14:textId="77777777" w:rsidR="00E74472" w:rsidRPr="00F3514A" w:rsidRDefault="00E74472" w:rsidP="00E74472">
            <w:pPr>
              <w:keepNext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se indică</w:t>
            </w:r>
          </w:p>
          <w:p w14:paraId="71162B6F" w14:textId="77777777" w:rsidR="00E74472" w:rsidRPr="00F3514A" w:rsidRDefault="00E74472">
            <w:pPr>
              <w:keepNext/>
              <w:rPr>
                <w:b/>
                <w:color w:val="0D5F78"/>
                <w:lang w:val="ro-RO"/>
              </w:rPr>
            </w:pPr>
          </w:p>
        </w:tc>
      </w:tr>
      <w:tr w:rsidR="00C675B0" w:rsidRPr="00F3514A" w14:paraId="7740BF00" w14:textId="77777777">
        <w:trPr>
          <w:cantSplit/>
        </w:trPr>
        <w:tc>
          <w:tcPr>
            <w:tcW w:w="9636" w:type="dxa"/>
            <w:gridSpan w:val="2"/>
          </w:tcPr>
          <w:p w14:paraId="5D334974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>☐ punctul de vedere / actul administrativ al autorității pentru protecția mediului</w:t>
            </w:r>
          </w:p>
          <w:p w14:paraId="1395DCB5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>☐ acordul vecinilor, dacă este cazul</w:t>
            </w:r>
          </w:p>
        </w:tc>
      </w:tr>
      <w:tr w:rsidR="00C675B0" w:rsidRPr="00F3514A" w14:paraId="5F8F3BE9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FEFDA1B" w14:textId="238E53B6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 xml:space="preserve"> 5.2 · prin Comisia de </w:t>
            </w:r>
            <w:r w:rsidR="00E74472" w:rsidRPr="00F3514A">
              <w:rPr>
                <w:sz w:val="16"/>
                <w:lang w:val="ro-RO"/>
              </w:rPr>
              <w:t>A</w:t>
            </w:r>
            <w:r w:rsidRPr="00F3514A">
              <w:rPr>
                <w:sz w:val="16"/>
                <w:lang w:val="ro-RO"/>
              </w:rPr>
              <w:t xml:space="preserve">cord </w:t>
            </w:r>
            <w:r w:rsidR="00E74472" w:rsidRPr="00F3514A">
              <w:rPr>
                <w:sz w:val="16"/>
                <w:lang w:val="ro-RO"/>
              </w:rPr>
              <w:t>U</w:t>
            </w:r>
            <w:r w:rsidRPr="00F3514A">
              <w:rPr>
                <w:sz w:val="16"/>
                <w:lang w:val="ro-RO"/>
              </w:rPr>
              <w:t xml:space="preserve">nic SAU obținute </w:t>
            </w:r>
            <w:r w:rsidR="00E74472" w:rsidRPr="00F3514A">
              <w:rPr>
                <w:sz w:val="16"/>
                <w:lang w:val="ro-RO"/>
              </w:rPr>
              <w:t>direct</w:t>
            </w:r>
            <w:r w:rsidRPr="00F3514A">
              <w:rPr>
                <w:sz w:val="16"/>
                <w:lang w:val="ro-RO"/>
              </w:rPr>
              <w:t>, la alegerea solicitantului</w:t>
            </w:r>
          </w:p>
        </w:tc>
      </w:tr>
      <w:tr w:rsidR="00C675B0" w:rsidRPr="00F3514A" w14:paraId="61A0BF29" w14:textId="77777777">
        <w:trPr>
          <w:cantSplit/>
        </w:trPr>
        <w:tc>
          <w:tcPr>
            <w:tcW w:w="9636" w:type="dxa"/>
            <w:gridSpan w:val="2"/>
          </w:tcPr>
          <w:p w14:paraId="2F7066D4" w14:textId="77777777" w:rsidR="00E74472" w:rsidRPr="00F3514A" w:rsidRDefault="00000000">
            <w:pPr>
              <w:keepNext/>
              <w:rPr>
                <w:sz w:val="16"/>
                <w:lang w:val="ro-RO"/>
              </w:rPr>
            </w:pPr>
            <w:r w:rsidRPr="00F3514A">
              <w:rPr>
                <w:b/>
                <w:bCs/>
                <w:sz w:val="16"/>
                <w:lang w:val="ro-RO"/>
              </w:rPr>
              <w:t xml:space="preserve"> ☐ acord unic</w:t>
            </w:r>
            <w:r w:rsidR="00E74472" w:rsidRPr="00F3514A">
              <w:rPr>
                <w:sz w:val="16"/>
                <w:lang w:val="ro-RO"/>
              </w:rPr>
              <w:t xml:space="preserve"> al C</w:t>
            </w:r>
            <w:r w:rsidRPr="00F3514A">
              <w:rPr>
                <w:sz w:val="16"/>
                <w:lang w:val="ro-RO"/>
              </w:rPr>
              <w:t>omisi</w:t>
            </w:r>
            <w:r w:rsidR="00E74472" w:rsidRPr="00F3514A">
              <w:rPr>
                <w:sz w:val="16"/>
                <w:lang w:val="ro-RO"/>
              </w:rPr>
              <w:t>ei</w:t>
            </w:r>
            <w:r w:rsidRPr="00F3514A">
              <w:rPr>
                <w:sz w:val="16"/>
                <w:lang w:val="ro-RO"/>
              </w:rPr>
              <w:t xml:space="preserve"> </w:t>
            </w:r>
            <w:r w:rsidR="00E74472" w:rsidRPr="00F3514A">
              <w:rPr>
                <w:sz w:val="16"/>
                <w:lang w:val="ro-RO"/>
              </w:rPr>
              <w:t xml:space="preserve">de Acord Unic </w:t>
            </w:r>
            <w:r w:rsidRPr="00F3514A">
              <w:rPr>
                <w:sz w:val="16"/>
                <w:lang w:val="ro-RO"/>
              </w:rPr>
              <w:t xml:space="preserve">de la nivelul:     ☐ județului     ☐ municipiului     ☐ orașului     ☐ zonei metropolitane     </w:t>
            </w:r>
          </w:p>
          <w:p w14:paraId="14FA4E76" w14:textId="449D0CCF" w:rsidR="00C675B0" w:rsidRPr="00F3514A" w:rsidRDefault="00E74472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 xml:space="preserve">                                                                                              ☐ consorțiului administrativ</w:t>
            </w:r>
          </w:p>
        </w:tc>
      </w:tr>
      <w:tr w:rsidR="00C675B0" w:rsidRPr="00F3514A" w14:paraId="19CDE60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ED26DDF" w14:textId="5DFA529F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 xml:space="preserve"> sau </w:t>
            </w:r>
            <w:r w:rsidR="00E74472" w:rsidRPr="00F3514A">
              <w:rPr>
                <w:sz w:val="16"/>
                <w:lang w:val="ro-RO"/>
              </w:rPr>
              <w:t>avize obținute direct de către solicitant</w:t>
            </w:r>
            <w:r w:rsidRPr="00F3514A">
              <w:rPr>
                <w:sz w:val="16"/>
                <w:lang w:val="ro-RO"/>
              </w:rPr>
              <w:t>:</w:t>
            </w:r>
          </w:p>
        </w:tc>
      </w:tr>
      <w:tr w:rsidR="00C675B0" w:rsidRPr="00F3514A" w14:paraId="50E2C51F" w14:textId="77777777">
        <w:trPr>
          <w:cantSplit/>
        </w:trPr>
        <w:tc>
          <w:tcPr>
            <w:tcW w:w="9636" w:type="dxa"/>
            <w:gridSpan w:val="2"/>
          </w:tcPr>
          <w:p w14:paraId="0AFE17C6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 xml:space="preserve"> ☐ alimentare cu apă     ☐ canalizare     ☐ energie electrică     ☐ energie termică     ☐ gaze naturale     ☐ telefonizare     ☐ salubritate     ☐ transport urban</w:t>
            </w:r>
          </w:p>
        </w:tc>
      </w:tr>
      <w:tr w:rsidR="00C675B0" w:rsidRPr="00F3514A" w14:paraId="7064D6E4" w14:textId="77777777">
        <w:trPr>
          <w:cantSplit/>
        </w:trPr>
        <w:tc>
          <w:tcPr>
            <w:tcW w:w="9636" w:type="dxa"/>
            <w:gridSpan w:val="2"/>
          </w:tcPr>
          <w:p w14:paraId="26B106F6" w14:textId="3E185F76" w:rsidR="00C675B0" w:rsidRPr="00F3514A" w:rsidRDefault="00E74472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  <w:r w:rsidRPr="00F3514A">
              <w:rPr>
                <w:rFonts w:ascii="Segoe UI Symbol" w:hAnsi="Segoe UI Symbol" w:cs="Segoe UI Symbol"/>
                <w:sz w:val="16"/>
                <w:lang w:val="ro-RO"/>
              </w:rPr>
              <w:t xml:space="preserve">☐ </w:t>
            </w:r>
            <w:r w:rsidRPr="00F3514A">
              <w:rPr>
                <w:rFonts w:cs="Times New Roman"/>
                <w:szCs w:val="15"/>
                <w:lang w:val="ro-RO"/>
              </w:rPr>
              <w:t xml:space="preserve">Alte avize: </w:t>
            </w:r>
          </w:p>
        </w:tc>
      </w:tr>
    </w:tbl>
    <w:p w14:paraId="6794ECA0" w14:textId="77777777" w:rsidR="00C675B0" w:rsidRPr="00F3514A" w:rsidRDefault="00C675B0">
      <w:pPr>
        <w:spacing w:line="168" w:lineRule="auto"/>
        <w:rPr>
          <w:lang w:val="ro-RO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675B0" w:rsidRPr="00F3514A" w14:paraId="4BF926C7" w14:textId="77777777">
        <w:trPr>
          <w:cantSplit/>
        </w:trPr>
        <w:tc>
          <w:tcPr>
            <w:tcW w:w="9636" w:type="dxa"/>
            <w:shd w:val="clear" w:color="auto" w:fill="F4F4F4"/>
          </w:tcPr>
          <w:p w14:paraId="5746A372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sz w:val="16"/>
                <w:lang w:val="ro-RO"/>
              </w:rPr>
              <w:t xml:space="preserve"> 6. </w:t>
            </w:r>
            <w:r w:rsidRPr="00F3514A">
              <w:rPr>
                <w:b/>
                <w:color w:val="000000"/>
                <w:sz w:val="18"/>
                <w:lang w:val="ro-RO"/>
              </w:rPr>
              <w:t>ANEXE</w:t>
            </w:r>
          </w:p>
        </w:tc>
      </w:tr>
      <w:tr w:rsidR="00C675B0" w:rsidRPr="00F3514A" w14:paraId="411D7825" w14:textId="77777777">
        <w:trPr>
          <w:cantSplit/>
        </w:trPr>
        <w:tc>
          <w:tcPr>
            <w:tcW w:w="9636" w:type="dxa"/>
          </w:tcPr>
          <w:p w14:paraId="30517C62" w14:textId="77777777" w:rsidR="00C675B0" w:rsidRPr="00F3514A" w:rsidRDefault="00000000">
            <w:pPr>
              <w:rPr>
                <w:lang w:val="ro-RO"/>
              </w:rPr>
            </w:pPr>
            <w:r w:rsidRPr="00F3514A">
              <w:rPr>
                <w:sz w:val="16"/>
                <w:lang w:val="ro-RO"/>
              </w:rPr>
              <w:t xml:space="preserve"> ☐ hotărârea de aprobare a documentației de urbanism, faza PUZ</w:t>
            </w:r>
          </w:p>
        </w:tc>
      </w:tr>
    </w:tbl>
    <w:p w14:paraId="2296F44B" w14:textId="77777777" w:rsidR="00C675B0" w:rsidRPr="00F3514A" w:rsidRDefault="00C675B0">
      <w:pPr>
        <w:spacing w:line="168" w:lineRule="auto"/>
        <w:rPr>
          <w:lang w:val="ro-RO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2409"/>
        <w:gridCol w:w="803"/>
        <w:gridCol w:w="3212"/>
      </w:tblGrid>
      <w:tr w:rsidR="00C675B0" w:rsidRPr="00F3514A" w14:paraId="2715EF87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1426945A" w14:textId="77777777" w:rsidR="00C675B0" w:rsidRPr="00F3514A" w:rsidRDefault="00000000">
            <w:pPr>
              <w:keepNext/>
              <w:rPr>
                <w:lang w:val="ro-RO"/>
              </w:rPr>
            </w:pPr>
            <w:r w:rsidRPr="00F3514A">
              <w:rPr>
                <w:b/>
                <w:sz w:val="16"/>
                <w:lang w:val="ro-RO"/>
              </w:rPr>
              <w:lastRenderedPageBreak/>
              <w:t xml:space="preserve"> 7. </w:t>
            </w:r>
            <w:r w:rsidRPr="00F3514A">
              <w:rPr>
                <w:b/>
                <w:color w:val="000000"/>
                <w:sz w:val="18"/>
                <w:lang w:val="ro-RO"/>
              </w:rPr>
              <w:t>SEMNĂTURILE</w:t>
            </w:r>
          </w:p>
        </w:tc>
      </w:tr>
      <w:tr w:rsidR="00C675B0" w:rsidRPr="00F3514A" w14:paraId="0065F87F" w14:textId="77777777">
        <w:trPr>
          <w:cantSplit/>
          <w:trHeight w:val="680"/>
        </w:trPr>
        <w:tc>
          <w:tcPr>
            <w:tcW w:w="3212" w:type="dxa"/>
            <w:gridSpan w:val="2"/>
          </w:tcPr>
          <w:p w14:paraId="0F92D5AD" w14:textId="77777777" w:rsidR="00C675B0" w:rsidRPr="00F3514A" w:rsidRDefault="00000000">
            <w:pPr>
              <w:keepNext/>
              <w:jc w:val="center"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Conducătorul autorității emitente</w:t>
            </w:r>
          </w:p>
          <w:p w14:paraId="0F1C1A34" w14:textId="77777777" w:rsidR="00C675B0" w:rsidRPr="00F3514A" w:rsidRDefault="00C675B0">
            <w:pPr>
              <w:keepNext/>
              <w:spacing w:after="200"/>
              <w:rPr>
                <w:lang w:val="ro-RO"/>
              </w:rPr>
            </w:pPr>
          </w:p>
          <w:p w14:paraId="4425F3E3" w14:textId="77777777" w:rsidR="00C675B0" w:rsidRPr="00F3514A" w:rsidRDefault="00C675B0">
            <w:pPr>
              <w:keepNext/>
              <w:pBdr>
                <w:bottom w:val="dotted" w:sz="6" w:space="0" w:color="999999"/>
              </w:pBdr>
              <w:jc w:val="center"/>
              <w:rPr>
                <w:lang w:val="ro-RO"/>
              </w:rPr>
            </w:pPr>
          </w:p>
          <w:p w14:paraId="7F0A31BD" w14:textId="77777777" w:rsidR="00C675B0" w:rsidRPr="00F3514A" w:rsidRDefault="00000000">
            <w:pPr>
              <w:keepNext/>
              <w:jc w:val="center"/>
              <w:rPr>
                <w:lang w:val="ro-RO"/>
              </w:rPr>
            </w:pPr>
            <w:r w:rsidRPr="00F3514A">
              <w:rPr>
                <w:i/>
                <w:color w:val="595959"/>
                <w:lang w:val="ro-RO"/>
              </w:rPr>
              <w:t>funcția, numele și semnătura</w:t>
            </w:r>
          </w:p>
        </w:tc>
        <w:tc>
          <w:tcPr>
            <w:tcW w:w="3212" w:type="dxa"/>
            <w:gridSpan w:val="2"/>
          </w:tcPr>
          <w:p w14:paraId="45231D8A" w14:textId="77777777" w:rsidR="00C675B0" w:rsidRPr="00F3514A" w:rsidRDefault="00000000">
            <w:pPr>
              <w:keepNext/>
              <w:jc w:val="center"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Secretar general</w:t>
            </w:r>
          </w:p>
          <w:p w14:paraId="6F3116F7" w14:textId="77777777" w:rsidR="00C675B0" w:rsidRPr="00F3514A" w:rsidRDefault="00C675B0">
            <w:pPr>
              <w:keepNext/>
              <w:spacing w:after="200"/>
              <w:rPr>
                <w:lang w:val="ro-RO"/>
              </w:rPr>
            </w:pPr>
          </w:p>
          <w:p w14:paraId="494AE7C8" w14:textId="77777777" w:rsidR="00C675B0" w:rsidRPr="00F3514A" w:rsidRDefault="00C675B0">
            <w:pPr>
              <w:keepNext/>
              <w:pBdr>
                <w:bottom w:val="dotted" w:sz="6" w:space="0" w:color="999999"/>
              </w:pBdr>
              <w:jc w:val="center"/>
              <w:rPr>
                <w:lang w:val="ro-RO"/>
              </w:rPr>
            </w:pPr>
          </w:p>
          <w:p w14:paraId="59AACCC8" w14:textId="77777777" w:rsidR="00C675B0" w:rsidRPr="00F3514A" w:rsidRDefault="00000000">
            <w:pPr>
              <w:keepNext/>
              <w:jc w:val="center"/>
              <w:rPr>
                <w:lang w:val="ro-RO"/>
              </w:rPr>
            </w:pPr>
            <w:r w:rsidRPr="00F3514A">
              <w:rPr>
                <w:i/>
                <w:color w:val="595959"/>
                <w:lang w:val="ro-RO"/>
              </w:rPr>
              <w:t>numele și semnătura</w:t>
            </w:r>
          </w:p>
        </w:tc>
        <w:tc>
          <w:tcPr>
            <w:tcW w:w="3212" w:type="dxa"/>
          </w:tcPr>
          <w:p w14:paraId="087EE86E" w14:textId="77777777" w:rsidR="00C675B0" w:rsidRPr="00F3514A" w:rsidRDefault="00000000">
            <w:pPr>
              <w:keepNext/>
              <w:jc w:val="center"/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Arhitect-șef</w:t>
            </w:r>
          </w:p>
          <w:p w14:paraId="07A77A4A" w14:textId="77777777" w:rsidR="00C675B0" w:rsidRPr="00F3514A" w:rsidRDefault="00C675B0">
            <w:pPr>
              <w:keepNext/>
              <w:spacing w:after="200"/>
              <w:rPr>
                <w:lang w:val="ro-RO"/>
              </w:rPr>
            </w:pPr>
          </w:p>
          <w:p w14:paraId="3F0B1072" w14:textId="77777777" w:rsidR="00C675B0" w:rsidRPr="00F3514A" w:rsidRDefault="00C675B0">
            <w:pPr>
              <w:keepNext/>
              <w:pBdr>
                <w:bottom w:val="dotted" w:sz="6" w:space="0" w:color="999999"/>
              </w:pBdr>
              <w:jc w:val="center"/>
              <w:rPr>
                <w:lang w:val="ro-RO"/>
              </w:rPr>
            </w:pPr>
          </w:p>
          <w:p w14:paraId="2682BBA9" w14:textId="77777777" w:rsidR="00C675B0" w:rsidRPr="00F3514A" w:rsidRDefault="00000000">
            <w:pPr>
              <w:keepNext/>
              <w:jc w:val="center"/>
              <w:rPr>
                <w:lang w:val="ro-RO"/>
              </w:rPr>
            </w:pPr>
            <w:r w:rsidRPr="00F3514A">
              <w:rPr>
                <w:i/>
                <w:color w:val="595959"/>
                <w:lang w:val="ro-RO"/>
              </w:rPr>
              <w:t>numele și semnătura</w:t>
            </w:r>
          </w:p>
        </w:tc>
      </w:tr>
      <w:tr w:rsidR="00C675B0" w:rsidRPr="00F3514A" w14:paraId="40D47065" w14:textId="77777777">
        <w:trPr>
          <w:cantSplit/>
          <w:trHeight w:val="510"/>
        </w:trPr>
        <w:tc>
          <w:tcPr>
            <w:tcW w:w="2409" w:type="dxa"/>
          </w:tcPr>
          <w:p w14:paraId="62FAD928" w14:textId="05E30295" w:rsidR="00C675B0" w:rsidRPr="00F3514A" w:rsidRDefault="00000000">
            <w:pPr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Achitat taxa de (lei)</w:t>
            </w:r>
          </w:p>
          <w:p w14:paraId="4C69B623" w14:textId="1CD2BD74" w:rsidR="00E74472" w:rsidRPr="00F3514A" w:rsidRDefault="00E74472">
            <w:pPr>
              <w:rPr>
                <w:lang w:val="ro-RO"/>
              </w:rPr>
            </w:pPr>
            <w:r w:rsidRPr="00F3514A">
              <w:rPr>
                <w:i/>
                <w:color w:val="595959"/>
                <w:lang w:val="ro-RO"/>
              </w:rPr>
              <w:t>(dacă este cazul)</w:t>
            </w:r>
          </w:p>
        </w:tc>
        <w:tc>
          <w:tcPr>
            <w:tcW w:w="3212" w:type="dxa"/>
            <w:gridSpan w:val="2"/>
          </w:tcPr>
          <w:p w14:paraId="0E7D4671" w14:textId="77777777" w:rsidR="00C675B0" w:rsidRPr="00F3514A" w:rsidRDefault="00000000">
            <w:pPr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Chitanța nr. / data</w:t>
            </w:r>
          </w:p>
          <w:p w14:paraId="77041BD6" w14:textId="77777777" w:rsidR="00C675B0" w:rsidRPr="00F3514A" w:rsidRDefault="00C675B0">
            <w:pPr>
              <w:rPr>
                <w:lang w:val="ro-RO"/>
              </w:rPr>
            </w:pPr>
          </w:p>
        </w:tc>
        <w:tc>
          <w:tcPr>
            <w:tcW w:w="4015" w:type="dxa"/>
            <w:gridSpan w:val="2"/>
          </w:tcPr>
          <w:p w14:paraId="73ACE92F" w14:textId="77777777" w:rsidR="00C675B0" w:rsidRPr="00F3514A" w:rsidRDefault="00000000">
            <w:pPr>
              <w:rPr>
                <w:lang w:val="ro-RO"/>
              </w:rPr>
            </w:pPr>
            <w:r w:rsidRPr="00F3514A">
              <w:rPr>
                <w:b/>
                <w:color w:val="0D5F78"/>
                <w:lang w:val="ro-RO"/>
              </w:rPr>
              <w:t>Transmis solicitantului la data</w:t>
            </w:r>
          </w:p>
          <w:p w14:paraId="4B7AA76F" w14:textId="77777777" w:rsidR="00C675B0" w:rsidRPr="00F3514A" w:rsidRDefault="00000000">
            <w:pPr>
              <w:rPr>
                <w:lang w:val="ro-RO"/>
              </w:rPr>
            </w:pPr>
            <w:r w:rsidRPr="00F3514A">
              <w:rPr>
                <w:i/>
                <w:color w:val="7A7A7A"/>
                <w:lang w:val="ro-RO"/>
              </w:rPr>
              <w:t>direct / prin poștă / digital</w:t>
            </w:r>
          </w:p>
          <w:p w14:paraId="3B7634CD" w14:textId="77777777" w:rsidR="00C675B0" w:rsidRPr="00F3514A" w:rsidRDefault="00C675B0">
            <w:pPr>
              <w:rPr>
                <w:lang w:val="ro-RO"/>
              </w:rPr>
            </w:pPr>
          </w:p>
        </w:tc>
      </w:tr>
    </w:tbl>
    <w:p w14:paraId="30E896F4" w14:textId="77777777" w:rsidR="00C675B0" w:rsidRPr="00F3514A" w:rsidRDefault="00C675B0">
      <w:pPr>
        <w:spacing w:line="168" w:lineRule="auto"/>
        <w:rPr>
          <w:lang w:val="ro-RO"/>
        </w:rPr>
      </w:pPr>
    </w:p>
    <w:sectPr w:rsidR="00C675B0" w:rsidRPr="00F3514A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EAE1" w14:textId="77777777" w:rsidR="00B027D9" w:rsidRDefault="00B027D9">
      <w:r>
        <w:separator/>
      </w:r>
    </w:p>
  </w:endnote>
  <w:endnote w:type="continuationSeparator" w:id="0">
    <w:p w14:paraId="56455B00" w14:textId="77777777" w:rsidR="00B027D9" w:rsidRDefault="00B0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47C2" w14:textId="77777777" w:rsidR="00C675B0" w:rsidRDefault="00000000">
    <w:pPr>
      <w:pStyle w:val="Subsol"/>
      <w:tabs>
        <w:tab w:val="right" w:pos="9639"/>
      </w:tabs>
    </w:pPr>
    <w:r>
      <w:rPr>
        <w:color w:val="595959"/>
      </w:rPr>
      <w:t xml:space="preserve">F_CU_07_1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7447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7447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0BC0F" w14:textId="77777777" w:rsidR="00B027D9" w:rsidRDefault="00B027D9">
      <w:r>
        <w:separator/>
      </w:r>
    </w:p>
  </w:footnote>
  <w:footnote w:type="continuationSeparator" w:id="0">
    <w:p w14:paraId="485E24A0" w14:textId="77777777" w:rsidR="00B027D9" w:rsidRDefault="00B0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9021793">
    <w:abstractNumId w:val="8"/>
  </w:num>
  <w:num w:numId="2" w16cid:durableId="1911579829">
    <w:abstractNumId w:val="6"/>
  </w:num>
  <w:num w:numId="3" w16cid:durableId="1167668646">
    <w:abstractNumId w:val="5"/>
  </w:num>
  <w:num w:numId="4" w16cid:durableId="1471944580">
    <w:abstractNumId w:val="4"/>
  </w:num>
  <w:num w:numId="5" w16cid:durableId="411204514">
    <w:abstractNumId w:val="7"/>
  </w:num>
  <w:num w:numId="6" w16cid:durableId="1945110446">
    <w:abstractNumId w:val="3"/>
  </w:num>
  <w:num w:numId="7" w16cid:durableId="600601424">
    <w:abstractNumId w:val="2"/>
  </w:num>
  <w:num w:numId="8" w16cid:durableId="1134056061">
    <w:abstractNumId w:val="1"/>
  </w:num>
  <w:num w:numId="9" w16cid:durableId="57994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B24"/>
    <w:rsid w:val="00034616"/>
    <w:rsid w:val="0006063C"/>
    <w:rsid w:val="000F1A79"/>
    <w:rsid w:val="00117869"/>
    <w:rsid w:val="0015074B"/>
    <w:rsid w:val="001904BC"/>
    <w:rsid w:val="00240FB0"/>
    <w:rsid w:val="0029639D"/>
    <w:rsid w:val="00326F90"/>
    <w:rsid w:val="003F3C38"/>
    <w:rsid w:val="006C103E"/>
    <w:rsid w:val="00AA1D8D"/>
    <w:rsid w:val="00B027D9"/>
    <w:rsid w:val="00B47730"/>
    <w:rsid w:val="00C675B0"/>
    <w:rsid w:val="00C70756"/>
    <w:rsid w:val="00CB0664"/>
    <w:rsid w:val="00DD3838"/>
    <w:rsid w:val="00E74472"/>
    <w:rsid w:val="00F351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918BD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unhideWhenUsed/>
    <w:rsid w:val="00240F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Soran Cheveresan</cp:lastModifiedBy>
  <cp:revision>2</cp:revision>
  <dcterms:created xsi:type="dcterms:W3CDTF">2026-08-31T08:47:00Z</dcterms:created>
  <dcterms:modified xsi:type="dcterms:W3CDTF">2026-08-31T08:47:00Z</dcterms:modified>
  <cp:category/>
</cp:coreProperties>
</file>