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377113" w:rsidRPr="00711771" w14:paraId="4AB1771D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4FC198B8" w14:textId="67FFEFE8" w:rsidR="00377113" w:rsidRPr="00711771" w:rsidRDefault="00761658">
            <w:pPr>
              <w:keepNext/>
              <w:jc w:val="center"/>
              <w:rPr>
                <w:lang w:val="ro-RO"/>
              </w:rPr>
            </w:pPr>
            <w:r w:rsidRPr="00711771">
              <w:rPr>
                <w:i/>
                <w:noProof/>
                <w:color w:val="595959"/>
                <w:lang w:val="ro-RO"/>
              </w:rPr>
              <w:drawing>
                <wp:inline distT="0" distB="0" distL="0" distR="0" wp14:anchorId="60A38AE5" wp14:editId="7D145771">
                  <wp:extent cx="891375" cy="1311305"/>
                  <wp:effectExtent l="0" t="0" r="4445" b="3175"/>
                  <wp:docPr id="207629746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75" cy="131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510CB53E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Județul</w:t>
            </w:r>
          </w:p>
          <w:p w14:paraId="6F91E2AA" w14:textId="6200E638" w:rsidR="00377113" w:rsidRPr="00711771" w:rsidRDefault="00761658">
            <w:pPr>
              <w:keepNext/>
              <w:rPr>
                <w:lang w:val="ro-RO"/>
              </w:rPr>
            </w:pPr>
            <w:r w:rsidRPr="00711771">
              <w:rPr>
                <w:b/>
                <w:bCs/>
                <w:lang w:val="ro-RO"/>
              </w:rPr>
              <w:t>CLUJ</w:t>
            </w:r>
          </w:p>
        </w:tc>
      </w:tr>
      <w:tr w:rsidR="00377113" w:rsidRPr="00711771" w14:paraId="264ACFF4" w14:textId="77777777">
        <w:trPr>
          <w:cantSplit/>
          <w:trHeight w:val="510"/>
        </w:trPr>
        <w:tc>
          <w:tcPr>
            <w:tcW w:w="1606" w:type="dxa"/>
            <w:vMerge/>
          </w:tcPr>
          <w:p w14:paraId="153367FB" w14:textId="77777777" w:rsidR="00377113" w:rsidRPr="00711771" w:rsidRDefault="00377113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7028D6DB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Autoritatea administrației publice</w:t>
            </w:r>
          </w:p>
          <w:p w14:paraId="69C7851E" w14:textId="587AFD72" w:rsidR="00377113" w:rsidRPr="00711771" w:rsidRDefault="00761658">
            <w:pPr>
              <w:keepNext/>
              <w:rPr>
                <w:lang w:val="ro-RO"/>
              </w:rPr>
            </w:pPr>
            <w:r w:rsidRPr="00711771">
              <w:rPr>
                <w:b/>
                <w:bCs/>
                <w:lang w:val="ro-RO"/>
              </w:rPr>
              <w:t>PRIMĂRIA MUNICIPIULUI TURDA</w:t>
            </w:r>
          </w:p>
        </w:tc>
      </w:tr>
      <w:tr w:rsidR="00377113" w:rsidRPr="00711771" w14:paraId="352BEBB2" w14:textId="77777777">
        <w:trPr>
          <w:cantSplit/>
          <w:trHeight w:val="510"/>
        </w:trPr>
        <w:tc>
          <w:tcPr>
            <w:tcW w:w="1606" w:type="dxa"/>
            <w:vMerge/>
          </w:tcPr>
          <w:p w14:paraId="1F188761" w14:textId="77777777" w:rsidR="00377113" w:rsidRPr="00711771" w:rsidRDefault="00377113">
            <w:pPr>
              <w:rPr>
                <w:lang w:val="ro-RO"/>
              </w:rPr>
            </w:pPr>
          </w:p>
        </w:tc>
        <w:tc>
          <w:tcPr>
            <w:tcW w:w="2409" w:type="dxa"/>
            <w:shd w:val="clear" w:color="auto" w:fill="F0F0F0"/>
          </w:tcPr>
          <w:p w14:paraId="0B0E4F83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Cod de identificare fiscală (CIF)</w:t>
            </w:r>
          </w:p>
          <w:p w14:paraId="3F0CFBB4" w14:textId="6D2390CE" w:rsidR="00377113" w:rsidRPr="00711771" w:rsidRDefault="00761658">
            <w:pPr>
              <w:keepNext/>
              <w:rPr>
                <w:lang w:val="ro-RO"/>
              </w:rPr>
            </w:pPr>
            <w:r w:rsidRPr="00711771">
              <w:rPr>
                <w:b/>
                <w:bCs/>
                <w:lang w:val="ro-RO"/>
              </w:rPr>
              <w:t>4378930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7020FB2F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Adresa oficială</w:t>
            </w:r>
          </w:p>
          <w:p w14:paraId="2508071A" w14:textId="77777777" w:rsidR="00761658" w:rsidRPr="00711771" w:rsidRDefault="00761658" w:rsidP="00761658">
            <w:pPr>
              <w:rPr>
                <w:i/>
                <w:color w:val="7A7A7A"/>
                <w:lang w:val="ro-RO"/>
              </w:rPr>
            </w:pPr>
            <w:r w:rsidRPr="00711771">
              <w:rPr>
                <w:b/>
                <w:bCs/>
                <w:i/>
                <w:lang w:val="ro-RO"/>
              </w:rPr>
              <w:t xml:space="preserve">P-ța 1 Decembrie 1918 nr.28 · tel: 0264-313160· e-mail: </w:t>
            </w:r>
            <w:hyperlink r:id="rId9" w:history="1">
              <w:r w:rsidRPr="00711771">
                <w:rPr>
                  <w:rStyle w:val="Hyperlink"/>
                  <w:i/>
                  <w:lang w:val="ro-RO"/>
                </w:rPr>
                <w:t>contact@primariaturda.ro</w:t>
              </w:r>
            </w:hyperlink>
            <w:r w:rsidRPr="00711771">
              <w:rPr>
                <w:i/>
                <w:color w:val="7A7A7A"/>
                <w:lang w:val="ro-RO"/>
              </w:rPr>
              <w:t xml:space="preserve"> </w:t>
            </w:r>
          </w:p>
          <w:p w14:paraId="118EFA7B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</w:tr>
      <w:tr w:rsidR="00377113" w:rsidRPr="00711771" w14:paraId="44A91E8A" w14:textId="77777777">
        <w:trPr>
          <w:cantSplit/>
          <w:trHeight w:val="510"/>
        </w:trPr>
        <w:tc>
          <w:tcPr>
            <w:tcW w:w="1606" w:type="dxa"/>
            <w:vMerge/>
          </w:tcPr>
          <w:p w14:paraId="70FDC92D" w14:textId="77777777" w:rsidR="00377113" w:rsidRPr="00711771" w:rsidRDefault="00377113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  <w:shd w:val="clear" w:color="auto" w:fill="F0F0F0"/>
          </w:tcPr>
          <w:p w14:paraId="531BC86B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Număr de înregistrare</w:t>
            </w:r>
          </w:p>
          <w:p w14:paraId="6BE4A17C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shd w:val="clear" w:color="auto" w:fill="F0F0F0"/>
          </w:tcPr>
          <w:p w14:paraId="3D141279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Data</w:t>
            </w:r>
          </w:p>
          <w:p w14:paraId="461592AF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</w:tr>
      <w:tr w:rsidR="00377113" w:rsidRPr="00711771" w14:paraId="138A1B77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27055B3E" w14:textId="77777777" w:rsidR="00377113" w:rsidRPr="00711771" w:rsidRDefault="00000000">
            <w:pPr>
              <w:rPr>
                <w:lang w:val="ro-RO"/>
              </w:rPr>
            </w:pPr>
            <w:r w:rsidRPr="00711771">
              <w:rPr>
                <w:i/>
                <w:color w:val="595959"/>
                <w:lang w:val="ro-RO"/>
              </w:rPr>
              <w:t xml:space="preserve"> se completează de autoritate — solicitantul nu scrie în această zonă</w:t>
            </w:r>
          </w:p>
        </w:tc>
      </w:tr>
    </w:tbl>
    <w:p w14:paraId="344C51B7" w14:textId="77777777" w:rsidR="00377113" w:rsidRPr="00711771" w:rsidRDefault="00377113">
      <w:pPr>
        <w:spacing w:line="168" w:lineRule="auto"/>
        <w:rPr>
          <w:lang w:val="ro-RO"/>
        </w:rPr>
      </w:pPr>
    </w:p>
    <w:p w14:paraId="6EE796C5" w14:textId="77777777" w:rsidR="00377113" w:rsidRPr="00711771" w:rsidRDefault="00000000">
      <w:pPr>
        <w:spacing w:before="140" w:after="40"/>
        <w:jc w:val="center"/>
        <w:rPr>
          <w:sz w:val="28"/>
          <w:szCs w:val="28"/>
          <w:lang w:val="ro-RO"/>
        </w:rPr>
      </w:pPr>
      <w:r w:rsidRPr="00711771">
        <w:rPr>
          <w:b/>
          <w:sz w:val="28"/>
          <w:szCs w:val="28"/>
          <w:lang w:val="ro-RO"/>
        </w:rPr>
        <w:t>CERERE</w:t>
      </w:r>
    </w:p>
    <w:p w14:paraId="458FF3BC" w14:textId="77777777" w:rsidR="00377113" w:rsidRPr="00711771" w:rsidRDefault="00377113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:rsidRPr="00711771" w14:paraId="40D14ED2" w14:textId="77777777">
        <w:trPr>
          <w:cantSplit/>
        </w:trPr>
        <w:tc>
          <w:tcPr>
            <w:tcW w:w="9636" w:type="dxa"/>
            <w:shd w:val="clear" w:color="auto" w:fill="F4F4F4"/>
          </w:tcPr>
          <w:p w14:paraId="3E8649FD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sz w:val="16"/>
                <w:lang w:val="ro-RO"/>
              </w:rPr>
              <w:t xml:space="preserve"> 1. </w:t>
            </w:r>
            <w:r w:rsidRPr="00711771">
              <w:rPr>
                <w:b/>
                <w:color w:val="000000"/>
                <w:sz w:val="18"/>
                <w:lang w:val="ro-RO"/>
              </w:rPr>
              <w:t>CĂTRE</w:t>
            </w:r>
          </w:p>
        </w:tc>
      </w:tr>
      <w:tr w:rsidR="00377113" w:rsidRPr="00711771" w14:paraId="505A1856" w14:textId="77777777">
        <w:trPr>
          <w:cantSplit/>
          <w:trHeight w:val="510"/>
        </w:trPr>
        <w:tc>
          <w:tcPr>
            <w:tcW w:w="9636" w:type="dxa"/>
          </w:tcPr>
          <w:p w14:paraId="38C994F2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Instituția</w:t>
            </w:r>
          </w:p>
          <w:p w14:paraId="2863ECC5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i/>
                <w:color w:val="7A7A7A"/>
                <w:lang w:val="ro-RO"/>
              </w:rPr>
              <w:t>primăria municipiului / orașului / comunei · primăria de sector · consiliul județean</w:t>
            </w:r>
          </w:p>
          <w:p w14:paraId="1C7F07C7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</w:tr>
      <w:tr w:rsidR="00377113" w:rsidRPr="00711771" w14:paraId="48AFEF82" w14:textId="77777777">
        <w:trPr>
          <w:cantSplit/>
        </w:trPr>
        <w:tc>
          <w:tcPr>
            <w:tcW w:w="9636" w:type="dxa"/>
            <w:shd w:val="clear" w:color="auto" w:fill="F4F4F4"/>
          </w:tcPr>
          <w:p w14:paraId="2B647A2E" w14:textId="77777777" w:rsidR="00377113" w:rsidRPr="00711771" w:rsidRDefault="00000000">
            <w:pPr>
              <w:spacing w:line="228" w:lineRule="auto"/>
              <w:rPr>
                <w:lang w:val="ro-RO"/>
              </w:rPr>
            </w:pPr>
            <w:r w:rsidRPr="00711771">
              <w:rPr>
                <w:lang w:val="ro-RO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20841BEE" w14:textId="77777777" w:rsidR="00377113" w:rsidRPr="00711771" w:rsidRDefault="00377113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377113" w:rsidRPr="00711771" w14:paraId="604C8CE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7303ACD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sz w:val="16"/>
                <w:lang w:val="ro-RO"/>
              </w:rPr>
              <w:t xml:space="preserve"> 2. </w:t>
            </w:r>
            <w:r w:rsidRPr="00711771">
              <w:rPr>
                <w:b/>
                <w:color w:val="000000"/>
                <w:sz w:val="18"/>
                <w:lang w:val="ro-RO"/>
              </w:rPr>
              <w:t>SOLICITANTUL</w:t>
            </w:r>
          </w:p>
        </w:tc>
      </w:tr>
      <w:tr w:rsidR="00377113" w:rsidRPr="00711771" w14:paraId="7CFFB225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3C78B15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Nume și prenume</w:t>
            </w:r>
          </w:p>
          <w:p w14:paraId="492F91CD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40F931FA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CNP</w:t>
            </w:r>
          </w:p>
          <w:p w14:paraId="32FF08C1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</w:tr>
      <w:tr w:rsidR="00377113" w:rsidRPr="00711771" w14:paraId="6A746F7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8623411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sz w:val="16"/>
                <w:lang w:val="ro-RO"/>
              </w:rPr>
              <w:t xml:space="preserve"> Act de identitate</w:t>
            </w:r>
          </w:p>
        </w:tc>
      </w:tr>
      <w:tr w:rsidR="00377113" w:rsidRPr="00711771" w14:paraId="34135F0A" w14:textId="77777777">
        <w:trPr>
          <w:cantSplit/>
          <w:trHeight w:val="510"/>
        </w:trPr>
        <w:tc>
          <w:tcPr>
            <w:tcW w:w="1606" w:type="dxa"/>
          </w:tcPr>
          <w:p w14:paraId="0FE58C8A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Seria</w:t>
            </w:r>
          </w:p>
          <w:p w14:paraId="744D4F37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54E4DCF4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Numărul</w:t>
            </w:r>
          </w:p>
          <w:p w14:paraId="6AFD4CBD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5"/>
          </w:tcPr>
          <w:p w14:paraId="1275CF2C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Eliberat de</w:t>
            </w:r>
          </w:p>
          <w:p w14:paraId="4C997CA9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375049A5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La data</w:t>
            </w:r>
          </w:p>
          <w:p w14:paraId="1E260826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</w:tr>
      <w:tr w:rsidR="00377113" w:rsidRPr="00711771" w14:paraId="20F26A7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631D62D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sz w:val="16"/>
                <w:lang w:val="ro-RO"/>
              </w:rPr>
              <w:t xml:space="preserve"> Domiciliul</w:t>
            </w:r>
          </w:p>
        </w:tc>
      </w:tr>
      <w:tr w:rsidR="00377113" w:rsidRPr="00711771" w14:paraId="14021D8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EC3E11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Județul</w:t>
            </w:r>
          </w:p>
          <w:p w14:paraId="1815C0EF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1597517E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Municipiul / orașul / comuna</w:t>
            </w:r>
          </w:p>
          <w:p w14:paraId="691DF8E2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3DE1D317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Satul / sectorul</w:t>
            </w:r>
          </w:p>
          <w:p w14:paraId="1B6BDCCB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</w:tr>
      <w:tr w:rsidR="00377113" w:rsidRPr="00711771" w14:paraId="35FE036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032BBD3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Strada</w:t>
            </w:r>
          </w:p>
          <w:p w14:paraId="255C5EF4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63B36D30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Nr.</w:t>
            </w:r>
          </w:p>
          <w:p w14:paraId="7570AD44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7EB3F9F1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Sc.</w:t>
            </w:r>
          </w:p>
          <w:p w14:paraId="598896A6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68084122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Et.</w:t>
            </w:r>
          </w:p>
          <w:p w14:paraId="1FB7A599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635895CD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Ap.</w:t>
            </w:r>
          </w:p>
          <w:p w14:paraId="5877D4A7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0825FC30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Cod poștal</w:t>
            </w:r>
          </w:p>
          <w:p w14:paraId="34487808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5B31A664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Țara</w:t>
            </w:r>
          </w:p>
          <w:p w14:paraId="1AC94237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</w:tr>
      <w:tr w:rsidR="00377113" w:rsidRPr="00711771" w14:paraId="7E5729B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CD68FCA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sz w:val="16"/>
                <w:lang w:val="ro-RO"/>
              </w:rPr>
              <w:t xml:space="preserve"> Date de contact</w:t>
            </w:r>
          </w:p>
        </w:tc>
      </w:tr>
      <w:tr w:rsidR="00377113" w:rsidRPr="00711771" w14:paraId="66B951DB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E97DD8" w14:textId="77777777" w:rsidR="00377113" w:rsidRPr="00711771" w:rsidRDefault="00000000">
            <w:pPr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Telefon / fax</w:t>
            </w:r>
          </w:p>
          <w:p w14:paraId="488DB23E" w14:textId="77777777" w:rsidR="00377113" w:rsidRPr="00711771" w:rsidRDefault="00377113">
            <w:pPr>
              <w:rPr>
                <w:lang w:val="ro-RO"/>
              </w:rPr>
            </w:pPr>
          </w:p>
        </w:tc>
        <w:tc>
          <w:tcPr>
            <w:tcW w:w="5621" w:type="dxa"/>
            <w:gridSpan w:val="5"/>
          </w:tcPr>
          <w:p w14:paraId="7EFBC837" w14:textId="77777777" w:rsidR="00377113" w:rsidRPr="00711771" w:rsidRDefault="00000000">
            <w:pPr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E-mail</w:t>
            </w:r>
          </w:p>
          <w:p w14:paraId="1C3CE210" w14:textId="77777777" w:rsidR="00377113" w:rsidRPr="00711771" w:rsidRDefault="00377113">
            <w:pPr>
              <w:rPr>
                <w:lang w:val="ro-RO"/>
              </w:rPr>
            </w:pPr>
          </w:p>
        </w:tc>
      </w:tr>
    </w:tbl>
    <w:p w14:paraId="6E863ACA" w14:textId="77777777" w:rsidR="00377113" w:rsidRPr="00711771" w:rsidRDefault="00377113">
      <w:pPr>
        <w:spacing w:line="168" w:lineRule="auto"/>
        <w:rPr>
          <w:lang w:val="ro-RO"/>
        </w:rPr>
      </w:pPr>
    </w:p>
    <w:p w14:paraId="2E8A375E" w14:textId="77777777" w:rsidR="00377113" w:rsidRPr="00711771" w:rsidRDefault="00000000">
      <w:pPr>
        <w:spacing w:before="80" w:after="60"/>
        <w:jc w:val="center"/>
        <w:rPr>
          <w:lang w:val="ro-RO"/>
        </w:rPr>
      </w:pPr>
      <w:r w:rsidRPr="00711771">
        <w:rPr>
          <w:sz w:val="18"/>
          <w:lang w:val="ro-RO"/>
        </w:rPr>
        <w:t>în temeiul art. 257 alin. (17) din Legea nr. 169/2026 privind Codul amenajării teritoriului, urbanismului și construcțiilor,</w:t>
      </w:r>
    </w:p>
    <w:p w14:paraId="21143514" w14:textId="77777777" w:rsidR="00004412" w:rsidRPr="00711771" w:rsidRDefault="00000000">
      <w:pPr>
        <w:spacing w:before="80" w:after="60"/>
        <w:jc w:val="center"/>
        <w:rPr>
          <w:b/>
          <w:color w:val="000000"/>
          <w:sz w:val="18"/>
          <w:lang w:val="ro-RO"/>
        </w:rPr>
      </w:pPr>
      <w:r w:rsidRPr="00711771">
        <w:rPr>
          <w:sz w:val="18"/>
          <w:lang w:val="ro-RO"/>
        </w:rPr>
        <w:t>solicit prelungirea valabilității</w:t>
      </w:r>
      <w:r w:rsidR="00004412" w:rsidRPr="00711771">
        <w:rPr>
          <w:b/>
          <w:color w:val="000000"/>
          <w:sz w:val="18"/>
          <w:lang w:val="ro-RO"/>
        </w:rPr>
        <w:t xml:space="preserve"> </w:t>
      </w:r>
    </w:p>
    <w:p w14:paraId="077ADEDA" w14:textId="5045CE9D" w:rsidR="00377113" w:rsidRPr="00711771" w:rsidRDefault="00004412">
      <w:pPr>
        <w:spacing w:before="80" w:after="60"/>
        <w:jc w:val="center"/>
        <w:rPr>
          <w:sz w:val="20"/>
          <w:szCs w:val="20"/>
          <w:lang w:val="ro-RO"/>
        </w:rPr>
      </w:pPr>
      <w:r w:rsidRPr="00711771">
        <w:rPr>
          <w:b/>
          <w:color w:val="000000"/>
          <w:sz w:val="20"/>
          <w:szCs w:val="20"/>
          <w:lang w:val="ro-RO"/>
        </w:rPr>
        <w:t>CERTIFICATULUI DE URBANISM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803"/>
        <w:gridCol w:w="4818"/>
      </w:tblGrid>
      <w:tr w:rsidR="00377113" w:rsidRPr="00711771" w14:paraId="62A1223F" w14:textId="77777777">
        <w:trPr>
          <w:cantSplit/>
          <w:trHeight w:val="510"/>
        </w:trPr>
        <w:tc>
          <w:tcPr>
            <w:tcW w:w="1606" w:type="dxa"/>
          </w:tcPr>
          <w:p w14:paraId="7765B9B1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Nr.</w:t>
            </w:r>
          </w:p>
          <w:p w14:paraId="1491A8A0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32FEB634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Din data</w:t>
            </w:r>
          </w:p>
          <w:p w14:paraId="70A0A594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5621" w:type="dxa"/>
            <w:gridSpan w:val="2"/>
          </w:tcPr>
          <w:p w14:paraId="5DFD23E9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Emis de</w:t>
            </w:r>
          </w:p>
          <w:p w14:paraId="5357994E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</w:tr>
      <w:tr w:rsidR="00377113" w:rsidRPr="00711771" w14:paraId="356194D4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AABADB7" w14:textId="77777777" w:rsidR="00377113" w:rsidRPr="00711771" w:rsidRDefault="00000000">
            <w:pPr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Prelungirea solicitată — de la data</w:t>
            </w:r>
          </w:p>
          <w:p w14:paraId="073435BA" w14:textId="77777777" w:rsidR="00377113" w:rsidRPr="00711771" w:rsidRDefault="00377113">
            <w:pPr>
              <w:rPr>
                <w:lang w:val="ro-RO"/>
              </w:rPr>
            </w:pPr>
          </w:p>
        </w:tc>
        <w:tc>
          <w:tcPr>
            <w:tcW w:w="4818" w:type="dxa"/>
          </w:tcPr>
          <w:p w14:paraId="78FDD7CA" w14:textId="77777777" w:rsidR="00377113" w:rsidRPr="00711771" w:rsidRDefault="00000000">
            <w:pPr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până la data</w:t>
            </w:r>
          </w:p>
          <w:p w14:paraId="3D4C5B91" w14:textId="77777777" w:rsidR="00377113" w:rsidRPr="00711771" w:rsidRDefault="00377113">
            <w:pPr>
              <w:rPr>
                <w:lang w:val="ro-RO"/>
              </w:rPr>
            </w:pPr>
          </w:p>
        </w:tc>
      </w:tr>
    </w:tbl>
    <w:p w14:paraId="7B9769F8" w14:textId="77777777" w:rsidR="00377113" w:rsidRPr="00711771" w:rsidRDefault="00377113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377113" w:rsidRPr="00711771" w14:paraId="18332584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AC950F1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sz w:val="16"/>
                <w:lang w:val="ro-RO"/>
              </w:rPr>
              <w:t xml:space="preserve"> 4. </w:t>
            </w:r>
            <w:r w:rsidRPr="00711771">
              <w:rPr>
                <w:b/>
                <w:color w:val="000000"/>
                <w:sz w:val="18"/>
                <w:lang w:val="ro-RO"/>
              </w:rPr>
              <w:t>IMOBILUL</w:t>
            </w:r>
          </w:p>
        </w:tc>
      </w:tr>
      <w:tr w:rsidR="00377113" w:rsidRPr="00711771" w14:paraId="248B564F" w14:textId="77777777">
        <w:trPr>
          <w:cantSplit/>
        </w:trPr>
        <w:tc>
          <w:tcPr>
            <w:tcW w:w="9636" w:type="dxa"/>
            <w:gridSpan w:val="6"/>
          </w:tcPr>
          <w:p w14:paraId="7D32E515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sz w:val="16"/>
                <w:lang w:val="ro-RO"/>
              </w:rPr>
              <w:t xml:space="preserve"> ☐ teren     ☐ construcții</w:t>
            </w:r>
          </w:p>
        </w:tc>
      </w:tr>
      <w:tr w:rsidR="00377113" w:rsidRPr="00711771" w14:paraId="533C4D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7ADBF6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Județ</w:t>
            </w:r>
          </w:p>
          <w:p w14:paraId="545515E0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5F352457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Municipiu / oraș / comună</w:t>
            </w:r>
          </w:p>
          <w:p w14:paraId="14C00203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2519EFDA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Sat / sector</w:t>
            </w:r>
          </w:p>
          <w:p w14:paraId="6F1351F6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</w:tr>
      <w:tr w:rsidR="00377113" w:rsidRPr="00711771" w14:paraId="2D9B8DB3" w14:textId="77777777">
        <w:trPr>
          <w:cantSplit/>
          <w:trHeight w:val="510"/>
        </w:trPr>
        <w:tc>
          <w:tcPr>
            <w:tcW w:w="1606" w:type="dxa"/>
          </w:tcPr>
          <w:p w14:paraId="4B72CFDF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Cod poștal</w:t>
            </w:r>
          </w:p>
          <w:p w14:paraId="0E9D7B3A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3"/>
          </w:tcPr>
          <w:p w14:paraId="4A8D120C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Strada</w:t>
            </w:r>
          </w:p>
          <w:p w14:paraId="20FA361F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39FAFBFC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Nr.</w:t>
            </w:r>
          </w:p>
          <w:p w14:paraId="6CA1B947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134DC49E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Bl. / sc. / et. / ap.</w:t>
            </w:r>
          </w:p>
          <w:p w14:paraId="297CA390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</w:tr>
      <w:tr w:rsidR="00377113" w:rsidRPr="00711771" w14:paraId="7B19E8B5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4397E352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Număr cadastral</w:t>
            </w:r>
          </w:p>
          <w:p w14:paraId="34F88BB8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i/>
                <w:color w:val="7A7A7A"/>
                <w:lang w:val="ro-RO"/>
              </w:rPr>
              <w:t>dacă imobilul e înscris în e-Terra</w:t>
            </w:r>
          </w:p>
          <w:p w14:paraId="3E14DDE5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4191820B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Carte funciară nr.</w:t>
            </w:r>
          </w:p>
          <w:p w14:paraId="0636B066" w14:textId="77777777" w:rsidR="00377113" w:rsidRPr="00711771" w:rsidRDefault="00377113">
            <w:pPr>
              <w:keepNext/>
              <w:rPr>
                <w:lang w:val="ro-RO"/>
              </w:rPr>
            </w:pPr>
          </w:p>
        </w:tc>
      </w:tr>
    </w:tbl>
    <w:p w14:paraId="2A5FFFCA" w14:textId="77777777" w:rsidR="00377113" w:rsidRPr="00711771" w:rsidRDefault="00377113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:rsidRPr="00711771" w14:paraId="416CCAE3" w14:textId="77777777">
        <w:trPr>
          <w:cantSplit/>
        </w:trPr>
        <w:tc>
          <w:tcPr>
            <w:tcW w:w="9636" w:type="dxa"/>
            <w:shd w:val="clear" w:color="auto" w:fill="F4F4F4"/>
          </w:tcPr>
          <w:p w14:paraId="3FE4A3CD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sz w:val="16"/>
                <w:lang w:val="ro-RO"/>
              </w:rPr>
              <w:t xml:space="preserve"> 5. </w:t>
            </w:r>
            <w:r w:rsidRPr="00711771">
              <w:rPr>
                <w:b/>
                <w:color w:val="000000"/>
                <w:sz w:val="18"/>
                <w:lang w:val="ro-RO"/>
              </w:rPr>
              <w:t>SE ANEXEAZĂ</w:t>
            </w:r>
          </w:p>
        </w:tc>
      </w:tr>
      <w:tr w:rsidR="00377113" w:rsidRPr="00711771" w14:paraId="53555C64" w14:textId="77777777">
        <w:trPr>
          <w:cantSplit/>
        </w:trPr>
        <w:tc>
          <w:tcPr>
            <w:tcW w:w="9636" w:type="dxa"/>
          </w:tcPr>
          <w:p w14:paraId="05B03106" w14:textId="77777777" w:rsidR="00377113" w:rsidRPr="00711771" w:rsidRDefault="00000000">
            <w:pPr>
              <w:rPr>
                <w:lang w:val="ro-RO"/>
              </w:rPr>
            </w:pPr>
            <w:r w:rsidRPr="00711771">
              <w:rPr>
                <w:sz w:val="16"/>
                <w:lang w:val="ro-RO"/>
              </w:rPr>
              <w:t xml:space="preserve"> ☐ certificatul de urbanism (în original)     ☐ documentul privind achitarea taxei (copie)</w:t>
            </w:r>
          </w:p>
        </w:tc>
      </w:tr>
    </w:tbl>
    <w:p w14:paraId="0CC63E6D" w14:textId="77777777" w:rsidR="00377113" w:rsidRPr="00711771" w:rsidRDefault="00377113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377113" w:rsidRPr="00711771" w14:paraId="67AC911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C5583C3" w14:textId="77777777" w:rsidR="00377113" w:rsidRPr="00711771" w:rsidRDefault="00000000">
            <w:pPr>
              <w:keepNext/>
              <w:rPr>
                <w:lang w:val="ro-RO"/>
              </w:rPr>
            </w:pPr>
            <w:r w:rsidRPr="00711771">
              <w:rPr>
                <w:b/>
                <w:sz w:val="16"/>
                <w:lang w:val="ro-RO"/>
              </w:rPr>
              <w:t xml:space="preserve"> 6. </w:t>
            </w:r>
            <w:r w:rsidRPr="00711771">
              <w:rPr>
                <w:b/>
                <w:color w:val="000000"/>
                <w:sz w:val="18"/>
                <w:lang w:val="ro-RO"/>
              </w:rPr>
              <w:t>DATA ȘI SEMNĂTURA</w:t>
            </w:r>
          </w:p>
        </w:tc>
      </w:tr>
      <w:tr w:rsidR="00377113" w:rsidRPr="00711771" w14:paraId="2C613BE7" w14:textId="77777777">
        <w:trPr>
          <w:cantSplit/>
          <w:trHeight w:val="510"/>
        </w:trPr>
        <w:tc>
          <w:tcPr>
            <w:tcW w:w="1606" w:type="dxa"/>
          </w:tcPr>
          <w:p w14:paraId="6247744D" w14:textId="77777777" w:rsidR="00377113" w:rsidRPr="00711771" w:rsidRDefault="00000000">
            <w:pPr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Data</w:t>
            </w:r>
          </w:p>
          <w:p w14:paraId="6A45905A" w14:textId="77777777" w:rsidR="00377113" w:rsidRPr="00711771" w:rsidRDefault="00377113">
            <w:pPr>
              <w:rPr>
                <w:lang w:val="ro-RO"/>
              </w:rPr>
            </w:pPr>
          </w:p>
        </w:tc>
        <w:tc>
          <w:tcPr>
            <w:tcW w:w="4818" w:type="dxa"/>
          </w:tcPr>
          <w:p w14:paraId="09BFB97F" w14:textId="77777777" w:rsidR="00377113" w:rsidRPr="00711771" w:rsidRDefault="00000000">
            <w:pPr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Solicitantul</w:t>
            </w:r>
          </w:p>
          <w:p w14:paraId="1B3BE6B9" w14:textId="77777777" w:rsidR="00377113" w:rsidRPr="00711771" w:rsidRDefault="00377113">
            <w:pPr>
              <w:rPr>
                <w:lang w:val="ro-RO"/>
              </w:rPr>
            </w:pPr>
          </w:p>
        </w:tc>
        <w:tc>
          <w:tcPr>
            <w:tcW w:w="3212" w:type="dxa"/>
          </w:tcPr>
          <w:p w14:paraId="640F19C7" w14:textId="77777777" w:rsidR="00377113" w:rsidRPr="00711771" w:rsidRDefault="00000000">
            <w:pPr>
              <w:rPr>
                <w:lang w:val="ro-RO"/>
              </w:rPr>
            </w:pPr>
            <w:r w:rsidRPr="00711771">
              <w:rPr>
                <w:b/>
                <w:color w:val="0D5F78"/>
                <w:lang w:val="ro-RO"/>
              </w:rPr>
              <w:t>Semnătura</w:t>
            </w:r>
          </w:p>
          <w:p w14:paraId="325CC794" w14:textId="77777777" w:rsidR="00377113" w:rsidRPr="00711771" w:rsidRDefault="00377113">
            <w:pPr>
              <w:rPr>
                <w:lang w:val="ro-RO"/>
              </w:rPr>
            </w:pPr>
          </w:p>
        </w:tc>
      </w:tr>
    </w:tbl>
    <w:p w14:paraId="2943DD2B" w14:textId="77777777" w:rsidR="00377113" w:rsidRPr="00711771" w:rsidRDefault="00377113">
      <w:pPr>
        <w:spacing w:line="168" w:lineRule="auto"/>
        <w:rPr>
          <w:lang w:val="ro-RO"/>
        </w:rPr>
      </w:pPr>
    </w:p>
    <w:sectPr w:rsidR="00377113" w:rsidRPr="00711771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18F3" w14:textId="77777777" w:rsidR="00335F5B" w:rsidRDefault="00335F5B">
      <w:r>
        <w:separator/>
      </w:r>
    </w:p>
  </w:endnote>
  <w:endnote w:type="continuationSeparator" w:id="0">
    <w:p w14:paraId="2A3D37C9" w14:textId="77777777" w:rsidR="00335F5B" w:rsidRDefault="00335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A959F" w14:textId="77777777" w:rsidR="00377113" w:rsidRDefault="00000000">
    <w:pPr>
      <w:pStyle w:val="Footer"/>
      <w:tabs>
        <w:tab w:val="right" w:pos="9639"/>
      </w:tabs>
    </w:pPr>
    <w:r>
      <w:rPr>
        <w:color w:val="595959"/>
      </w:rPr>
      <w:t xml:space="preserve">F_CU_03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343BB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343BBA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7584" w14:textId="77777777" w:rsidR="00335F5B" w:rsidRDefault="00335F5B">
      <w:r>
        <w:separator/>
      </w:r>
    </w:p>
  </w:footnote>
  <w:footnote w:type="continuationSeparator" w:id="0">
    <w:p w14:paraId="48F7D1A8" w14:textId="77777777" w:rsidR="00335F5B" w:rsidRDefault="00335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6464934">
    <w:abstractNumId w:val="8"/>
  </w:num>
  <w:num w:numId="2" w16cid:durableId="120267155">
    <w:abstractNumId w:val="6"/>
  </w:num>
  <w:num w:numId="3" w16cid:durableId="1421946025">
    <w:abstractNumId w:val="5"/>
  </w:num>
  <w:num w:numId="4" w16cid:durableId="75251532">
    <w:abstractNumId w:val="4"/>
  </w:num>
  <w:num w:numId="5" w16cid:durableId="742339271">
    <w:abstractNumId w:val="7"/>
  </w:num>
  <w:num w:numId="6" w16cid:durableId="488985948">
    <w:abstractNumId w:val="3"/>
  </w:num>
  <w:num w:numId="7" w16cid:durableId="904994438">
    <w:abstractNumId w:val="2"/>
  </w:num>
  <w:num w:numId="8" w16cid:durableId="372006337">
    <w:abstractNumId w:val="1"/>
  </w:num>
  <w:num w:numId="9" w16cid:durableId="58211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4"/>
    <w:rsid w:val="00004412"/>
    <w:rsid w:val="00034616"/>
    <w:rsid w:val="0006063C"/>
    <w:rsid w:val="0015074B"/>
    <w:rsid w:val="00200236"/>
    <w:rsid w:val="00224051"/>
    <w:rsid w:val="0029639D"/>
    <w:rsid w:val="00326F90"/>
    <w:rsid w:val="00335F5B"/>
    <w:rsid w:val="00343BBA"/>
    <w:rsid w:val="00377113"/>
    <w:rsid w:val="005F1242"/>
    <w:rsid w:val="006C103E"/>
    <w:rsid w:val="006F76E5"/>
    <w:rsid w:val="00711771"/>
    <w:rsid w:val="00761658"/>
    <w:rsid w:val="0084188D"/>
    <w:rsid w:val="00AA1D8D"/>
    <w:rsid w:val="00B47730"/>
    <w:rsid w:val="00BA1872"/>
    <w:rsid w:val="00CB0664"/>
    <w:rsid w:val="00CD60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D59A43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616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@primariatur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dcterms:created xsi:type="dcterms:W3CDTF">2026-09-01T12:04:00Z</dcterms:created>
  <dcterms:modified xsi:type="dcterms:W3CDTF">2026-09-01T12:04:00Z</dcterms:modified>
  <cp:category/>
</cp:coreProperties>
</file>