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BF6E35" w:rsidRPr="00FD7F52" w14:paraId="0B5F170E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3217B45B" w14:textId="5C811FAD" w:rsidR="00BF6E35" w:rsidRPr="00FD7F52" w:rsidRDefault="00FD7F52">
            <w:pPr>
              <w:keepNext/>
              <w:jc w:val="center"/>
              <w:rPr>
                <w:lang w:val="ro-RO"/>
              </w:rPr>
            </w:pPr>
            <w:r w:rsidRPr="00831759">
              <w:rPr>
                <w:i/>
                <w:noProof/>
                <w:color w:val="595959"/>
                <w:lang w:val="ro-RO"/>
              </w:rPr>
              <w:drawing>
                <wp:inline distT="0" distB="0" distL="0" distR="0" wp14:anchorId="60A9087C" wp14:editId="4FB778AE">
                  <wp:extent cx="891375" cy="1311305"/>
                  <wp:effectExtent l="0" t="0" r="4445" b="3175"/>
                  <wp:docPr id="2076297466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375" cy="1311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</w:tcPr>
          <w:p w14:paraId="526ED8F4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Județul</w:t>
            </w:r>
          </w:p>
          <w:p w14:paraId="0185F6F0" w14:textId="53DC47C3" w:rsidR="00BF6E35" w:rsidRPr="00FD7F52" w:rsidRDefault="00FD7F52">
            <w:pPr>
              <w:keepNext/>
              <w:rPr>
                <w:lang w:val="ro-RO"/>
              </w:rPr>
            </w:pPr>
            <w:r w:rsidRPr="00831759">
              <w:rPr>
                <w:b/>
                <w:bCs/>
                <w:lang w:val="ro-RO"/>
              </w:rPr>
              <w:t>CLUJ</w:t>
            </w:r>
          </w:p>
        </w:tc>
      </w:tr>
      <w:tr w:rsidR="00BF6E35" w:rsidRPr="00FD7F52" w14:paraId="17823C7D" w14:textId="77777777">
        <w:trPr>
          <w:cantSplit/>
          <w:trHeight w:val="510"/>
        </w:trPr>
        <w:tc>
          <w:tcPr>
            <w:tcW w:w="1606" w:type="dxa"/>
            <w:vMerge/>
          </w:tcPr>
          <w:p w14:paraId="5A041A99" w14:textId="77777777" w:rsidR="00BF6E35" w:rsidRPr="00FD7F52" w:rsidRDefault="00BF6E35">
            <w:pPr>
              <w:rPr>
                <w:lang w:val="ro-RO"/>
              </w:rPr>
            </w:pPr>
          </w:p>
        </w:tc>
        <w:tc>
          <w:tcPr>
            <w:tcW w:w="8030" w:type="dxa"/>
            <w:gridSpan w:val="3"/>
          </w:tcPr>
          <w:p w14:paraId="6A7D52DB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Autoritatea administrației publice</w:t>
            </w:r>
          </w:p>
          <w:p w14:paraId="64E09A09" w14:textId="1889FE2C" w:rsidR="00BF6E35" w:rsidRPr="00FD7F52" w:rsidRDefault="00FD7F52">
            <w:pPr>
              <w:keepNext/>
              <w:rPr>
                <w:lang w:val="ro-RO"/>
              </w:rPr>
            </w:pPr>
            <w:r w:rsidRPr="00831759">
              <w:rPr>
                <w:b/>
                <w:bCs/>
                <w:lang w:val="ro-RO"/>
              </w:rPr>
              <w:t>PRIMĂRIA MUNICIPIULUI TURDA</w:t>
            </w:r>
          </w:p>
        </w:tc>
      </w:tr>
      <w:tr w:rsidR="00BF6E35" w:rsidRPr="00FD7F52" w14:paraId="3B3D7084" w14:textId="77777777">
        <w:trPr>
          <w:cantSplit/>
          <w:trHeight w:val="510"/>
        </w:trPr>
        <w:tc>
          <w:tcPr>
            <w:tcW w:w="1606" w:type="dxa"/>
            <w:vMerge/>
          </w:tcPr>
          <w:p w14:paraId="7A574C7E" w14:textId="77777777" w:rsidR="00BF6E35" w:rsidRPr="00FD7F52" w:rsidRDefault="00BF6E35">
            <w:pPr>
              <w:rPr>
                <w:lang w:val="ro-RO"/>
              </w:rPr>
            </w:pPr>
          </w:p>
        </w:tc>
        <w:tc>
          <w:tcPr>
            <w:tcW w:w="2409" w:type="dxa"/>
          </w:tcPr>
          <w:p w14:paraId="021E69C0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Cod de identificare fiscală (CIF)</w:t>
            </w:r>
          </w:p>
          <w:p w14:paraId="63CB947C" w14:textId="5C049FF6" w:rsidR="00BF6E35" w:rsidRPr="00FD7F52" w:rsidRDefault="00FD7F52">
            <w:pPr>
              <w:keepNext/>
              <w:rPr>
                <w:lang w:val="ro-RO"/>
              </w:rPr>
            </w:pPr>
            <w:r w:rsidRPr="00831759">
              <w:rPr>
                <w:b/>
                <w:bCs/>
                <w:lang w:val="ro-RO"/>
              </w:rPr>
              <w:t>4378930</w:t>
            </w:r>
          </w:p>
        </w:tc>
        <w:tc>
          <w:tcPr>
            <w:tcW w:w="5621" w:type="dxa"/>
            <w:gridSpan w:val="2"/>
          </w:tcPr>
          <w:p w14:paraId="140C398F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Adresa oficială</w:t>
            </w:r>
          </w:p>
          <w:p w14:paraId="36D9B408" w14:textId="77777777" w:rsidR="00FD7F52" w:rsidRPr="00831759" w:rsidRDefault="00FD7F52" w:rsidP="00FD7F52">
            <w:pPr>
              <w:rPr>
                <w:i/>
                <w:color w:val="7A7A7A"/>
                <w:lang w:val="ro-RO"/>
              </w:rPr>
            </w:pPr>
            <w:r w:rsidRPr="00831759">
              <w:rPr>
                <w:b/>
                <w:bCs/>
                <w:i/>
                <w:lang w:val="ro-RO"/>
              </w:rPr>
              <w:t xml:space="preserve">P-ța 1 </w:t>
            </w:r>
            <w:r>
              <w:rPr>
                <w:b/>
                <w:bCs/>
                <w:i/>
                <w:lang w:val="ro-RO"/>
              </w:rPr>
              <w:t>D</w:t>
            </w:r>
            <w:r w:rsidRPr="00831759">
              <w:rPr>
                <w:b/>
                <w:bCs/>
                <w:i/>
                <w:lang w:val="ro-RO"/>
              </w:rPr>
              <w:t xml:space="preserve">ecembrie 1918 nr.28 · tel: 0264-313160· e-mail: </w:t>
            </w:r>
            <w:hyperlink r:id="rId9" w:history="1">
              <w:r w:rsidRPr="00831759">
                <w:rPr>
                  <w:rStyle w:val="Hyperlink"/>
                  <w:i/>
                  <w:lang w:val="ro-RO"/>
                </w:rPr>
                <w:t>contact@primariaturda.ro</w:t>
              </w:r>
            </w:hyperlink>
            <w:r w:rsidRPr="00831759">
              <w:rPr>
                <w:i/>
                <w:color w:val="7A7A7A"/>
                <w:lang w:val="ro-RO"/>
              </w:rPr>
              <w:t xml:space="preserve"> </w:t>
            </w:r>
          </w:p>
          <w:p w14:paraId="554460AB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</w:tr>
      <w:tr w:rsidR="00BF6E35" w:rsidRPr="00FD7F52" w14:paraId="4A1C9FC3" w14:textId="77777777">
        <w:trPr>
          <w:cantSplit/>
          <w:trHeight w:val="510"/>
        </w:trPr>
        <w:tc>
          <w:tcPr>
            <w:tcW w:w="1606" w:type="dxa"/>
            <w:vMerge/>
          </w:tcPr>
          <w:p w14:paraId="3F123D1D" w14:textId="77777777" w:rsidR="00BF6E35" w:rsidRPr="00FD7F52" w:rsidRDefault="00BF6E35">
            <w:pPr>
              <w:rPr>
                <w:lang w:val="ro-RO"/>
              </w:rPr>
            </w:pPr>
          </w:p>
        </w:tc>
        <w:tc>
          <w:tcPr>
            <w:tcW w:w="4818" w:type="dxa"/>
            <w:gridSpan w:val="2"/>
          </w:tcPr>
          <w:p w14:paraId="39BF4E1D" w14:textId="77777777" w:rsidR="00BF6E35" w:rsidRPr="00FD7F52" w:rsidRDefault="00000000">
            <w:pPr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Nr. înregistrare</w:t>
            </w:r>
          </w:p>
          <w:p w14:paraId="7B247A6F" w14:textId="77777777" w:rsidR="00BF6E35" w:rsidRPr="00FD7F52" w:rsidRDefault="00BF6E35">
            <w:pPr>
              <w:rPr>
                <w:lang w:val="ro-RO"/>
              </w:rPr>
            </w:pPr>
          </w:p>
        </w:tc>
        <w:tc>
          <w:tcPr>
            <w:tcW w:w="3212" w:type="dxa"/>
          </w:tcPr>
          <w:p w14:paraId="4179F49A" w14:textId="77777777" w:rsidR="00BF6E35" w:rsidRPr="00FD7F52" w:rsidRDefault="00000000">
            <w:pPr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Data</w:t>
            </w:r>
          </w:p>
          <w:p w14:paraId="7EA99095" w14:textId="77777777" w:rsidR="00BF6E35" w:rsidRPr="00FD7F52" w:rsidRDefault="00BF6E35">
            <w:pPr>
              <w:rPr>
                <w:lang w:val="ro-RO"/>
              </w:rPr>
            </w:pPr>
          </w:p>
        </w:tc>
      </w:tr>
    </w:tbl>
    <w:p w14:paraId="4729CA97" w14:textId="77777777" w:rsidR="00BF6E35" w:rsidRPr="00FD7F52" w:rsidRDefault="00BF6E35">
      <w:pPr>
        <w:spacing w:line="168" w:lineRule="auto"/>
        <w:rPr>
          <w:lang w:val="ro-RO"/>
        </w:rPr>
      </w:pPr>
    </w:p>
    <w:p w14:paraId="294DD906" w14:textId="77777777" w:rsidR="00BF6E35" w:rsidRPr="00FD7F52" w:rsidRDefault="00000000">
      <w:pPr>
        <w:spacing w:before="140" w:after="40"/>
        <w:jc w:val="center"/>
        <w:rPr>
          <w:sz w:val="28"/>
          <w:szCs w:val="28"/>
          <w:lang w:val="ro-RO"/>
        </w:rPr>
      </w:pPr>
      <w:r w:rsidRPr="00FD7F52">
        <w:rPr>
          <w:b/>
          <w:sz w:val="28"/>
          <w:szCs w:val="28"/>
          <w:lang w:val="ro-RO"/>
        </w:rPr>
        <w:t>AUTORIZAȚIE DE MODIFICARE</w:t>
      </w:r>
    </w:p>
    <w:p w14:paraId="2A8B90AD" w14:textId="77777777" w:rsidR="00BF6E35" w:rsidRPr="00FD7F52" w:rsidRDefault="00000000">
      <w:pPr>
        <w:spacing w:after="120"/>
        <w:jc w:val="center"/>
        <w:rPr>
          <w:lang w:val="ro-RO"/>
        </w:rPr>
      </w:pPr>
      <w:r w:rsidRPr="00FD7F52">
        <w:rPr>
          <w:sz w:val="19"/>
          <w:lang w:val="ro-RO"/>
        </w:rPr>
        <w:t>Nr. ……………… din ………………………</w:t>
      </w:r>
    </w:p>
    <w:p w14:paraId="4739F9FD" w14:textId="77777777" w:rsidR="00BF6E35" w:rsidRPr="00FD7F52" w:rsidRDefault="00BF6E35">
      <w:pPr>
        <w:spacing w:after="60"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4818"/>
      </w:tblGrid>
      <w:tr w:rsidR="00BF6E35" w:rsidRPr="00FD7F52" w14:paraId="0727E0F1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6384125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sz w:val="16"/>
                <w:lang w:val="ro-RO"/>
              </w:rPr>
              <w:t xml:space="preserve"> 1. </w:t>
            </w:r>
            <w:r w:rsidRPr="00FD7F52">
              <w:rPr>
                <w:b/>
                <w:color w:val="000000"/>
                <w:sz w:val="18"/>
                <w:lang w:val="ro-RO"/>
              </w:rPr>
              <w:t>REFERINȚE</w:t>
            </w:r>
          </w:p>
        </w:tc>
      </w:tr>
      <w:tr w:rsidR="00BF6E35" w:rsidRPr="00FD7F52" w14:paraId="7AACFE87" w14:textId="77777777">
        <w:trPr>
          <w:cantSplit/>
          <w:trHeight w:val="510"/>
        </w:trPr>
        <w:tc>
          <w:tcPr>
            <w:tcW w:w="2409" w:type="dxa"/>
          </w:tcPr>
          <w:p w14:paraId="1FED2F61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Ca urmare a cererii nr.</w:t>
            </w:r>
          </w:p>
          <w:p w14:paraId="693F6E0F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2409" w:type="dxa"/>
          </w:tcPr>
          <w:p w14:paraId="416E1CC7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din data</w:t>
            </w:r>
          </w:p>
          <w:p w14:paraId="3852C447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4818" w:type="dxa"/>
          </w:tcPr>
          <w:p w14:paraId="5A40A44B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a titularului</w:t>
            </w:r>
          </w:p>
          <w:p w14:paraId="7CEBBC8A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</w:tr>
      <w:tr w:rsidR="00BF6E35" w:rsidRPr="00FD7F52" w14:paraId="541C68B2" w14:textId="77777777">
        <w:trPr>
          <w:cantSplit/>
          <w:trHeight w:val="510"/>
        </w:trPr>
        <w:tc>
          <w:tcPr>
            <w:tcW w:w="4818" w:type="dxa"/>
            <w:gridSpan w:val="2"/>
          </w:tcPr>
          <w:p w14:paraId="59AD7FBF" w14:textId="77777777" w:rsidR="00BF6E35" w:rsidRPr="00FD7F52" w:rsidRDefault="00000000">
            <w:pPr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Autorizația de construire inițială — nr. / data</w:t>
            </w:r>
          </w:p>
          <w:p w14:paraId="700AA238" w14:textId="77777777" w:rsidR="00BF6E35" w:rsidRPr="00FD7F52" w:rsidRDefault="00BF6E35">
            <w:pPr>
              <w:rPr>
                <w:lang w:val="ro-RO"/>
              </w:rPr>
            </w:pPr>
          </w:p>
        </w:tc>
        <w:tc>
          <w:tcPr>
            <w:tcW w:w="4818" w:type="dxa"/>
          </w:tcPr>
          <w:p w14:paraId="62FE2465" w14:textId="77777777" w:rsidR="00BF6E35" w:rsidRPr="00FD7F52" w:rsidRDefault="00000000">
            <w:pPr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emisă de</w:t>
            </w:r>
          </w:p>
          <w:p w14:paraId="4AC71FD1" w14:textId="77777777" w:rsidR="00BF6E35" w:rsidRPr="00FD7F52" w:rsidRDefault="00BF6E35">
            <w:pPr>
              <w:rPr>
                <w:lang w:val="ro-RO"/>
              </w:rPr>
            </w:pPr>
          </w:p>
        </w:tc>
      </w:tr>
    </w:tbl>
    <w:p w14:paraId="60E95159" w14:textId="77777777" w:rsidR="00BF6E35" w:rsidRPr="00FD7F52" w:rsidRDefault="00BF6E35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803"/>
        <w:gridCol w:w="803"/>
        <w:gridCol w:w="803"/>
        <w:gridCol w:w="803"/>
        <w:gridCol w:w="1606"/>
        <w:gridCol w:w="1606"/>
      </w:tblGrid>
      <w:tr w:rsidR="00BF6E35" w:rsidRPr="00FD7F52" w14:paraId="21AB2502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71E2B79E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sz w:val="16"/>
                <w:lang w:val="ro-RO"/>
              </w:rPr>
              <w:t xml:space="preserve"> 2. </w:t>
            </w:r>
            <w:r w:rsidRPr="00FD7F52">
              <w:rPr>
                <w:b/>
                <w:color w:val="000000"/>
                <w:sz w:val="18"/>
                <w:lang w:val="ro-RO"/>
              </w:rPr>
              <w:t>SOLICITANTUL</w:t>
            </w:r>
          </w:p>
        </w:tc>
      </w:tr>
      <w:tr w:rsidR="00BF6E35" w:rsidRPr="00FD7F52" w14:paraId="60C1EF6F" w14:textId="77777777">
        <w:trPr>
          <w:cantSplit/>
          <w:trHeight w:val="510"/>
        </w:trPr>
        <w:tc>
          <w:tcPr>
            <w:tcW w:w="5621" w:type="dxa"/>
            <w:gridSpan w:val="4"/>
          </w:tcPr>
          <w:p w14:paraId="3DB773E6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Nume și prenume</w:t>
            </w:r>
          </w:p>
          <w:p w14:paraId="41E624E8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3522B6C4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CNP</w:t>
            </w:r>
          </w:p>
          <w:p w14:paraId="0FCA58EB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</w:tr>
      <w:tr w:rsidR="00BF6E35" w:rsidRPr="00FD7F52" w14:paraId="4DA65BE2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0B0B5AC8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sz w:val="16"/>
                <w:lang w:val="ro-RO"/>
              </w:rPr>
              <w:t xml:space="preserve"> Domiciliul</w:t>
            </w:r>
          </w:p>
        </w:tc>
      </w:tr>
      <w:tr w:rsidR="00BF6E35" w:rsidRPr="00FD7F52" w14:paraId="3B504EC0" w14:textId="77777777">
        <w:trPr>
          <w:cantSplit/>
          <w:trHeight w:val="510"/>
        </w:trPr>
        <w:tc>
          <w:tcPr>
            <w:tcW w:w="3212" w:type="dxa"/>
          </w:tcPr>
          <w:p w14:paraId="021FD3E8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Județul</w:t>
            </w:r>
          </w:p>
          <w:p w14:paraId="1A1126DA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4"/>
          </w:tcPr>
          <w:p w14:paraId="1F0C3C30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Municipiul / orașul / comuna</w:t>
            </w:r>
          </w:p>
          <w:p w14:paraId="336DB064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1214B397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Satul / sectorul</w:t>
            </w:r>
          </w:p>
          <w:p w14:paraId="3F3A515E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</w:tr>
      <w:tr w:rsidR="00BF6E35" w:rsidRPr="00FD7F52" w14:paraId="1F89EF8F" w14:textId="77777777">
        <w:trPr>
          <w:cantSplit/>
          <w:trHeight w:val="510"/>
        </w:trPr>
        <w:tc>
          <w:tcPr>
            <w:tcW w:w="3212" w:type="dxa"/>
          </w:tcPr>
          <w:p w14:paraId="12EA0028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Strada</w:t>
            </w:r>
          </w:p>
          <w:p w14:paraId="3614C14B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55482E04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Nr.</w:t>
            </w:r>
          </w:p>
          <w:p w14:paraId="4D1A2C24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001C2F02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Sc.</w:t>
            </w:r>
          </w:p>
          <w:p w14:paraId="54440F9B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521789C5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Et.</w:t>
            </w:r>
          </w:p>
          <w:p w14:paraId="6C0D3856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5237190D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Ap.</w:t>
            </w:r>
          </w:p>
          <w:p w14:paraId="26C8F173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05E38792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Cod poștal</w:t>
            </w:r>
          </w:p>
          <w:p w14:paraId="04D4A7C3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6D348E66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Țara</w:t>
            </w:r>
          </w:p>
          <w:p w14:paraId="1447BF7E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</w:tr>
      <w:tr w:rsidR="00BF6E35" w:rsidRPr="00FD7F52" w14:paraId="7547BBCE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09B80FED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sz w:val="16"/>
                <w:lang w:val="ro-RO"/>
              </w:rPr>
              <w:t xml:space="preserve"> Date de contact</w:t>
            </w:r>
          </w:p>
        </w:tc>
      </w:tr>
      <w:tr w:rsidR="00BF6E35" w:rsidRPr="00FD7F52" w14:paraId="60C2EF93" w14:textId="77777777">
        <w:trPr>
          <w:cantSplit/>
          <w:trHeight w:val="510"/>
        </w:trPr>
        <w:tc>
          <w:tcPr>
            <w:tcW w:w="4015" w:type="dxa"/>
            <w:gridSpan w:val="2"/>
          </w:tcPr>
          <w:p w14:paraId="5BFCBD54" w14:textId="77777777" w:rsidR="00BF6E35" w:rsidRPr="00FD7F52" w:rsidRDefault="00000000">
            <w:pPr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Telefon / fax</w:t>
            </w:r>
          </w:p>
          <w:p w14:paraId="09F82426" w14:textId="77777777" w:rsidR="00BF6E35" w:rsidRPr="00FD7F52" w:rsidRDefault="00BF6E35">
            <w:pPr>
              <w:rPr>
                <w:lang w:val="ro-RO"/>
              </w:rPr>
            </w:pPr>
          </w:p>
        </w:tc>
        <w:tc>
          <w:tcPr>
            <w:tcW w:w="5621" w:type="dxa"/>
            <w:gridSpan w:val="5"/>
          </w:tcPr>
          <w:p w14:paraId="0F8F771C" w14:textId="77777777" w:rsidR="00BF6E35" w:rsidRPr="00FD7F52" w:rsidRDefault="00000000">
            <w:pPr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E-mail</w:t>
            </w:r>
          </w:p>
          <w:p w14:paraId="0DD93495" w14:textId="77777777" w:rsidR="00BF6E35" w:rsidRPr="00FD7F52" w:rsidRDefault="00BF6E35">
            <w:pPr>
              <w:rPr>
                <w:lang w:val="ro-RO"/>
              </w:rPr>
            </w:pPr>
          </w:p>
        </w:tc>
      </w:tr>
    </w:tbl>
    <w:p w14:paraId="316DC421" w14:textId="77777777" w:rsidR="00BF6E35" w:rsidRPr="00FD7F52" w:rsidRDefault="00BF6E35">
      <w:pPr>
        <w:spacing w:line="168" w:lineRule="auto"/>
        <w:rPr>
          <w:lang w:val="ro-RO"/>
        </w:rPr>
      </w:pPr>
    </w:p>
    <w:p w14:paraId="5B09E4C7" w14:textId="77777777" w:rsidR="00BF6E35" w:rsidRPr="00FD7F52" w:rsidRDefault="00000000">
      <w:pPr>
        <w:spacing w:before="80" w:after="60"/>
        <w:jc w:val="center"/>
        <w:rPr>
          <w:lang w:val="ro-RO"/>
        </w:rPr>
      </w:pPr>
      <w:r w:rsidRPr="00FD7F52">
        <w:rPr>
          <w:sz w:val="18"/>
          <w:lang w:val="ro-RO"/>
        </w:rPr>
        <w:t>în conformitate cu prevederile art. 293 din Legea nr. 169/2026 privind Codul amenajării teritoriului, urbanismului și construcțiilor</w:t>
      </w:r>
    </w:p>
    <w:p w14:paraId="346E9BCC" w14:textId="77777777" w:rsidR="00BF6E35" w:rsidRPr="00FD7F52" w:rsidRDefault="00000000">
      <w:pPr>
        <w:spacing w:before="140" w:after="40"/>
        <w:jc w:val="center"/>
        <w:rPr>
          <w:sz w:val="28"/>
          <w:szCs w:val="28"/>
          <w:lang w:val="ro-RO"/>
        </w:rPr>
      </w:pPr>
      <w:r w:rsidRPr="00FD7F52">
        <w:rPr>
          <w:b/>
          <w:sz w:val="28"/>
          <w:szCs w:val="28"/>
          <w:lang w:val="ro-RO"/>
        </w:rPr>
        <w:t>SE AUTORIZEAZĂ:</w:t>
      </w:r>
    </w:p>
    <w:p w14:paraId="125BC18C" w14:textId="44E3AD0B" w:rsidR="00BF6E35" w:rsidRPr="00FD7F52" w:rsidRDefault="00013717">
      <w:pPr>
        <w:spacing w:after="120"/>
        <w:jc w:val="center"/>
        <w:rPr>
          <w:sz w:val="19"/>
          <w:lang w:val="ro-RO"/>
        </w:rPr>
      </w:pPr>
      <w:r w:rsidRPr="00FD7F52">
        <w:rPr>
          <w:sz w:val="19"/>
          <w:lang w:val="ro-RO"/>
        </w:rPr>
        <w:t>executarea lucrărilor corespunzătoare modificărilor de temă</w:t>
      </w:r>
    </w:p>
    <w:p w14:paraId="42ACABB4" w14:textId="77777777" w:rsidR="00CC5CFD" w:rsidRPr="00FD7F52" w:rsidRDefault="00CC5CFD">
      <w:pPr>
        <w:spacing w:after="120"/>
        <w:jc w:val="center"/>
        <w:rPr>
          <w:sz w:val="19"/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CC5CFD" w:rsidRPr="00FD7F52" w14:paraId="6E52662C" w14:textId="77777777" w:rsidTr="00273B64">
        <w:trPr>
          <w:cantSplit/>
        </w:trPr>
        <w:tc>
          <w:tcPr>
            <w:tcW w:w="9636" w:type="dxa"/>
            <w:shd w:val="clear" w:color="auto" w:fill="F4F4F4"/>
          </w:tcPr>
          <w:p w14:paraId="52219B5F" w14:textId="4A37D889" w:rsidR="00CC5CFD" w:rsidRPr="00FD7F52" w:rsidRDefault="00CC5CFD" w:rsidP="00273B64">
            <w:pPr>
              <w:keepNext/>
              <w:rPr>
                <w:lang w:val="ro-RO"/>
              </w:rPr>
            </w:pPr>
            <w:r w:rsidRPr="00FD7F52">
              <w:rPr>
                <w:b/>
                <w:sz w:val="16"/>
                <w:lang w:val="ro-RO"/>
              </w:rPr>
              <w:t xml:space="preserve">3. </w:t>
            </w:r>
            <w:r w:rsidRPr="00FD7F52">
              <w:rPr>
                <w:b/>
                <w:sz w:val="18"/>
                <w:szCs w:val="18"/>
                <w:lang w:val="ro-RO"/>
              </w:rPr>
              <w:t xml:space="preserve">DESCRIEREA </w:t>
            </w:r>
            <w:r w:rsidRPr="00FD7F52">
              <w:rPr>
                <w:b/>
                <w:color w:val="000000"/>
                <w:sz w:val="18"/>
                <w:lang w:val="ro-RO"/>
              </w:rPr>
              <w:t xml:space="preserve">MODIFICĂRILE DE TEMĂ CARE SE AUTORIZEAZĂ </w:t>
            </w:r>
          </w:p>
        </w:tc>
      </w:tr>
      <w:tr w:rsidR="00CC5CFD" w:rsidRPr="00FD7F52" w14:paraId="57CFEE1F" w14:textId="77777777" w:rsidTr="00273B64">
        <w:trPr>
          <w:cantSplit/>
        </w:trPr>
        <w:tc>
          <w:tcPr>
            <w:tcW w:w="9636" w:type="dxa"/>
          </w:tcPr>
          <w:p w14:paraId="6A269DF1" w14:textId="77777777" w:rsidR="00CC5CFD" w:rsidRPr="00FD7F52" w:rsidRDefault="00CC5CFD" w:rsidP="00273B64">
            <w:pPr>
              <w:pBdr>
                <w:bottom w:val="dotted" w:sz="6" w:space="0" w:color="999999"/>
              </w:pBdr>
              <w:spacing w:after="80"/>
              <w:rPr>
                <w:lang w:val="ro-RO"/>
              </w:rPr>
            </w:pPr>
          </w:p>
          <w:p w14:paraId="66861F68" w14:textId="77777777" w:rsidR="00CC5CFD" w:rsidRPr="00FD7F52" w:rsidRDefault="00CC5CFD" w:rsidP="00273B64">
            <w:pPr>
              <w:pBdr>
                <w:bottom w:val="dotted" w:sz="6" w:space="0" w:color="999999"/>
              </w:pBdr>
              <w:spacing w:after="80"/>
              <w:rPr>
                <w:lang w:val="ro-RO"/>
              </w:rPr>
            </w:pPr>
          </w:p>
          <w:p w14:paraId="426FD876" w14:textId="77777777" w:rsidR="00CC5CFD" w:rsidRPr="00FD7F52" w:rsidRDefault="00CC5CFD" w:rsidP="00273B64">
            <w:pPr>
              <w:pBdr>
                <w:bottom w:val="dotted" w:sz="6" w:space="0" w:color="999999"/>
              </w:pBdr>
              <w:spacing w:after="80"/>
              <w:rPr>
                <w:lang w:val="ro-RO"/>
              </w:rPr>
            </w:pPr>
          </w:p>
        </w:tc>
      </w:tr>
    </w:tbl>
    <w:p w14:paraId="651CC291" w14:textId="77777777" w:rsidR="00BF6E35" w:rsidRPr="00FD7F52" w:rsidRDefault="00BF6E35">
      <w:pPr>
        <w:spacing w:after="60"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803"/>
        <w:gridCol w:w="803"/>
        <w:gridCol w:w="2409"/>
        <w:gridCol w:w="803"/>
        <w:gridCol w:w="803"/>
        <w:gridCol w:w="803"/>
        <w:gridCol w:w="1606"/>
      </w:tblGrid>
      <w:tr w:rsidR="00BF6E35" w:rsidRPr="00FD7F52" w14:paraId="788A4C30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B61230C" w14:textId="15DAE63D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sz w:val="16"/>
                <w:lang w:val="ro-RO"/>
              </w:rPr>
              <w:t xml:space="preserve"> </w:t>
            </w:r>
            <w:r w:rsidR="00CC5CFD" w:rsidRPr="00FD7F52">
              <w:rPr>
                <w:b/>
                <w:sz w:val="16"/>
                <w:lang w:val="ro-RO"/>
              </w:rPr>
              <w:t>4</w:t>
            </w:r>
            <w:r w:rsidRPr="00FD7F52">
              <w:rPr>
                <w:b/>
                <w:sz w:val="16"/>
                <w:lang w:val="ro-RO"/>
              </w:rPr>
              <w:t xml:space="preserve">. </w:t>
            </w:r>
            <w:r w:rsidRPr="00FD7F52">
              <w:rPr>
                <w:b/>
                <w:color w:val="000000"/>
                <w:sz w:val="18"/>
                <w:lang w:val="ro-RO"/>
              </w:rPr>
              <w:t>PE IMOBILUL — TEREN ȘI/SAU CONSTRUCȚII — SITUAT ÎN</w:t>
            </w:r>
          </w:p>
        </w:tc>
      </w:tr>
      <w:tr w:rsidR="00BF6E35" w:rsidRPr="00FD7F52" w14:paraId="6DB33BE3" w14:textId="77777777">
        <w:trPr>
          <w:cantSplit/>
          <w:trHeight w:val="510"/>
        </w:trPr>
        <w:tc>
          <w:tcPr>
            <w:tcW w:w="2409" w:type="dxa"/>
            <w:gridSpan w:val="2"/>
          </w:tcPr>
          <w:p w14:paraId="6C99BC8E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Județul</w:t>
            </w:r>
          </w:p>
          <w:p w14:paraId="60E37BCF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1211A784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Municipiul / orașul / comuna</w:t>
            </w:r>
          </w:p>
          <w:p w14:paraId="4A543B55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2409" w:type="dxa"/>
            <w:gridSpan w:val="3"/>
          </w:tcPr>
          <w:p w14:paraId="1C75178E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Satul</w:t>
            </w:r>
          </w:p>
          <w:p w14:paraId="531556BC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74AD5451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Sectorul</w:t>
            </w:r>
          </w:p>
          <w:p w14:paraId="3888A874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</w:tr>
      <w:tr w:rsidR="00BF6E35" w:rsidRPr="00FD7F52" w14:paraId="76155BF9" w14:textId="77777777">
        <w:trPr>
          <w:cantSplit/>
          <w:trHeight w:val="510"/>
        </w:trPr>
        <w:tc>
          <w:tcPr>
            <w:tcW w:w="1606" w:type="dxa"/>
          </w:tcPr>
          <w:p w14:paraId="100D53D3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Cod poștal</w:t>
            </w:r>
          </w:p>
          <w:p w14:paraId="6A558FE7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4"/>
          </w:tcPr>
          <w:p w14:paraId="6F7E9158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Strada</w:t>
            </w:r>
          </w:p>
          <w:p w14:paraId="659AC38B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7D4C9EF5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Nr.</w:t>
            </w:r>
          </w:p>
          <w:p w14:paraId="7F7B19AE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2409" w:type="dxa"/>
            <w:gridSpan w:val="2"/>
          </w:tcPr>
          <w:p w14:paraId="30953201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Bl. / sc. / et. / ap.</w:t>
            </w:r>
          </w:p>
          <w:p w14:paraId="66AC2BB3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</w:tr>
      <w:tr w:rsidR="00BF6E35" w:rsidRPr="00FD7F52" w14:paraId="59EFCFE1" w14:textId="77777777">
        <w:trPr>
          <w:cantSplit/>
          <w:trHeight w:val="510"/>
        </w:trPr>
        <w:tc>
          <w:tcPr>
            <w:tcW w:w="3212" w:type="dxa"/>
            <w:gridSpan w:val="3"/>
          </w:tcPr>
          <w:p w14:paraId="2C765984" w14:textId="77777777" w:rsidR="00BF6E35" w:rsidRPr="00FD7F52" w:rsidRDefault="00000000">
            <w:pPr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Cartea funciară</w:t>
            </w:r>
          </w:p>
          <w:p w14:paraId="5354F2BF" w14:textId="77777777" w:rsidR="00BF6E35" w:rsidRPr="00FD7F52" w:rsidRDefault="00BF6E35">
            <w:pPr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7CF16266" w14:textId="77777777" w:rsidR="00BF6E35" w:rsidRPr="00FD7F52" w:rsidRDefault="00000000">
            <w:pPr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Fișa bunului imobil</w:t>
            </w:r>
          </w:p>
          <w:p w14:paraId="5358DB2A" w14:textId="77777777" w:rsidR="00BF6E35" w:rsidRPr="00FD7F52" w:rsidRDefault="00BF6E35">
            <w:pPr>
              <w:rPr>
                <w:lang w:val="ro-RO"/>
              </w:rPr>
            </w:pPr>
          </w:p>
        </w:tc>
        <w:tc>
          <w:tcPr>
            <w:tcW w:w="3212" w:type="dxa"/>
            <w:gridSpan w:val="3"/>
          </w:tcPr>
          <w:p w14:paraId="12DCBAB2" w14:textId="77777777" w:rsidR="00BF6E35" w:rsidRPr="00FD7F52" w:rsidRDefault="00000000">
            <w:pPr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sau nr. cadastral</w:t>
            </w:r>
          </w:p>
          <w:p w14:paraId="38F2E960" w14:textId="77777777" w:rsidR="00BF6E35" w:rsidRPr="00FD7F52" w:rsidRDefault="00BF6E35">
            <w:pPr>
              <w:rPr>
                <w:lang w:val="ro-RO"/>
              </w:rPr>
            </w:pPr>
          </w:p>
        </w:tc>
      </w:tr>
    </w:tbl>
    <w:p w14:paraId="6006D9EE" w14:textId="77777777" w:rsidR="00BF6E35" w:rsidRPr="00FD7F52" w:rsidRDefault="00BF6E35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2409"/>
        <w:gridCol w:w="3212"/>
      </w:tblGrid>
      <w:tr w:rsidR="00BF6E35" w:rsidRPr="00FD7F52" w14:paraId="0D160BEB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01E36E95" w14:textId="11798F8F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sz w:val="16"/>
                <w:lang w:val="ro-RO"/>
              </w:rPr>
              <w:t xml:space="preserve"> </w:t>
            </w:r>
            <w:r w:rsidR="00CC5CFD" w:rsidRPr="00FD7F52">
              <w:rPr>
                <w:b/>
                <w:sz w:val="16"/>
                <w:lang w:val="ro-RO"/>
              </w:rPr>
              <w:t>5</w:t>
            </w:r>
            <w:r w:rsidRPr="00FD7F52">
              <w:rPr>
                <w:b/>
                <w:sz w:val="16"/>
                <w:lang w:val="ro-RO"/>
              </w:rPr>
              <w:t xml:space="preserve">. </w:t>
            </w:r>
            <w:r w:rsidRPr="00FD7F52">
              <w:rPr>
                <w:b/>
                <w:color w:val="000000"/>
                <w:sz w:val="18"/>
                <w:lang w:val="ro-RO"/>
              </w:rPr>
              <w:t xml:space="preserve">ÎN BAZA PROIECTULUI </w:t>
            </w:r>
            <w:r w:rsidR="00EC4C89" w:rsidRPr="00FD7F52">
              <w:rPr>
                <w:b/>
                <w:color w:val="000000"/>
                <w:sz w:val="18"/>
                <w:lang w:val="ro-RO"/>
              </w:rPr>
              <w:t xml:space="preserve">PENTRU AUTORIZARE CONSTRUIRII </w:t>
            </w:r>
            <w:r w:rsidRPr="00FD7F52">
              <w:rPr>
                <w:b/>
                <w:color w:val="000000"/>
                <w:sz w:val="18"/>
                <w:lang w:val="ro-RO"/>
              </w:rPr>
              <w:t xml:space="preserve">ACTUALIZAT </w:t>
            </w:r>
          </w:p>
        </w:tc>
      </w:tr>
      <w:tr w:rsidR="00BF6E35" w:rsidRPr="00FD7F52" w14:paraId="23428B5F" w14:textId="77777777">
        <w:trPr>
          <w:cantSplit/>
          <w:trHeight w:val="510"/>
        </w:trPr>
        <w:tc>
          <w:tcPr>
            <w:tcW w:w="2409" w:type="dxa"/>
          </w:tcPr>
          <w:p w14:paraId="21D3FC49" w14:textId="0E5E0F67" w:rsidR="00BF6E35" w:rsidRPr="00FD7F52" w:rsidRDefault="00EC4C89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Nr.</w:t>
            </w:r>
          </w:p>
          <w:p w14:paraId="5C8232AF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09DF3AAF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din data</w:t>
            </w:r>
          </w:p>
          <w:p w14:paraId="53DAF1F0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5621" w:type="dxa"/>
            <w:gridSpan w:val="2"/>
          </w:tcPr>
          <w:p w14:paraId="11805E08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Denumirea / titlul documentației actualizate</w:t>
            </w:r>
          </w:p>
          <w:p w14:paraId="04A40438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</w:tr>
      <w:tr w:rsidR="00BF6E35" w:rsidRPr="00FD7F52" w14:paraId="2517A29C" w14:textId="77777777">
        <w:trPr>
          <w:cantSplit/>
          <w:trHeight w:val="510"/>
        </w:trPr>
        <w:tc>
          <w:tcPr>
            <w:tcW w:w="4015" w:type="dxa"/>
            <w:gridSpan w:val="2"/>
          </w:tcPr>
          <w:p w14:paraId="4AE989BD" w14:textId="6426221F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elaborat de</w:t>
            </w:r>
            <w:r w:rsidR="00EC4C89" w:rsidRPr="00FD7F52">
              <w:rPr>
                <w:b/>
                <w:color w:val="0D5F78"/>
                <w:lang w:val="ro-RO"/>
              </w:rPr>
              <w:t>:</w:t>
            </w:r>
          </w:p>
          <w:p w14:paraId="7C55E369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5621" w:type="dxa"/>
            <w:gridSpan w:val="2"/>
          </w:tcPr>
          <w:p w14:paraId="0602257D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cu sediul în</w:t>
            </w:r>
          </w:p>
          <w:p w14:paraId="1B64E715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i/>
                <w:color w:val="7A7A7A"/>
                <w:lang w:val="ro-RO"/>
              </w:rPr>
              <w:t>județ, municipiu/oraș/comună, sector/sat, cod poștal, stradă, nr., bl., sc., et., ap.</w:t>
            </w:r>
          </w:p>
          <w:p w14:paraId="0901CCBA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</w:tr>
      <w:tr w:rsidR="00BF6E35" w:rsidRPr="00FD7F52" w14:paraId="45F42F72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16C60681" w14:textId="25F7F2CE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sz w:val="16"/>
                <w:lang w:val="ro-RO"/>
              </w:rPr>
              <w:t>respectiv de — elaboratorul proiectului, cu drept de semnătură, potrivit Legii nr. 184/2001 privind organizarea și exercitarea profesiei de arhitect, republicată</w:t>
            </w:r>
          </w:p>
        </w:tc>
      </w:tr>
      <w:tr w:rsidR="00BF6E35" w:rsidRPr="00FD7F52" w14:paraId="57E6734F" w14:textId="77777777">
        <w:trPr>
          <w:cantSplit/>
          <w:trHeight w:val="510"/>
        </w:trPr>
        <w:tc>
          <w:tcPr>
            <w:tcW w:w="4015" w:type="dxa"/>
            <w:gridSpan w:val="2"/>
          </w:tcPr>
          <w:p w14:paraId="43CD052D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Arhitect / conductor arhitect / arhitect de interior</w:t>
            </w:r>
          </w:p>
          <w:p w14:paraId="2B4C643E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i/>
                <w:color w:val="7A7A7A"/>
                <w:lang w:val="ro-RO"/>
              </w:rPr>
              <w:t>numele și prenumele, în clar</w:t>
            </w:r>
          </w:p>
          <w:p w14:paraId="2CAE70A5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2409" w:type="dxa"/>
          </w:tcPr>
          <w:p w14:paraId="3B2446C7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Înscris în Tabloul Național al Arhitecților cu nr.</w:t>
            </w:r>
          </w:p>
          <w:p w14:paraId="79BC1C27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3212" w:type="dxa"/>
          </w:tcPr>
          <w:p w14:paraId="4090F888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În evidența Filialei teritoriale a O.A.R.</w:t>
            </w:r>
          </w:p>
          <w:p w14:paraId="149B56B2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i/>
                <w:color w:val="7A7A7A"/>
                <w:lang w:val="ro-RO"/>
              </w:rPr>
              <w:t>denumirea filialei</w:t>
            </w:r>
          </w:p>
          <w:p w14:paraId="2659A39D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</w:tr>
      <w:tr w:rsidR="00BF6E35" w:rsidRPr="00FD7F52" w14:paraId="11E8511C" w14:textId="77777777">
        <w:trPr>
          <w:cantSplit/>
        </w:trPr>
        <w:tc>
          <w:tcPr>
            <w:tcW w:w="9636" w:type="dxa"/>
            <w:gridSpan w:val="4"/>
          </w:tcPr>
          <w:p w14:paraId="3EE27D29" w14:textId="77777777" w:rsidR="00BF6E35" w:rsidRPr="00FD7F52" w:rsidRDefault="00000000">
            <w:pPr>
              <w:rPr>
                <w:lang w:val="ro-RO"/>
              </w:rPr>
            </w:pPr>
            <w:r w:rsidRPr="00FD7F52">
              <w:rPr>
                <w:sz w:val="16"/>
                <w:lang w:val="ro-RO"/>
              </w:rPr>
              <w:t xml:space="preserve"> ☐ arhitect     ☐ conductor arhitect     ☐ arhitect de interior</w:t>
            </w:r>
          </w:p>
        </w:tc>
      </w:tr>
    </w:tbl>
    <w:p w14:paraId="187C5007" w14:textId="77777777" w:rsidR="00BF6E35" w:rsidRPr="00FD7F52" w:rsidRDefault="00BF6E35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4818"/>
      </w:tblGrid>
      <w:tr w:rsidR="00BF6E35" w:rsidRPr="00FD7F52" w14:paraId="2CAF850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416E080" w14:textId="3030E27A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sz w:val="16"/>
                <w:lang w:val="ro-RO"/>
              </w:rPr>
              <w:lastRenderedPageBreak/>
              <w:t xml:space="preserve"> </w:t>
            </w:r>
            <w:r w:rsidR="00CC5CFD" w:rsidRPr="00FD7F52">
              <w:rPr>
                <w:b/>
                <w:sz w:val="16"/>
                <w:lang w:val="ro-RO"/>
              </w:rPr>
              <w:t>6</w:t>
            </w:r>
            <w:r w:rsidRPr="00FD7F52">
              <w:rPr>
                <w:b/>
                <w:sz w:val="16"/>
                <w:lang w:val="ro-RO"/>
              </w:rPr>
              <w:t xml:space="preserve">. </w:t>
            </w:r>
            <w:r w:rsidRPr="00FD7F52">
              <w:rPr>
                <w:b/>
                <w:color w:val="000000"/>
                <w:sz w:val="18"/>
                <w:lang w:val="ro-RO"/>
              </w:rPr>
              <w:t>EFECTUL AUTORIZAȚIEI DE MODIFICARE</w:t>
            </w:r>
          </w:p>
        </w:tc>
      </w:tr>
      <w:tr w:rsidR="00EC4C89" w:rsidRPr="00FD7F52" w14:paraId="1880EA3C" w14:textId="77777777" w:rsidTr="009A4625">
        <w:trPr>
          <w:cantSplit/>
          <w:trHeight w:val="510"/>
        </w:trPr>
        <w:tc>
          <w:tcPr>
            <w:tcW w:w="9636" w:type="dxa"/>
            <w:gridSpan w:val="3"/>
          </w:tcPr>
          <w:p w14:paraId="4E57C72D" w14:textId="4BAC91B9" w:rsidR="00EC4C89" w:rsidRPr="00FD7F52" w:rsidRDefault="00EC4C89">
            <w:pPr>
              <w:keepNext/>
              <w:rPr>
                <w:b/>
                <w:color w:val="0D5F78"/>
                <w:lang w:val="ro-RO"/>
              </w:rPr>
            </w:pPr>
            <w:r w:rsidRPr="00FD7F52">
              <w:rPr>
                <w:lang w:val="ro-RO"/>
              </w:rPr>
              <w:t xml:space="preserve">Prezenta autorizație de modificare determină încetarea valabilității autorizației de construire indicate mai sus pentru elementele modificate, lucrările de construire pentru acestea urmând a se executa conform proiectului pentru autorizare actualizat, atașat, în termenul de valabilitate al autorizației de construire </w:t>
            </w:r>
            <w:r w:rsidR="000A398D" w:rsidRPr="00FD7F52">
              <w:rPr>
                <w:lang w:val="ro-RO"/>
              </w:rPr>
              <w:t>inițiale</w:t>
            </w:r>
            <w:r w:rsidRPr="00FD7F52">
              <w:rPr>
                <w:lang w:val="ro-RO"/>
              </w:rPr>
              <w:t>.</w:t>
            </w:r>
          </w:p>
        </w:tc>
      </w:tr>
      <w:tr w:rsidR="00BF6E35" w:rsidRPr="00FD7F52" w14:paraId="05F01BAE" w14:textId="77777777">
        <w:trPr>
          <w:cantSplit/>
          <w:trHeight w:val="510"/>
        </w:trPr>
        <w:tc>
          <w:tcPr>
            <w:tcW w:w="2409" w:type="dxa"/>
          </w:tcPr>
          <w:p w14:paraId="648F91E5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Autorizația de construire nr.</w:t>
            </w:r>
          </w:p>
          <w:p w14:paraId="72DCE00C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2409" w:type="dxa"/>
          </w:tcPr>
          <w:p w14:paraId="1E8C0EBE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din data</w:t>
            </w:r>
          </w:p>
          <w:p w14:paraId="7E1E5587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  <w:tc>
          <w:tcPr>
            <w:tcW w:w="4818" w:type="dxa"/>
          </w:tcPr>
          <w:p w14:paraId="6CC41952" w14:textId="77777777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Termenul de valabilitate al autorizației inițiale — până la data</w:t>
            </w:r>
          </w:p>
          <w:p w14:paraId="3A0C539A" w14:textId="77777777" w:rsidR="00BF6E35" w:rsidRPr="00FD7F52" w:rsidRDefault="00BF6E35">
            <w:pPr>
              <w:keepNext/>
              <w:rPr>
                <w:lang w:val="ro-RO"/>
              </w:rPr>
            </w:pPr>
          </w:p>
        </w:tc>
      </w:tr>
    </w:tbl>
    <w:p w14:paraId="41327E2E" w14:textId="77777777" w:rsidR="00BF6E35" w:rsidRPr="00FD7F52" w:rsidRDefault="00BF6E35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2409"/>
        <w:gridCol w:w="803"/>
        <w:gridCol w:w="3212"/>
      </w:tblGrid>
      <w:tr w:rsidR="00BF6E35" w:rsidRPr="00FD7F52" w14:paraId="5A40DA7A" w14:textId="77777777">
        <w:trPr>
          <w:cantSplit/>
        </w:trPr>
        <w:tc>
          <w:tcPr>
            <w:tcW w:w="9636" w:type="dxa"/>
            <w:gridSpan w:val="5"/>
            <w:shd w:val="clear" w:color="auto" w:fill="F4F4F4"/>
          </w:tcPr>
          <w:p w14:paraId="491F8BBE" w14:textId="0D9EF202" w:rsidR="00BF6E35" w:rsidRPr="00FD7F52" w:rsidRDefault="00000000">
            <w:pPr>
              <w:keepNext/>
              <w:rPr>
                <w:lang w:val="ro-RO"/>
              </w:rPr>
            </w:pPr>
            <w:r w:rsidRPr="00FD7F52">
              <w:rPr>
                <w:b/>
                <w:sz w:val="16"/>
                <w:lang w:val="ro-RO"/>
              </w:rPr>
              <w:t xml:space="preserve"> </w:t>
            </w:r>
            <w:r w:rsidR="00CC5CFD" w:rsidRPr="00FD7F52">
              <w:rPr>
                <w:b/>
                <w:sz w:val="16"/>
                <w:lang w:val="ro-RO"/>
              </w:rPr>
              <w:t>7.</w:t>
            </w:r>
            <w:r w:rsidRPr="00FD7F52">
              <w:rPr>
                <w:b/>
                <w:sz w:val="16"/>
                <w:lang w:val="ro-RO"/>
              </w:rPr>
              <w:t xml:space="preserve"> </w:t>
            </w:r>
            <w:r w:rsidRPr="00FD7F52">
              <w:rPr>
                <w:b/>
                <w:color w:val="000000"/>
                <w:sz w:val="18"/>
                <w:lang w:val="ro-RO"/>
              </w:rPr>
              <w:t>SEMNĂTURILE</w:t>
            </w:r>
          </w:p>
        </w:tc>
      </w:tr>
      <w:tr w:rsidR="00BF6E35" w:rsidRPr="00FD7F52" w14:paraId="75774490" w14:textId="77777777">
        <w:trPr>
          <w:cantSplit/>
          <w:trHeight w:val="680"/>
        </w:trPr>
        <w:tc>
          <w:tcPr>
            <w:tcW w:w="3212" w:type="dxa"/>
            <w:gridSpan w:val="2"/>
          </w:tcPr>
          <w:p w14:paraId="050A6E17" w14:textId="77777777" w:rsidR="00BF6E35" w:rsidRPr="00FD7F52" w:rsidRDefault="00000000">
            <w:pPr>
              <w:keepNext/>
              <w:jc w:val="center"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Conducătorul autorității emitente</w:t>
            </w:r>
          </w:p>
          <w:p w14:paraId="7C2E0DD1" w14:textId="77777777" w:rsidR="00BF6E35" w:rsidRPr="00FD7F52" w:rsidRDefault="00BF6E35">
            <w:pPr>
              <w:keepNext/>
              <w:spacing w:after="200"/>
              <w:rPr>
                <w:lang w:val="ro-RO"/>
              </w:rPr>
            </w:pPr>
          </w:p>
          <w:p w14:paraId="0DD5043D" w14:textId="77777777" w:rsidR="00BF6E35" w:rsidRPr="00FD7F52" w:rsidRDefault="00BF6E35">
            <w:pPr>
              <w:keepNext/>
              <w:pBdr>
                <w:bottom w:val="dotted" w:sz="6" w:space="0" w:color="999999"/>
              </w:pBdr>
              <w:jc w:val="center"/>
              <w:rPr>
                <w:lang w:val="ro-RO"/>
              </w:rPr>
            </w:pPr>
          </w:p>
          <w:p w14:paraId="40104EA2" w14:textId="77777777" w:rsidR="00BF6E35" w:rsidRPr="00FD7F52" w:rsidRDefault="00000000">
            <w:pPr>
              <w:keepNext/>
              <w:jc w:val="center"/>
              <w:rPr>
                <w:lang w:val="ro-RO"/>
              </w:rPr>
            </w:pPr>
            <w:r w:rsidRPr="00FD7F52">
              <w:rPr>
                <w:i/>
                <w:color w:val="595959"/>
                <w:lang w:val="ro-RO"/>
              </w:rPr>
              <w:t>funcția, numele și semnătura</w:t>
            </w:r>
          </w:p>
        </w:tc>
        <w:tc>
          <w:tcPr>
            <w:tcW w:w="3212" w:type="dxa"/>
            <w:gridSpan w:val="2"/>
          </w:tcPr>
          <w:p w14:paraId="4CA578B7" w14:textId="77777777" w:rsidR="00BF6E35" w:rsidRPr="00FD7F52" w:rsidRDefault="00000000">
            <w:pPr>
              <w:keepNext/>
              <w:jc w:val="center"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Secretar general</w:t>
            </w:r>
          </w:p>
          <w:p w14:paraId="0314D27C" w14:textId="77777777" w:rsidR="00BF6E35" w:rsidRPr="00FD7F52" w:rsidRDefault="00BF6E35">
            <w:pPr>
              <w:keepNext/>
              <w:spacing w:after="200"/>
              <w:rPr>
                <w:lang w:val="ro-RO"/>
              </w:rPr>
            </w:pPr>
          </w:p>
          <w:p w14:paraId="50DB95E5" w14:textId="77777777" w:rsidR="00BF6E35" w:rsidRPr="00FD7F52" w:rsidRDefault="00BF6E35">
            <w:pPr>
              <w:keepNext/>
              <w:pBdr>
                <w:bottom w:val="dotted" w:sz="6" w:space="0" w:color="999999"/>
              </w:pBdr>
              <w:jc w:val="center"/>
              <w:rPr>
                <w:lang w:val="ro-RO"/>
              </w:rPr>
            </w:pPr>
          </w:p>
          <w:p w14:paraId="13124A8A" w14:textId="77777777" w:rsidR="00BF6E35" w:rsidRPr="00FD7F52" w:rsidRDefault="00000000">
            <w:pPr>
              <w:keepNext/>
              <w:jc w:val="center"/>
              <w:rPr>
                <w:lang w:val="ro-RO"/>
              </w:rPr>
            </w:pPr>
            <w:r w:rsidRPr="00FD7F52">
              <w:rPr>
                <w:i/>
                <w:color w:val="595959"/>
                <w:lang w:val="ro-RO"/>
              </w:rPr>
              <w:t>numele și semnătura</w:t>
            </w:r>
          </w:p>
        </w:tc>
        <w:tc>
          <w:tcPr>
            <w:tcW w:w="3212" w:type="dxa"/>
          </w:tcPr>
          <w:p w14:paraId="3FC23A2B" w14:textId="77777777" w:rsidR="00BF6E35" w:rsidRPr="00FD7F52" w:rsidRDefault="00000000">
            <w:pPr>
              <w:keepNext/>
              <w:jc w:val="center"/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Arhitect-șef</w:t>
            </w:r>
          </w:p>
          <w:p w14:paraId="193E59A4" w14:textId="77777777" w:rsidR="00BF6E35" w:rsidRPr="00FD7F52" w:rsidRDefault="00BF6E35">
            <w:pPr>
              <w:keepNext/>
              <w:spacing w:after="200"/>
              <w:rPr>
                <w:lang w:val="ro-RO"/>
              </w:rPr>
            </w:pPr>
          </w:p>
          <w:p w14:paraId="0801B023" w14:textId="77777777" w:rsidR="00BF6E35" w:rsidRPr="00FD7F52" w:rsidRDefault="00BF6E35">
            <w:pPr>
              <w:keepNext/>
              <w:pBdr>
                <w:bottom w:val="dotted" w:sz="6" w:space="0" w:color="999999"/>
              </w:pBdr>
              <w:jc w:val="center"/>
              <w:rPr>
                <w:lang w:val="ro-RO"/>
              </w:rPr>
            </w:pPr>
          </w:p>
          <w:p w14:paraId="43CEF419" w14:textId="77777777" w:rsidR="00BF6E35" w:rsidRPr="00FD7F52" w:rsidRDefault="00000000">
            <w:pPr>
              <w:keepNext/>
              <w:jc w:val="center"/>
              <w:rPr>
                <w:lang w:val="ro-RO"/>
              </w:rPr>
            </w:pPr>
            <w:r w:rsidRPr="00FD7F52">
              <w:rPr>
                <w:i/>
                <w:color w:val="595959"/>
                <w:lang w:val="ro-RO"/>
              </w:rPr>
              <w:t>numele și semnătura</w:t>
            </w:r>
          </w:p>
        </w:tc>
      </w:tr>
      <w:tr w:rsidR="00BF6E35" w:rsidRPr="00FD7F52" w14:paraId="28E50722" w14:textId="77777777">
        <w:trPr>
          <w:cantSplit/>
          <w:trHeight w:val="510"/>
        </w:trPr>
        <w:tc>
          <w:tcPr>
            <w:tcW w:w="2409" w:type="dxa"/>
          </w:tcPr>
          <w:p w14:paraId="7B8E2E36" w14:textId="77777777" w:rsidR="00BF6E35" w:rsidRPr="00FD7F52" w:rsidRDefault="00000000">
            <w:pPr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Achitat taxa de (lei)</w:t>
            </w:r>
          </w:p>
          <w:p w14:paraId="188FCF05" w14:textId="77777777" w:rsidR="00BF6E35" w:rsidRPr="00FD7F52" w:rsidRDefault="00BF6E35">
            <w:pPr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6005C0F7" w14:textId="77777777" w:rsidR="00BF6E35" w:rsidRPr="00FD7F52" w:rsidRDefault="00000000">
            <w:pPr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Chitanța nr. / data</w:t>
            </w:r>
          </w:p>
          <w:p w14:paraId="57C8AEE0" w14:textId="77777777" w:rsidR="00BF6E35" w:rsidRPr="00FD7F52" w:rsidRDefault="00BF6E35">
            <w:pPr>
              <w:rPr>
                <w:lang w:val="ro-RO"/>
              </w:rPr>
            </w:pPr>
          </w:p>
        </w:tc>
        <w:tc>
          <w:tcPr>
            <w:tcW w:w="4015" w:type="dxa"/>
            <w:gridSpan w:val="2"/>
          </w:tcPr>
          <w:p w14:paraId="48E9BDD6" w14:textId="77777777" w:rsidR="00BF6E35" w:rsidRPr="00FD7F52" w:rsidRDefault="00000000">
            <w:pPr>
              <w:rPr>
                <w:lang w:val="ro-RO"/>
              </w:rPr>
            </w:pPr>
            <w:r w:rsidRPr="00FD7F52">
              <w:rPr>
                <w:b/>
                <w:color w:val="0D5F78"/>
                <w:lang w:val="ro-RO"/>
              </w:rPr>
              <w:t>Transmis solicitantului la data</w:t>
            </w:r>
          </w:p>
          <w:p w14:paraId="4A249B40" w14:textId="77777777" w:rsidR="00BF6E35" w:rsidRPr="00FD7F52" w:rsidRDefault="00000000">
            <w:pPr>
              <w:rPr>
                <w:lang w:val="ro-RO"/>
              </w:rPr>
            </w:pPr>
            <w:r w:rsidRPr="00FD7F52">
              <w:rPr>
                <w:i/>
                <w:color w:val="7A7A7A"/>
                <w:lang w:val="ro-RO"/>
              </w:rPr>
              <w:t>direct / prin poștă / digital</w:t>
            </w:r>
          </w:p>
          <w:p w14:paraId="7964BE4A" w14:textId="77777777" w:rsidR="00BF6E35" w:rsidRPr="00FD7F52" w:rsidRDefault="00BF6E35">
            <w:pPr>
              <w:rPr>
                <w:lang w:val="ro-RO"/>
              </w:rPr>
            </w:pPr>
          </w:p>
        </w:tc>
      </w:tr>
    </w:tbl>
    <w:p w14:paraId="754F6CB4" w14:textId="77777777" w:rsidR="00BF6E35" w:rsidRPr="00FD7F52" w:rsidRDefault="00BF6E35">
      <w:pPr>
        <w:spacing w:line="168" w:lineRule="auto"/>
        <w:rPr>
          <w:lang w:val="ro-RO"/>
        </w:rPr>
      </w:pPr>
    </w:p>
    <w:sectPr w:rsidR="00BF6E35" w:rsidRPr="00FD7F52" w:rsidSect="00034616"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DAF37" w14:textId="77777777" w:rsidR="001B0988" w:rsidRDefault="001B0988">
      <w:r>
        <w:separator/>
      </w:r>
    </w:p>
  </w:endnote>
  <w:endnote w:type="continuationSeparator" w:id="0">
    <w:p w14:paraId="55ECECDD" w14:textId="77777777" w:rsidR="001B0988" w:rsidRDefault="001B0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6E498" w14:textId="6DE142AA" w:rsidR="00BF6E35" w:rsidRDefault="00000000">
    <w:pPr>
      <w:pStyle w:val="Footer"/>
      <w:tabs>
        <w:tab w:val="right" w:pos="9639"/>
      </w:tabs>
    </w:pPr>
    <w:r>
      <w:rPr>
        <w:color w:val="595959"/>
      </w:rPr>
      <w:t>F_A</w:t>
    </w:r>
    <w:r w:rsidR="00EC4C89">
      <w:rPr>
        <w:color w:val="595959"/>
      </w:rPr>
      <w:t>M</w:t>
    </w:r>
    <w:r>
      <w:rPr>
        <w:color w:val="595959"/>
      </w:rPr>
      <w:t>_</w:t>
    </w:r>
    <w:r w:rsidR="00EC4C89">
      <w:rPr>
        <w:color w:val="595959"/>
      </w:rPr>
      <w:t>02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EC4C89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EC4C89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9B625" w14:textId="77777777" w:rsidR="001B0988" w:rsidRDefault="001B0988">
      <w:r>
        <w:separator/>
      </w:r>
    </w:p>
  </w:footnote>
  <w:footnote w:type="continuationSeparator" w:id="0">
    <w:p w14:paraId="78B3468A" w14:textId="77777777" w:rsidR="001B0988" w:rsidRDefault="001B0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7682673">
    <w:abstractNumId w:val="8"/>
  </w:num>
  <w:num w:numId="2" w16cid:durableId="877468491">
    <w:abstractNumId w:val="6"/>
  </w:num>
  <w:num w:numId="3" w16cid:durableId="2007708298">
    <w:abstractNumId w:val="5"/>
  </w:num>
  <w:num w:numId="4" w16cid:durableId="1808429212">
    <w:abstractNumId w:val="4"/>
  </w:num>
  <w:num w:numId="5" w16cid:durableId="1496338800">
    <w:abstractNumId w:val="7"/>
  </w:num>
  <w:num w:numId="6" w16cid:durableId="1107233967">
    <w:abstractNumId w:val="3"/>
  </w:num>
  <w:num w:numId="7" w16cid:durableId="662658716">
    <w:abstractNumId w:val="2"/>
  </w:num>
  <w:num w:numId="8" w16cid:durableId="1645357452">
    <w:abstractNumId w:val="1"/>
  </w:num>
  <w:num w:numId="9" w16cid:durableId="1413700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B24"/>
    <w:rsid w:val="00013717"/>
    <w:rsid w:val="00034616"/>
    <w:rsid w:val="0006063C"/>
    <w:rsid w:val="000A398D"/>
    <w:rsid w:val="000D644B"/>
    <w:rsid w:val="0015074B"/>
    <w:rsid w:val="001B0988"/>
    <w:rsid w:val="0029639D"/>
    <w:rsid w:val="0031113E"/>
    <w:rsid w:val="00326F90"/>
    <w:rsid w:val="005D2427"/>
    <w:rsid w:val="006C103E"/>
    <w:rsid w:val="007640D5"/>
    <w:rsid w:val="007735AA"/>
    <w:rsid w:val="00954D2B"/>
    <w:rsid w:val="00AA1D8D"/>
    <w:rsid w:val="00AC68BE"/>
    <w:rsid w:val="00B47730"/>
    <w:rsid w:val="00BF6E35"/>
    <w:rsid w:val="00CB0664"/>
    <w:rsid w:val="00CC5CFD"/>
    <w:rsid w:val="00E61A6B"/>
    <w:rsid w:val="00E679E0"/>
    <w:rsid w:val="00EC4C89"/>
    <w:rsid w:val="00FC693F"/>
    <w:rsid w:val="00FD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A8136A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D7F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ntact@primariatur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arhitecti pmt</cp:lastModifiedBy>
  <cp:revision>2</cp:revision>
  <dcterms:created xsi:type="dcterms:W3CDTF">2026-09-01T12:20:00Z</dcterms:created>
  <dcterms:modified xsi:type="dcterms:W3CDTF">2026-09-01T12:20:00Z</dcterms:modified>
  <cp:category/>
</cp:coreProperties>
</file>