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E25052" w:rsidRPr="00831759" w14:paraId="5181C894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BE93D8A" w14:textId="787F8B2A" w:rsidR="00F801F2" w:rsidRPr="00831759" w:rsidRDefault="00CD7FFC" w:rsidP="00B9496D">
            <w:pPr>
              <w:rPr>
                <w:lang w:val="ro-RO"/>
              </w:rPr>
            </w:pPr>
            <w:r w:rsidRPr="00831759">
              <w:rPr>
                <w:noProof/>
                <w:lang w:val="ro-RO"/>
              </w:rPr>
              <w:drawing>
                <wp:inline distT="0" distB="0" distL="0" distR="0" wp14:anchorId="6C1245B7" wp14:editId="623E2B74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DEAB026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Județul</w:t>
            </w:r>
          </w:p>
          <w:p w14:paraId="1F74738E" w14:textId="5AF7F2E8" w:rsidR="00E25052" w:rsidRPr="00831759" w:rsidRDefault="00CD7FFC">
            <w:pPr>
              <w:keepNext/>
              <w:rPr>
                <w:b/>
                <w:bCs/>
                <w:lang w:val="ro-RO"/>
              </w:rPr>
            </w:pPr>
            <w:r w:rsidRPr="00831759">
              <w:rPr>
                <w:b/>
                <w:bCs/>
                <w:lang w:val="ro-RO"/>
              </w:rPr>
              <w:t>CLUJ</w:t>
            </w:r>
          </w:p>
        </w:tc>
      </w:tr>
      <w:tr w:rsidR="00E25052" w:rsidRPr="00831759" w14:paraId="6B015EDC" w14:textId="77777777">
        <w:trPr>
          <w:cantSplit/>
          <w:trHeight w:val="510"/>
        </w:trPr>
        <w:tc>
          <w:tcPr>
            <w:tcW w:w="1606" w:type="dxa"/>
            <w:vMerge/>
          </w:tcPr>
          <w:p w14:paraId="7AF8C63B" w14:textId="77777777" w:rsidR="00E25052" w:rsidRPr="00831759" w:rsidRDefault="00E25052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34D9B7ED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Autoritatea administrației publice</w:t>
            </w:r>
          </w:p>
          <w:p w14:paraId="1F71C78E" w14:textId="4FA7BE28" w:rsidR="00E25052" w:rsidRPr="00831759" w:rsidRDefault="00831759">
            <w:pPr>
              <w:keepNext/>
              <w:rPr>
                <w:b/>
                <w:bCs/>
                <w:lang w:val="ro-RO"/>
              </w:rPr>
            </w:pPr>
            <w:r w:rsidRPr="00831759">
              <w:rPr>
                <w:b/>
                <w:bCs/>
                <w:lang w:val="ro-RO"/>
              </w:rPr>
              <w:t xml:space="preserve">PRIMĂRIA </w:t>
            </w:r>
            <w:r w:rsidR="00CD7FFC" w:rsidRPr="00831759">
              <w:rPr>
                <w:b/>
                <w:bCs/>
                <w:lang w:val="ro-RO"/>
              </w:rPr>
              <w:t>MUNICIPIUL</w:t>
            </w:r>
            <w:r w:rsidRPr="00831759">
              <w:rPr>
                <w:b/>
                <w:bCs/>
                <w:lang w:val="ro-RO"/>
              </w:rPr>
              <w:t>UI</w:t>
            </w:r>
            <w:r w:rsidR="00CD7FFC" w:rsidRPr="00831759">
              <w:rPr>
                <w:b/>
                <w:bCs/>
                <w:lang w:val="ro-RO"/>
              </w:rPr>
              <w:t xml:space="preserve"> TURDA</w:t>
            </w:r>
          </w:p>
        </w:tc>
      </w:tr>
      <w:tr w:rsidR="00E25052" w:rsidRPr="00831759" w14:paraId="7354B52B" w14:textId="77777777">
        <w:trPr>
          <w:cantSplit/>
          <w:trHeight w:val="510"/>
        </w:trPr>
        <w:tc>
          <w:tcPr>
            <w:tcW w:w="1606" w:type="dxa"/>
            <w:vMerge/>
          </w:tcPr>
          <w:p w14:paraId="2EA11AAE" w14:textId="77777777" w:rsidR="00E25052" w:rsidRPr="00831759" w:rsidRDefault="00E25052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75894951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Cod de identificare fiscală (CIF)</w:t>
            </w:r>
          </w:p>
          <w:p w14:paraId="2ECEACE6" w14:textId="3579B90D" w:rsidR="00E25052" w:rsidRPr="00831759" w:rsidRDefault="00CD7FFC">
            <w:pPr>
              <w:keepNext/>
              <w:rPr>
                <w:b/>
                <w:bCs/>
                <w:lang w:val="ro-RO"/>
              </w:rPr>
            </w:pPr>
            <w:r w:rsidRPr="00831759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49CBD2CA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Adresa oficială</w:t>
            </w:r>
          </w:p>
          <w:p w14:paraId="2B62640E" w14:textId="1D8A0AA9" w:rsidR="00E25052" w:rsidRPr="00865DA3" w:rsidRDefault="00CD7FFC" w:rsidP="00865DA3">
            <w:pPr>
              <w:rPr>
                <w:i/>
                <w:color w:val="7A7A7A"/>
                <w:lang w:val="ro-RO"/>
              </w:rPr>
            </w:pPr>
            <w:r w:rsidRPr="00831759">
              <w:rPr>
                <w:b/>
                <w:bCs/>
                <w:i/>
                <w:lang w:val="ro-RO"/>
              </w:rPr>
              <w:t xml:space="preserve">P-ța 1 </w:t>
            </w:r>
            <w:r w:rsidR="00323DB5">
              <w:rPr>
                <w:b/>
                <w:bCs/>
                <w:i/>
                <w:lang w:val="ro-RO"/>
              </w:rPr>
              <w:t>D</w:t>
            </w:r>
            <w:r w:rsidRPr="00831759">
              <w:rPr>
                <w:b/>
                <w:bCs/>
                <w:i/>
                <w:lang w:val="ro-RO"/>
              </w:rPr>
              <w:t>ecembrie 1918 nr.28 · tel: 0264</w:t>
            </w:r>
            <w:r w:rsidR="00021BC0" w:rsidRPr="00831759">
              <w:rPr>
                <w:b/>
                <w:bCs/>
                <w:i/>
                <w:lang w:val="ro-RO"/>
              </w:rPr>
              <w:t>-</w:t>
            </w:r>
            <w:r w:rsidRPr="00831759">
              <w:rPr>
                <w:b/>
                <w:bCs/>
                <w:i/>
                <w:lang w:val="ro-RO"/>
              </w:rPr>
              <w:t xml:space="preserve">313160· e-mail: </w:t>
            </w:r>
            <w:hyperlink r:id="rId9" w:history="1">
              <w:r w:rsidRPr="00831759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831759">
              <w:rPr>
                <w:i/>
                <w:color w:val="7A7A7A"/>
                <w:lang w:val="ro-RO"/>
              </w:rPr>
              <w:t xml:space="preserve"> </w:t>
            </w:r>
          </w:p>
          <w:p w14:paraId="78A52A4D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0DABC460" w14:textId="77777777">
        <w:trPr>
          <w:cantSplit/>
          <w:trHeight w:val="510"/>
        </w:trPr>
        <w:tc>
          <w:tcPr>
            <w:tcW w:w="1606" w:type="dxa"/>
            <w:vMerge/>
          </w:tcPr>
          <w:p w14:paraId="13B733BA" w14:textId="77777777" w:rsidR="00E25052" w:rsidRPr="00831759" w:rsidRDefault="00E25052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764818D8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Număr de înregistrare</w:t>
            </w:r>
          </w:p>
          <w:p w14:paraId="46EE121A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36393E32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Data</w:t>
            </w:r>
          </w:p>
          <w:p w14:paraId="4D13DA55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4238FFAF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1995405" w14:textId="77777777" w:rsidR="00E25052" w:rsidRPr="00831759" w:rsidRDefault="00000000">
            <w:pPr>
              <w:rPr>
                <w:lang w:val="ro-RO"/>
              </w:rPr>
            </w:pPr>
            <w:r w:rsidRPr="00831759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1FB5BB70" w14:textId="77777777" w:rsidR="00E25052" w:rsidRPr="00831759" w:rsidRDefault="00E25052">
      <w:pPr>
        <w:spacing w:line="168" w:lineRule="auto"/>
        <w:rPr>
          <w:lang w:val="ro-RO"/>
        </w:rPr>
      </w:pPr>
    </w:p>
    <w:p w14:paraId="19E46984" w14:textId="77777777" w:rsidR="00E25052" w:rsidRPr="00831759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831759">
        <w:rPr>
          <w:b/>
          <w:sz w:val="28"/>
          <w:szCs w:val="28"/>
          <w:lang w:val="ro-RO"/>
        </w:rPr>
        <w:t>CERERE</w:t>
      </w:r>
    </w:p>
    <w:p w14:paraId="6AB0BEC6" w14:textId="77777777" w:rsidR="00E25052" w:rsidRPr="00831759" w:rsidRDefault="00E25052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:rsidRPr="00831759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sz w:val="16"/>
                <w:lang w:val="ro-RO"/>
              </w:rPr>
              <w:t xml:space="preserve"> 1. </w:t>
            </w:r>
            <w:r w:rsidRPr="00831759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E25052" w:rsidRPr="00831759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Instituția</w:t>
            </w:r>
          </w:p>
          <w:p w14:paraId="5C4842F2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i/>
                <w:color w:val="7A7A7A"/>
                <w:lang w:val="ro-RO"/>
              </w:rPr>
              <w:t>primăria municipiului / orașului / comunei · primăria de sector · consiliul județean</w:t>
            </w:r>
          </w:p>
          <w:p w14:paraId="5B3D1BF3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77777777" w:rsidR="00E25052" w:rsidRPr="00831759" w:rsidRDefault="00000000">
            <w:pPr>
              <w:spacing w:line="228" w:lineRule="auto"/>
              <w:rPr>
                <w:lang w:val="ro-RO"/>
              </w:rPr>
            </w:pPr>
            <w:r w:rsidRPr="00831759">
              <w:rPr>
                <w:lang w:val="ro-RO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59276EE" w14:textId="77777777" w:rsidR="00E25052" w:rsidRPr="00831759" w:rsidRDefault="00E2505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:rsidRPr="00831759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sz w:val="16"/>
                <w:lang w:val="ro-RO"/>
              </w:rPr>
              <w:t xml:space="preserve"> 2. </w:t>
            </w:r>
            <w:r w:rsidRPr="00831759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E25052" w:rsidRPr="00831759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Nume și prenume</w:t>
            </w:r>
          </w:p>
          <w:p w14:paraId="50ECD17B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282D408A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CNP</w:t>
            </w:r>
          </w:p>
          <w:p w14:paraId="6B11B457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sz w:val="16"/>
                <w:lang w:val="ro-RO"/>
              </w:rPr>
              <w:t xml:space="preserve"> Act de identitate</w:t>
            </w:r>
          </w:p>
        </w:tc>
      </w:tr>
      <w:tr w:rsidR="00E25052" w:rsidRPr="00831759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Seria</w:t>
            </w:r>
          </w:p>
          <w:p w14:paraId="1742791D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C2D16F6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Numărul</w:t>
            </w:r>
          </w:p>
          <w:p w14:paraId="18D6DBDF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05BDC146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Eliberat de</w:t>
            </w:r>
          </w:p>
          <w:p w14:paraId="5BAC43F0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7AB74026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La data</w:t>
            </w:r>
          </w:p>
          <w:p w14:paraId="6324FC92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sz w:val="16"/>
                <w:lang w:val="ro-RO"/>
              </w:rPr>
              <w:t xml:space="preserve"> Domiciliul</w:t>
            </w:r>
          </w:p>
        </w:tc>
      </w:tr>
      <w:tr w:rsidR="00E25052" w:rsidRPr="00831759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Județul</w:t>
            </w:r>
          </w:p>
          <w:p w14:paraId="27F852AB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7C882037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Municipiul / orașul / comuna</w:t>
            </w:r>
          </w:p>
          <w:p w14:paraId="0D48E3BB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40553940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Satul / sectorul</w:t>
            </w:r>
          </w:p>
          <w:p w14:paraId="20822E8F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Strada</w:t>
            </w:r>
          </w:p>
          <w:p w14:paraId="141E58F7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6B47B93F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Nr.</w:t>
            </w:r>
          </w:p>
          <w:p w14:paraId="399A8499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7DDABD5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Sc.</w:t>
            </w:r>
          </w:p>
          <w:p w14:paraId="0E160ACF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EA9678F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Et.</w:t>
            </w:r>
          </w:p>
          <w:p w14:paraId="43F6DA47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0209D0C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Ap.</w:t>
            </w:r>
          </w:p>
          <w:p w14:paraId="2E35CB99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0D07855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Cod poștal</w:t>
            </w:r>
          </w:p>
          <w:p w14:paraId="38A54738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37AA103A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Țara</w:t>
            </w:r>
          </w:p>
          <w:p w14:paraId="123D5598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sz w:val="16"/>
                <w:lang w:val="ro-RO"/>
              </w:rPr>
              <w:t xml:space="preserve"> Date de contact</w:t>
            </w:r>
          </w:p>
        </w:tc>
      </w:tr>
      <w:tr w:rsidR="00E25052" w:rsidRPr="00831759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Telefon / fax</w:t>
            </w:r>
          </w:p>
          <w:p w14:paraId="2DEDAC5B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11F9EE09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E-mail</w:t>
            </w:r>
          </w:p>
          <w:p w14:paraId="3C2D93FB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sz w:val="16"/>
                <w:lang w:val="ro-RO"/>
              </w:rPr>
              <w:t xml:space="preserve"> Reprezentare</w:t>
            </w:r>
          </w:p>
        </w:tc>
      </w:tr>
      <w:tr w:rsidR="00E25052" w:rsidRPr="00831759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Pr="00831759" w:rsidRDefault="00000000">
            <w:pPr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În calitate de reprezentant al</w:t>
            </w:r>
          </w:p>
          <w:p w14:paraId="6834604F" w14:textId="77777777" w:rsidR="00E25052" w:rsidRPr="00831759" w:rsidRDefault="00E25052">
            <w:pPr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3C5FA06C" w14:textId="77777777" w:rsidR="00E25052" w:rsidRPr="00831759" w:rsidRDefault="00000000">
            <w:pPr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CUI / CIF</w:t>
            </w:r>
          </w:p>
          <w:p w14:paraId="3B9A3463" w14:textId="77777777" w:rsidR="00E25052" w:rsidRPr="00831759" w:rsidRDefault="00E25052">
            <w:pPr>
              <w:rPr>
                <w:lang w:val="ro-RO"/>
              </w:rPr>
            </w:pPr>
          </w:p>
        </w:tc>
      </w:tr>
    </w:tbl>
    <w:p w14:paraId="01E74949" w14:textId="77777777" w:rsidR="00E25052" w:rsidRPr="00831759" w:rsidRDefault="00E25052">
      <w:pPr>
        <w:spacing w:line="168" w:lineRule="auto"/>
        <w:rPr>
          <w:lang w:val="ro-RO"/>
        </w:rPr>
      </w:pPr>
    </w:p>
    <w:p w14:paraId="20F32F97" w14:textId="77777777" w:rsidR="00E25052" w:rsidRPr="00831759" w:rsidRDefault="00000000">
      <w:pPr>
        <w:spacing w:before="80" w:after="60"/>
        <w:jc w:val="center"/>
        <w:rPr>
          <w:lang w:val="ro-RO"/>
        </w:rPr>
      </w:pPr>
      <w:r w:rsidRPr="00831759">
        <w:rPr>
          <w:sz w:val="18"/>
          <w:lang w:val="ro-RO"/>
        </w:rPr>
        <w:t>în conformitate cu prevederile Legii nr. 169/2026 privind Codul amenajării teritoriului, urbanismului și construcțiilor,</w:t>
      </w:r>
    </w:p>
    <w:p w14:paraId="2C7584EF" w14:textId="77777777" w:rsidR="00E25052" w:rsidRPr="00831759" w:rsidRDefault="00000000">
      <w:pPr>
        <w:spacing w:before="80" w:after="60"/>
        <w:jc w:val="center"/>
        <w:rPr>
          <w:lang w:val="ro-RO"/>
        </w:rPr>
      </w:pPr>
      <w:r w:rsidRPr="00831759">
        <w:rPr>
          <w:sz w:val="18"/>
          <w:lang w:val="ro-RO"/>
        </w:rPr>
        <w:t>solicit emiterea</w:t>
      </w:r>
    </w:p>
    <w:p w14:paraId="33797D79" w14:textId="77777777" w:rsidR="00E25052" w:rsidRPr="00831759" w:rsidRDefault="00000000">
      <w:pPr>
        <w:spacing w:after="160"/>
        <w:jc w:val="center"/>
        <w:rPr>
          <w:lang w:val="ro-RO"/>
        </w:rPr>
      </w:pPr>
      <w:r w:rsidRPr="00831759">
        <w:rPr>
          <w:b/>
          <w:sz w:val="20"/>
          <w:lang w:val="ro-RO"/>
        </w:rPr>
        <w:t>CERTIFICATULUI DE URBANISM DE INFORMARE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:rsidRPr="00831759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sz w:val="16"/>
                <w:lang w:val="ro-RO"/>
              </w:rPr>
              <w:t xml:space="preserve"> 3. </w:t>
            </w:r>
            <w:r w:rsidRPr="00831759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E25052" w:rsidRPr="00831759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E25052" w:rsidRPr="00831759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Județ</w:t>
            </w:r>
          </w:p>
          <w:p w14:paraId="6D07226C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45C06A6B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Municipiu / oraș / comună</w:t>
            </w:r>
          </w:p>
          <w:p w14:paraId="01BF54FB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42BC6F3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Sat / sector</w:t>
            </w:r>
          </w:p>
          <w:p w14:paraId="3E7C20BC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Cod poștal</w:t>
            </w:r>
          </w:p>
          <w:p w14:paraId="0DC3F395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31644BD5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Strada</w:t>
            </w:r>
          </w:p>
          <w:p w14:paraId="6FBE06C3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6816659E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Nr.</w:t>
            </w:r>
          </w:p>
          <w:p w14:paraId="3E454520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0279B798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Bl. / sc. / et. / ap.</w:t>
            </w:r>
          </w:p>
          <w:p w14:paraId="1284E2F7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Suprafața terenului (m²)</w:t>
            </w:r>
          </w:p>
          <w:p w14:paraId="375B3DAF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Număr cadastral</w:t>
            </w:r>
          </w:p>
          <w:p w14:paraId="4088464C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i/>
                <w:color w:val="7A7A7A"/>
                <w:lang w:val="ro-RO"/>
              </w:rPr>
              <w:t>dacă imobilul e înscris în e-Terra</w:t>
            </w:r>
          </w:p>
          <w:p w14:paraId="46FDA082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Carte funciară nr.</w:t>
            </w:r>
          </w:p>
          <w:p w14:paraId="2038AD22" w14:textId="77777777" w:rsidR="00E25052" w:rsidRPr="00831759" w:rsidRDefault="00E25052">
            <w:pPr>
              <w:keepNext/>
              <w:rPr>
                <w:lang w:val="ro-RO"/>
              </w:rPr>
            </w:pPr>
          </w:p>
        </w:tc>
      </w:tr>
      <w:tr w:rsidR="00E25052" w:rsidRPr="00831759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831759" w:rsidRDefault="00000000">
            <w:pPr>
              <w:rPr>
                <w:sz w:val="16"/>
                <w:lang w:val="ro-RO"/>
              </w:rPr>
            </w:pPr>
            <w:r w:rsidRPr="00831759">
              <w:rPr>
                <w:sz w:val="16"/>
                <w:lang w:val="ro-RO"/>
              </w:rPr>
              <w:t xml:space="preserve"> ☐ extras de carte funciară actualizat, anexat     </w:t>
            </w:r>
          </w:p>
          <w:p w14:paraId="4D8DB8B6" w14:textId="6B074625" w:rsidR="00E25052" w:rsidRPr="00831759" w:rsidRDefault="00000000">
            <w:pPr>
              <w:rPr>
                <w:lang w:val="ro-RO"/>
              </w:rPr>
            </w:pPr>
            <w:r w:rsidRPr="00831759">
              <w:rPr>
                <w:sz w:val="16"/>
                <w:lang w:val="ro-RO"/>
              </w:rPr>
              <w:t>☐ plan de încadrare în zonă în sistem Stereo 70, anexat</w:t>
            </w:r>
            <w:r w:rsidR="00F8517F" w:rsidRPr="00831759">
              <w:rPr>
                <w:sz w:val="16"/>
                <w:lang w:val="ro-RO"/>
              </w:rPr>
              <w:t xml:space="preserve"> eliberat, la cerere, de către Agenția Națională de Cadastru și Publicitate Imobiliară</w:t>
            </w:r>
          </w:p>
        </w:tc>
      </w:tr>
    </w:tbl>
    <w:p w14:paraId="3ACF9FED" w14:textId="77777777" w:rsidR="00E25052" w:rsidRPr="00831759" w:rsidRDefault="00E2505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:rsidRPr="00831759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sz w:val="16"/>
                <w:lang w:val="ro-RO"/>
              </w:rPr>
              <w:t xml:space="preserve"> 4. </w:t>
            </w:r>
            <w:r w:rsidRPr="00831759">
              <w:rPr>
                <w:b/>
                <w:color w:val="000000"/>
                <w:sz w:val="18"/>
                <w:lang w:val="ro-RO"/>
              </w:rPr>
              <w:t>COMUNICAREA RĂSPUNSULUI</w:t>
            </w:r>
          </w:p>
        </w:tc>
      </w:tr>
      <w:tr w:rsidR="00E25052" w:rsidRPr="00831759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831759" w:rsidRDefault="00000000">
            <w:pPr>
              <w:rPr>
                <w:lang w:val="ro-RO"/>
              </w:rPr>
            </w:pPr>
            <w:r w:rsidRPr="00831759">
              <w:rPr>
                <w:sz w:val="16"/>
                <w:lang w:val="ro-RO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4CC013A6" w14:textId="77777777" w:rsidR="00E25052" w:rsidRPr="00831759" w:rsidRDefault="00E25052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:rsidRPr="00831759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Pr="00831759" w:rsidRDefault="00000000">
            <w:pPr>
              <w:keepNext/>
              <w:rPr>
                <w:lang w:val="ro-RO"/>
              </w:rPr>
            </w:pPr>
            <w:r w:rsidRPr="00831759">
              <w:rPr>
                <w:b/>
                <w:sz w:val="16"/>
                <w:lang w:val="ro-RO"/>
              </w:rPr>
              <w:t xml:space="preserve"> 5. </w:t>
            </w:r>
            <w:r w:rsidRPr="00831759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E25052" w:rsidRPr="00831759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Pr="00831759" w:rsidRDefault="00000000">
            <w:pPr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Data</w:t>
            </w:r>
          </w:p>
          <w:p w14:paraId="725AA280" w14:textId="77777777" w:rsidR="00E25052" w:rsidRPr="00831759" w:rsidRDefault="00E25052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1A18FEF7" w14:textId="77777777" w:rsidR="00E25052" w:rsidRPr="00831759" w:rsidRDefault="00000000">
            <w:pPr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Solicitantul</w:t>
            </w:r>
          </w:p>
          <w:p w14:paraId="4BFA03F3" w14:textId="77777777" w:rsidR="00E25052" w:rsidRPr="00831759" w:rsidRDefault="00E25052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51766049" w14:textId="77777777" w:rsidR="00E25052" w:rsidRPr="00831759" w:rsidRDefault="00000000">
            <w:pPr>
              <w:rPr>
                <w:lang w:val="ro-RO"/>
              </w:rPr>
            </w:pPr>
            <w:r w:rsidRPr="00831759">
              <w:rPr>
                <w:b/>
                <w:color w:val="0D5F78"/>
                <w:lang w:val="ro-RO"/>
              </w:rPr>
              <w:t>Semnătura</w:t>
            </w:r>
          </w:p>
          <w:p w14:paraId="4558B6A6" w14:textId="77777777" w:rsidR="00E25052" w:rsidRPr="00831759" w:rsidRDefault="00E25052">
            <w:pPr>
              <w:rPr>
                <w:lang w:val="ro-RO"/>
              </w:rPr>
            </w:pPr>
          </w:p>
        </w:tc>
      </w:tr>
    </w:tbl>
    <w:p w14:paraId="49F8112D" w14:textId="77777777" w:rsidR="00E25052" w:rsidRPr="00831759" w:rsidRDefault="00E25052">
      <w:pPr>
        <w:spacing w:line="168" w:lineRule="auto"/>
        <w:rPr>
          <w:lang w:val="ro-RO"/>
        </w:rPr>
      </w:pPr>
    </w:p>
    <w:p w14:paraId="242D1965" w14:textId="77777777" w:rsidR="00F8517F" w:rsidRPr="00831759" w:rsidRDefault="00F8517F" w:rsidP="00F8517F">
      <w:pPr>
        <w:rPr>
          <w:lang w:val="ro-RO"/>
        </w:rPr>
      </w:pPr>
    </w:p>
    <w:p w14:paraId="7207E8D0" w14:textId="77777777" w:rsidR="00F8517F" w:rsidRPr="00831759" w:rsidRDefault="00F8517F" w:rsidP="00F8517F">
      <w:pPr>
        <w:rPr>
          <w:lang w:val="ro-RO"/>
        </w:rPr>
      </w:pPr>
    </w:p>
    <w:p w14:paraId="7E180354" w14:textId="7A449F41" w:rsidR="00F8517F" w:rsidRPr="00831759" w:rsidRDefault="00F8517F" w:rsidP="00F8517F">
      <w:pPr>
        <w:tabs>
          <w:tab w:val="left" w:pos="3005"/>
        </w:tabs>
        <w:rPr>
          <w:lang w:val="ro-RO"/>
        </w:rPr>
      </w:pPr>
      <w:r w:rsidRPr="00831759">
        <w:rPr>
          <w:lang w:val="ro-RO"/>
        </w:rPr>
        <w:tab/>
      </w:r>
    </w:p>
    <w:sectPr w:rsidR="00F8517F" w:rsidRPr="00831759" w:rsidSect="00034616">
      <w:headerReference w:type="default" r:id="rId10"/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3CB6" w14:textId="77777777" w:rsidR="00253B98" w:rsidRDefault="00253B98">
      <w:r>
        <w:separator/>
      </w:r>
    </w:p>
  </w:endnote>
  <w:endnote w:type="continuationSeparator" w:id="0">
    <w:p w14:paraId="21E723BE" w14:textId="77777777" w:rsidR="00253B98" w:rsidRDefault="0025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1E53" w14:textId="180E0261" w:rsidR="00E25052" w:rsidRDefault="00F801F2">
    <w:pPr>
      <w:pStyle w:val="Footer"/>
      <w:tabs>
        <w:tab w:val="right" w:pos="9639"/>
      </w:tabs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B5B90" w14:textId="77777777" w:rsidR="00253B98" w:rsidRDefault="00253B98">
      <w:r>
        <w:separator/>
      </w:r>
    </w:p>
  </w:footnote>
  <w:footnote w:type="continuationSeparator" w:id="0">
    <w:p w14:paraId="0D4C2184" w14:textId="77777777" w:rsidR="00253B98" w:rsidRDefault="00253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7F69" w14:textId="77777777" w:rsidR="00F8517F" w:rsidRPr="00F8517F" w:rsidRDefault="00F8517F" w:rsidP="00F8517F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proofErr w:type="spellStart"/>
    <w:r w:rsidRPr="00F8517F">
      <w:rPr>
        <w:b/>
        <w:bCs/>
        <w:i/>
        <w:iCs/>
        <w:color w:val="595959"/>
        <w:sz w:val="24"/>
        <w:szCs w:val="24"/>
        <w:u w:val="single"/>
      </w:rPr>
      <w:t>Anexa</w:t>
    </w:r>
    <w:proofErr w:type="spellEnd"/>
    <w:r w:rsidRPr="00F8517F">
      <w:rPr>
        <w:b/>
        <w:bCs/>
        <w:i/>
        <w:iCs/>
        <w:color w:val="595959"/>
        <w:sz w:val="24"/>
        <w:szCs w:val="24"/>
        <w:u w:val="single"/>
      </w:rPr>
      <w:t xml:space="preserve"> nr.1  </w:t>
    </w:r>
  </w:p>
  <w:p w14:paraId="30A11B91" w14:textId="654108AB" w:rsidR="00F8517F" w:rsidRPr="00F8517F" w:rsidRDefault="00F8517F" w:rsidP="00F8517F">
    <w:pPr>
      <w:pStyle w:val="Header"/>
      <w:rPr>
        <w:b/>
        <w:bCs/>
        <w:color w:val="595959"/>
      </w:rPr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901959">
    <w:abstractNumId w:val="8"/>
  </w:num>
  <w:num w:numId="2" w16cid:durableId="1763795687">
    <w:abstractNumId w:val="6"/>
  </w:num>
  <w:num w:numId="3" w16cid:durableId="1089348912">
    <w:abstractNumId w:val="5"/>
  </w:num>
  <w:num w:numId="4" w16cid:durableId="1038360754">
    <w:abstractNumId w:val="4"/>
  </w:num>
  <w:num w:numId="5" w16cid:durableId="226697112">
    <w:abstractNumId w:val="7"/>
  </w:num>
  <w:num w:numId="6" w16cid:durableId="1274440642">
    <w:abstractNumId w:val="3"/>
  </w:num>
  <w:num w:numId="7" w16cid:durableId="1036154305">
    <w:abstractNumId w:val="2"/>
  </w:num>
  <w:num w:numId="8" w16cid:durableId="233055514">
    <w:abstractNumId w:val="1"/>
  </w:num>
  <w:num w:numId="9" w16cid:durableId="5998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21BC0"/>
    <w:rsid w:val="00034616"/>
    <w:rsid w:val="0006063C"/>
    <w:rsid w:val="000F55B4"/>
    <w:rsid w:val="00133964"/>
    <w:rsid w:val="0015074B"/>
    <w:rsid w:val="0021562A"/>
    <w:rsid w:val="00253B98"/>
    <w:rsid w:val="0029639D"/>
    <w:rsid w:val="00323DB5"/>
    <w:rsid w:val="00326F90"/>
    <w:rsid w:val="004F68F6"/>
    <w:rsid w:val="006C103E"/>
    <w:rsid w:val="00763A7C"/>
    <w:rsid w:val="007D5A3B"/>
    <w:rsid w:val="008217F8"/>
    <w:rsid w:val="00831759"/>
    <w:rsid w:val="00861954"/>
    <w:rsid w:val="00865DA3"/>
    <w:rsid w:val="009B5021"/>
    <w:rsid w:val="00AA1D8D"/>
    <w:rsid w:val="00B16250"/>
    <w:rsid w:val="00B47730"/>
    <w:rsid w:val="00B9496D"/>
    <w:rsid w:val="00CB0664"/>
    <w:rsid w:val="00CD7FFC"/>
    <w:rsid w:val="00E25052"/>
    <w:rsid w:val="00E61A6B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D7F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cp:lastPrinted>2026-08-31T08:06:00Z</cp:lastPrinted>
  <dcterms:created xsi:type="dcterms:W3CDTF">2026-09-01T12:06:00Z</dcterms:created>
  <dcterms:modified xsi:type="dcterms:W3CDTF">2026-09-01T12:06:00Z</dcterms:modified>
  <cp:category/>
</cp:coreProperties>
</file>