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1E1635" w:rsidRPr="008C2128" w14:paraId="4C68BCA7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73C7D55" w14:textId="73744BB4" w:rsidR="001E1635" w:rsidRPr="008C2128" w:rsidRDefault="00220D4E">
            <w:pPr>
              <w:keepNext/>
              <w:jc w:val="center"/>
              <w:rPr>
                <w:lang w:val="ro-RO"/>
              </w:rPr>
            </w:pPr>
            <w:r w:rsidRPr="008C2128">
              <w:rPr>
                <w:i/>
                <w:noProof/>
                <w:color w:val="595959"/>
                <w:lang w:val="ro-RO"/>
              </w:rPr>
              <w:drawing>
                <wp:inline distT="0" distB="0" distL="0" distR="0" wp14:anchorId="4F892928" wp14:editId="5BFCCB9B">
                  <wp:extent cx="891375" cy="1311305"/>
                  <wp:effectExtent l="0" t="0" r="4445" b="3175"/>
                  <wp:docPr id="207629746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375" cy="131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46A0FA06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Județul</w:t>
            </w:r>
          </w:p>
          <w:p w14:paraId="28A49159" w14:textId="3DE456AE" w:rsidR="001E1635" w:rsidRPr="008C2128" w:rsidRDefault="00220D4E">
            <w:pPr>
              <w:keepNext/>
              <w:rPr>
                <w:lang w:val="ro-RO"/>
              </w:rPr>
            </w:pPr>
            <w:r w:rsidRPr="008C2128">
              <w:rPr>
                <w:b/>
                <w:bCs/>
                <w:lang w:val="ro-RO"/>
              </w:rPr>
              <w:t>CLUJ</w:t>
            </w:r>
          </w:p>
        </w:tc>
      </w:tr>
      <w:tr w:rsidR="001E1635" w:rsidRPr="008C2128" w14:paraId="51C0757A" w14:textId="77777777">
        <w:trPr>
          <w:cantSplit/>
          <w:trHeight w:val="510"/>
        </w:trPr>
        <w:tc>
          <w:tcPr>
            <w:tcW w:w="1606" w:type="dxa"/>
            <w:vMerge/>
          </w:tcPr>
          <w:p w14:paraId="691A2AC8" w14:textId="77777777" w:rsidR="001E1635" w:rsidRPr="008C2128" w:rsidRDefault="001E1635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2BE82BE0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Autoritatea administrației publice</w:t>
            </w:r>
          </w:p>
          <w:p w14:paraId="04E7F576" w14:textId="6239E5F5" w:rsidR="001E1635" w:rsidRPr="008C2128" w:rsidRDefault="00220D4E">
            <w:pPr>
              <w:keepNext/>
              <w:rPr>
                <w:lang w:val="ro-RO"/>
              </w:rPr>
            </w:pPr>
            <w:r w:rsidRPr="008C2128">
              <w:rPr>
                <w:b/>
                <w:bCs/>
                <w:lang w:val="ro-RO"/>
              </w:rPr>
              <w:t>PRIMĂRIA MUNICIPIULUI TURDA</w:t>
            </w:r>
          </w:p>
        </w:tc>
      </w:tr>
      <w:tr w:rsidR="001E1635" w:rsidRPr="008C2128" w14:paraId="2631F304" w14:textId="77777777">
        <w:trPr>
          <w:cantSplit/>
          <w:trHeight w:val="510"/>
        </w:trPr>
        <w:tc>
          <w:tcPr>
            <w:tcW w:w="1606" w:type="dxa"/>
            <w:vMerge/>
          </w:tcPr>
          <w:p w14:paraId="5F679958" w14:textId="77777777" w:rsidR="001E1635" w:rsidRPr="008C2128" w:rsidRDefault="001E1635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24729E83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Cod de identificare fiscală (CIF)</w:t>
            </w:r>
          </w:p>
          <w:p w14:paraId="5C37BD63" w14:textId="4E3041BF" w:rsidR="001E1635" w:rsidRPr="008C2128" w:rsidRDefault="00220D4E">
            <w:pPr>
              <w:keepNext/>
              <w:rPr>
                <w:lang w:val="ro-RO"/>
              </w:rPr>
            </w:pPr>
            <w:r w:rsidRPr="008C2128">
              <w:rPr>
                <w:b/>
                <w:bCs/>
                <w:lang w:val="ro-RO"/>
              </w:rPr>
              <w:t>4378930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616968D6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Adresa oficială</w:t>
            </w:r>
          </w:p>
          <w:p w14:paraId="6D92D77F" w14:textId="09AF0642" w:rsidR="00220D4E" w:rsidRPr="008C2128" w:rsidRDefault="00220D4E" w:rsidP="00220D4E">
            <w:pPr>
              <w:rPr>
                <w:i/>
                <w:color w:val="7A7A7A"/>
                <w:lang w:val="ro-RO"/>
              </w:rPr>
            </w:pPr>
            <w:r w:rsidRPr="008C2128">
              <w:rPr>
                <w:b/>
                <w:bCs/>
                <w:i/>
                <w:lang w:val="ro-RO"/>
              </w:rPr>
              <w:t xml:space="preserve">P-ța 1 </w:t>
            </w:r>
            <w:r w:rsidR="009E2E6B">
              <w:rPr>
                <w:b/>
                <w:bCs/>
                <w:i/>
                <w:lang w:val="ro-RO"/>
              </w:rPr>
              <w:t>D</w:t>
            </w:r>
            <w:r w:rsidRPr="008C2128">
              <w:rPr>
                <w:b/>
                <w:bCs/>
                <w:i/>
                <w:lang w:val="ro-RO"/>
              </w:rPr>
              <w:t xml:space="preserve">ecembrie 1918 nr.28 · tel: 0264-313160· e-mail: </w:t>
            </w:r>
            <w:hyperlink r:id="rId9" w:history="1">
              <w:r w:rsidRPr="008C2128">
                <w:rPr>
                  <w:rStyle w:val="Hyperlink"/>
                  <w:i/>
                  <w:lang w:val="ro-RO"/>
                </w:rPr>
                <w:t>contact@primariaturda.ro</w:t>
              </w:r>
            </w:hyperlink>
            <w:r w:rsidRPr="008C2128">
              <w:rPr>
                <w:i/>
                <w:color w:val="7A7A7A"/>
                <w:lang w:val="ro-RO"/>
              </w:rPr>
              <w:t xml:space="preserve"> </w:t>
            </w:r>
          </w:p>
          <w:p w14:paraId="0EA9E139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0E65AED2" w14:textId="77777777">
        <w:trPr>
          <w:cantSplit/>
          <w:trHeight w:val="510"/>
        </w:trPr>
        <w:tc>
          <w:tcPr>
            <w:tcW w:w="1606" w:type="dxa"/>
            <w:vMerge/>
          </w:tcPr>
          <w:p w14:paraId="6544B9D7" w14:textId="77777777" w:rsidR="001E1635" w:rsidRPr="008C2128" w:rsidRDefault="001E1635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189A61B2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Număr de înregistrare</w:t>
            </w:r>
          </w:p>
          <w:p w14:paraId="75A2B56A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7E1695D8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Data</w:t>
            </w:r>
          </w:p>
          <w:p w14:paraId="437F86DD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3911975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6DF05C4B" w14:textId="77777777" w:rsidR="001E1635" w:rsidRPr="008C2128" w:rsidRDefault="00000000">
            <w:pPr>
              <w:rPr>
                <w:lang w:val="ro-RO"/>
              </w:rPr>
            </w:pPr>
            <w:r w:rsidRPr="008C2128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72E6D1D1" w14:textId="77777777" w:rsidR="001E1635" w:rsidRPr="008C2128" w:rsidRDefault="001E1635">
      <w:pPr>
        <w:spacing w:line="168" w:lineRule="auto"/>
        <w:rPr>
          <w:lang w:val="ro-RO"/>
        </w:rPr>
      </w:pPr>
    </w:p>
    <w:p w14:paraId="1DD2FBAB" w14:textId="6A747212" w:rsidR="001E1635" w:rsidRPr="008C2128" w:rsidRDefault="00000000" w:rsidP="006257CA">
      <w:pPr>
        <w:spacing w:before="140" w:after="40"/>
        <w:jc w:val="center"/>
        <w:rPr>
          <w:sz w:val="28"/>
          <w:szCs w:val="28"/>
          <w:lang w:val="ro-RO"/>
        </w:rPr>
      </w:pPr>
      <w:r w:rsidRPr="008C2128">
        <w:rPr>
          <w:b/>
          <w:sz w:val="28"/>
          <w:szCs w:val="28"/>
          <w:lang w:val="ro-RO"/>
        </w:rPr>
        <w:t>CERERE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:rsidRPr="008C2128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sz w:val="16"/>
                <w:lang w:val="ro-RO"/>
              </w:rPr>
              <w:t xml:space="preserve"> 1. </w:t>
            </w:r>
            <w:r w:rsidRPr="008C2128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1E1635" w:rsidRPr="008C2128" w14:paraId="3420F494" w14:textId="77777777">
        <w:trPr>
          <w:cantSplit/>
          <w:trHeight w:val="510"/>
        </w:trPr>
        <w:tc>
          <w:tcPr>
            <w:tcW w:w="9636" w:type="dxa"/>
          </w:tcPr>
          <w:p w14:paraId="33C1A201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Instituția</w:t>
            </w:r>
          </w:p>
          <w:p w14:paraId="2670D99B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i/>
                <w:color w:val="7A7A7A"/>
                <w:lang w:val="ro-RO"/>
              </w:rPr>
              <w:t>primăria municipiului / orașului / comunei · primăria de sector · consiliul județean</w:t>
            </w:r>
          </w:p>
          <w:p w14:paraId="5258CF99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77777777" w:rsidR="001E1635" w:rsidRPr="008C2128" w:rsidRDefault="00000000">
            <w:pPr>
              <w:spacing w:line="228" w:lineRule="auto"/>
              <w:rPr>
                <w:lang w:val="ro-RO"/>
              </w:rPr>
            </w:pPr>
            <w:r w:rsidRPr="008C2128">
              <w:rPr>
                <w:lang w:val="ro-RO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43A0FF9" w14:textId="77777777" w:rsidR="001E1635" w:rsidRPr="008C2128" w:rsidRDefault="001E16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:rsidRPr="008C2128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sz w:val="16"/>
                <w:lang w:val="ro-RO"/>
              </w:rPr>
              <w:t xml:space="preserve"> 2. </w:t>
            </w:r>
            <w:r w:rsidRPr="008C2128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1E1635" w:rsidRPr="008C2128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Nume și prenume</w:t>
            </w:r>
          </w:p>
          <w:p w14:paraId="7B1283D5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10587865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CNP</w:t>
            </w:r>
          </w:p>
          <w:p w14:paraId="2D0F7177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Act de identitate</w:t>
            </w:r>
          </w:p>
        </w:tc>
      </w:tr>
      <w:tr w:rsidR="001E1635" w:rsidRPr="008C2128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Seria</w:t>
            </w:r>
          </w:p>
          <w:p w14:paraId="275A06B3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43BFC13E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Numărul</w:t>
            </w:r>
          </w:p>
          <w:p w14:paraId="2E65348D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7B9DD492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Eliberat de</w:t>
            </w:r>
          </w:p>
          <w:p w14:paraId="70F0CC96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60E597E4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La data</w:t>
            </w:r>
          </w:p>
          <w:p w14:paraId="6300FA57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Domiciliul</w:t>
            </w:r>
          </w:p>
        </w:tc>
      </w:tr>
      <w:tr w:rsidR="001E1635" w:rsidRPr="008C2128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Județul</w:t>
            </w:r>
          </w:p>
          <w:p w14:paraId="48DBA502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2D5606EF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Municipiul / orașul / comuna</w:t>
            </w:r>
          </w:p>
          <w:p w14:paraId="5854C40F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46F246FF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Satul / sectorul</w:t>
            </w:r>
          </w:p>
          <w:p w14:paraId="579A6C6B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Strada</w:t>
            </w:r>
          </w:p>
          <w:p w14:paraId="1AB7831E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D2DE660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Nr.</w:t>
            </w:r>
          </w:p>
          <w:p w14:paraId="34EBA780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4F859CEF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Sc.</w:t>
            </w:r>
          </w:p>
          <w:p w14:paraId="53E268F2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2FE0E9E0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Et.</w:t>
            </w:r>
          </w:p>
          <w:p w14:paraId="627907AC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8282E65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Ap.</w:t>
            </w:r>
          </w:p>
          <w:p w14:paraId="1888BB86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508ECD8F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Cod poștal</w:t>
            </w:r>
          </w:p>
          <w:p w14:paraId="1170C48A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E309097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Țara</w:t>
            </w:r>
          </w:p>
          <w:p w14:paraId="1827BC03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Date de contact</w:t>
            </w:r>
          </w:p>
        </w:tc>
      </w:tr>
      <w:tr w:rsidR="001E1635" w:rsidRPr="008C2128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Telefon / fax</w:t>
            </w:r>
          </w:p>
          <w:p w14:paraId="7BBE1A21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46FD555B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E-mail</w:t>
            </w:r>
          </w:p>
          <w:p w14:paraId="7FC05727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Reprezentare</w:t>
            </w:r>
          </w:p>
        </w:tc>
      </w:tr>
      <w:tr w:rsidR="001E1635" w:rsidRPr="008C2128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În calitate de reprezentant al</w:t>
            </w:r>
          </w:p>
          <w:p w14:paraId="2BCE0519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19A65997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CUI / CIF</w:t>
            </w:r>
          </w:p>
          <w:p w14:paraId="1DC7B09A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8C2128" w:rsidRDefault="00000000">
            <w:pPr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☐ titular al dreptului de proprietate     ☐ împuternicit al titularului</w:t>
            </w:r>
          </w:p>
        </w:tc>
      </w:tr>
    </w:tbl>
    <w:p w14:paraId="15885AE3" w14:textId="77777777" w:rsidR="001E1635" w:rsidRPr="008C2128" w:rsidRDefault="001E1635">
      <w:pPr>
        <w:spacing w:line="168" w:lineRule="auto"/>
        <w:rPr>
          <w:lang w:val="ro-RO"/>
        </w:rPr>
      </w:pPr>
    </w:p>
    <w:p w14:paraId="2B137E9F" w14:textId="77777777" w:rsidR="001E1635" w:rsidRPr="008C2128" w:rsidRDefault="00000000">
      <w:pPr>
        <w:spacing w:before="80" w:after="60"/>
        <w:jc w:val="center"/>
        <w:rPr>
          <w:lang w:val="ro-RO"/>
        </w:rPr>
      </w:pPr>
      <w:r w:rsidRPr="008C2128">
        <w:rPr>
          <w:sz w:val="18"/>
          <w:lang w:val="ro-RO"/>
        </w:rPr>
        <w:t>în conformitate cu prevederile Legii nr. 169/2026 privind Codul amenajării teritoriului, urbanismului și construcțiilor,</w:t>
      </w:r>
    </w:p>
    <w:p w14:paraId="25ED7088" w14:textId="77777777" w:rsidR="001E1635" w:rsidRPr="008C2128" w:rsidRDefault="00000000">
      <w:pPr>
        <w:spacing w:before="80" w:after="60"/>
        <w:jc w:val="center"/>
        <w:rPr>
          <w:lang w:val="ro-RO"/>
        </w:rPr>
      </w:pPr>
      <w:r w:rsidRPr="008C2128">
        <w:rPr>
          <w:sz w:val="18"/>
          <w:lang w:val="ro-RO"/>
        </w:rPr>
        <w:t>solicit emiterea</w:t>
      </w:r>
    </w:p>
    <w:p w14:paraId="2102D1EC" w14:textId="77777777" w:rsidR="001E1635" w:rsidRPr="008C2128" w:rsidRDefault="00000000">
      <w:pPr>
        <w:spacing w:after="160"/>
        <w:jc w:val="center"/>
        <w:rPr>
          <w:lang w:val="ro-RO"/>
        </w:rPr>
      </w:pPr>
      <w:r w:rsidRPr="008C2128">
        <w:rPr>
          <w:b/>
          <w:sz w:val="20"/>
          <w:lang w:val="ro-RO"/>
        </w:rPr>
        <w:t>CERTIFICATULUI DE URBANISM</w:t>
      </w:r>
    </w:p>
    <w:p w14:paraId="043C0D46" w14:textId="77777777" w:rsidR="001E1635" w:rsidRPr="008C2128" w:rsidRDefault="00000000">
      <w:pPr>
        <w:spacing w:after="160"/>
        <w:jc w:val="center"/>
        <w:rPr>
          <w:b/>
          <w:sz w:val="20"/>
          <w:lang w:val="ro-RO"/>
        </w:rPr>
      </w:pPr>
      <w:r w:rsidRPr="008C2128">
        <w:rPr>
          <w:b/>
          <w:sz w:val="20"/>
          <w:lang w:val="ro-RO"/>
        </w:rPr>
        <w:t>PENTRU OPERAȚIUNI CADASTRALE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8C2128" w14:paraId="1F9B2A48" w14:textId="77777777" w:rsidTr="006257CA">
        <w:tc>
          <w:tcPr>
            <w:tcW w:w="9636" w:type="dxa"/>
          </w:tcPr>
          <w:p w14:paraId="231CB6BD" w14:textId="5A290929" w:rsidR="006257CA" w:rsidRPr="008C2128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  <w:lang w:val="ro-RO"/>
              </w:rPr>
            </w:pPr>
            <w:r w:rsidRPr="008C2128">
              <w:rPr>
                <w:b/>
                <w:bCs/>
                <w:sz w:val="18"/>
                <w:szCs w:val="18"/>
                <w:lang w:val="ro-RO"/>
              </w:rPr>
              <w:t>3. ÎN  VEDEREA REALIZĂRII OPERAȚIUNII CADATRALE :</w:t>
            </w:r>
          </w:p>
        </w:tc>
      </w:tr>
      <w:tr w:rsidR="006257CA" w:rsidRPr="008C2128" w14:paraId="3DEC5D63" w14:textId="77777777" w:rsidTr="006257CA">
        <w:tc>
          <w:tcPr>
            <w:tcW w:w="9636" w:type="dxa"/>
          </w:tcPr>
          <w:p w14:paraId="008D0B05" w14:textId="77777777" w:rsidR="006257CA" w:rsidRPr="008C2128" w:rsidRDefault="006257CA" w:rsidP="00C245EC">
            <w:pPr>
              <w:rPr>
                <w:lang w:val="ro-RO"/>
              </w:rPr>
            </w:pPr>
            <w:r w:rsidRPr="008C2128">
              <w:rPr>
                <w:rFonts w:ascii="Segoe UI Symbol" w:hAnsi="Segoe UI Symbol" w:cs="Segoe UI Symbol"/>
                <w:lang w:val="ro-RO"/>
              </w:rPr>
              <w:t>☐</w:t>
            </w:r>
            <w:r w:rsidRPr="008C2128">
              <w:rPr>
                <w:lang w:val="ro-RO"/>
              </w:rPr>
              <w:t xml:space="preserve"> comasare (alipire)     </w:t>
            </w:r>
            <w:r w:rsidRPr="008C2128">
              <w:rPr>
                <w:rFonts w:ascii="Segoe UI Symbol" w:hAnsi="Segoe UI Symbol" w:cs="Segoe UI Symbol"/>
                <w:lang w:val="ro-RO"/>
              </w:rPr>
              <w:t>☐</w:t>
            </w:r>
            <w:r w:rsidRPr="008C2128">
              <w:rPr>
                <w:lang w:val="ro-RO"/>
              </w:rPr>
              <w:t xml:space="preserve"> dezmembrare (dezlipire)     </w:t>
            </w:r>
            <w:r w:rsidRPr="008C2128">
              <w:rPr>
                <w:rFonts w:ascii="Segoe UI Symbol" w:hAnsi="Segoe UI Symbol" w:cs="Segoe UI Symbol"/>
                <w:lang w:val="ro-RO"/>
              </w:rPr>
              <w:t>☐</w:t>
            </w:r>
            <w:r w:rsidRPr="008C2128">
              <w:rPr>
                <w:lang w:val="ro-RO"/>
              </w:rPr>
              <w:t xml:space="preserve"> </w:t>
            </w:r>
            <w:r w:rsidRPr="008C2128">
              <w:rPr>
                <w:rFonts w:cs="Times New Roman"/>
                <w:lang w:val="ro-RO"/>
              </w:rPr>
              <w:t>î</w:t>
            </w:r>
            <w:r w:rsidRPr="008C2128">
              <w:rPr>
                <w:lang w:val="ro-RO"/>
              </w:rPr>
              <w:t>nscrierea unor servitu</w:t>
            </w:r>
            <w:r w:rsidRPr="008C2128">
              <w:rPr>
                <w:rFonts w:cs="Times New Roman"/>
                <w:lang w:val="ro-RO"/>
              </w:rPr>
              <w:t>ț</w:t>
            </w:r>
            <w:r w:rsidRPr="008C2128">
              <w:rPr>
                <w:lang w:val="ro-RO"/>
              </w:rPr>
              <w:t>i de trecere</w:t>
            </w:r>
          </w:p>
        </w:tc>
      </w:tr>
      <w:tr w:rsidR="006257CA" w:rsidRPr="008C2128" w14:paraId="13134CBC" w14:textId="77777777" w:rsidTr="006257CA">
        <w:tc>
          <w:tcPr>
            <w:tcW w:w="9636" w:type="dxa"/>
          </w:tcPr>
          <w:p w14:paraId="2FC77D01" w14:textId="77777777" w:rsidR="006257CA" w:rsidRPr="008C2128" w:rsidRDefault="006257CA" w:rsidP="00C245EC">
            <w:pPr>
              <w:rPr>
                <w:lang w:val="ro-RO"/>
              </w:rPr>
            </w:pPr>
            <w:r w:rsidRPr="008C2128">
              <w:rPr>
                <w:lang w:val="ro-RO"/>
              </w:rPr>
              <w:t xml:space="preserve"> </w:t>
            </w:r>
            <w:r w:rsidRPr="008C2128">
              <w:rPr>
                <w:rFonts w:ascii="Segoe UI Symbol" w:hAnsi="Segoe UI Symbol" w:cs="Segoe UI Symbol"/>
                <w:lang w:val="ro-RO"/>
              </w:rPr>
              <w:t>☐</w:t>
            </w:r>
            <w:r w:rsidRPr="008C2128">
              <w:rPr>
                <w:lang w:val="ro-RO"/>
              </w:rPr>
              <w:t xml:space="preserve"> eviden</w:t>
            </w:r>
            <w:r w:rsidRPr="008C2128">
              <w:rPr>
                <w:rFonts w:cs="Times New Roman"/>
                <w:lang w:val="ro-RO"/>
              </w:rPr>
              <w:t>ț</w:t>
            </w:r>
            <w:r w:rsidRPr="008C2128">
              <w:rPr>
                <w:lang w:val="ro-RO"/>
              </w:rPr>
              <w:t xml:space="preserve">ieri de imobile </w:t>
            </w:r>
            <w:r w:rsidRPr="008C2128">
              <w:rPr>
                <w:rFonts w:cs="Times New Roman"/>
                <w:lang w:val="ro-RO"/>
              </w:rPr>
              <w:t>î</w:t>
            </w:r>
            <w:r w:rsidRPr="008C2128">
              <w:rPr>
                <w:lang w:val="ro-RO"/>
              </w:rPr>
              <w:t>n cartea funciar</w:t>
            </w:r>
            <w:r w:rsidRPr="008C2128">
              <w:rPr>
                <w:rFonts w:cs="Times New Roman"/>
                <w:lang w:val="ro-RO"/>
              </w:rPr>
              <w:t>ă</w:t>
            </w:r>
            <w:r w:rsidRPr="008C2128">
              <w:rPr>
                <w:lang w:val="ro-RO"/>
              </w:rPr>
              <w:t xml:space="preserve">     </w:t>
            </w:r>
            <w:r w:rsidRPr="008C2128">
              <w:rPr>
                <w:rFonts w:ascii="Segoe UI Symbol" w:hAnsi="Segoe UI Symbol" w:cs="Segoe UI Symbol"/>
                <w:lang w:val="ro-RO"/>
              </w:rPr>
              <w:t>☐</w:t>
            </w:r>
            <w:r w:rsidRPr="008C2128">
              <w:rPr>
                <w:lang w:val="ro-RO"/>
              </w:rPr>
              <w:t xml:space="preserve"> reeviden</w:t>
            </w:r>
            <w:r w:rsidRPr="008C2128">
              <w:rPr>
                <w:rFonts w:cs="Times New Roman"/>
                <w:lang w:val="ro-RO"/>
              </w:rPr>
              <w:t>ț</w:t>
            </w:r>
            <w:r w:rsidRPr="008C2128">
              <w:rPr>
                <w:lang w:val="ro-RO"/>
              </w:rPr>
              <w:t xml:space="preserve">ieri de imobile </w:t>
            </w:r>
            <w:r w:rsidRPr="008C2128">
              <w:rPr>
                <w:rFonts w:cs="Times New Roman"/>
                <w:lang w:val="ro-RO"/>
              </w:rPr>
              <w:t>î</w:t>
            </w:r>
            <w:r w:rsidRPr="008C2128">
              <w:rPr>
                <w:lang w:val="ro-RO"/>
              </w:rPr>
              <w:t>n cartea funciar</w:t>
            </w:r>
            <w:r w:rsidRPr="008C2128">
              <w:rPr>
                <w:rFonts w:cs="Times New Roman"/>
                <w:lang w:val="ro-RO"/>
              </w:rPr>
              <w:t>ă</w:t>
            </w:r>
          </w:p>
        </w:tc>
      </w:tr>
      <w:tr w:rsidR="001E1635" w:rsidRPr="008C2128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Pr="008C2128" w:rsidRDefault="006257CA">
            <w:pPr>
              <w:keepNext/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>Descrierea operațiunii cadastrale propuse :</w:t>
            </w:r>
          </w:p>
        </w:tc>
      </w:tr>
      <w:tr w:rsidR="001E1635" w:rsidRPr="008C2128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Pr="008C2128" w:rsidRDefault="001E1635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  <w:p w14:paraId="5E9FABF3" w14:textId="77777777" w:rsidR="001E1635" w:rsidRPr="008C2128" w:rsidRDefault="001E1635">
            <w:pPr>
              <w:pBdr>
                <w:bottom w:val="dotted" w:sz="6" w:space="0" w:color="999999"/>
              </w:pBdr>
              <w:spacing w:after="80"/>
              <w:rPr>
                <w:lang w:val="ro-RO"/>
              </w:rPr>
            </w:pPr>
          </w:p>
        </w:tc>
      </w:tr>
    </w:tbl>
    <w:p w14:paraId="11939A91" w14:textId="77777777" w:rsidR="001E1635" w:rsidRPr="008C2128" w:rsidRDefault="001E16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:rsidRPr="008C2128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sz w:val="16"/>
                <w:lang w:val="ro-RO"/>
              </w:rPr>
              <w:t xml:space="preserve"> </w:t>
            </w:r>
            <w:r w:rsidR="006257CA" w:rsidRPr="008C2128">
              <w:rPr>
                <w:b/>
                <w:sz w:val="16"/>
                <w:lang w:val="ro-RO"/>
              </w:rPr>
              <w:t>4</w:t>
            </w:r>
            <w:r w:rsidRPr="008C2128">
              <w:rPr>
                <w:b/>
                <w:sz w:val="16"/>
                <w:lang w:val="ro-RO"/>
              </w:rPr>
              <w:t xml:space="preserve">. </w:t>
            </w:r>
            <w:r w:rsidRPr="008C2128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1E1635" w:rsidRPr="008C2128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1E1635" w:rsidRPr="008C2128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Județ</w:t>
            </w:r>
          </w:p>
          <w:p w14:paraId="5D01A21B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2B4CBF0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Municipiu / oraș / comună</w:t>
            </w:r>
          </w:p>
          <w:p w14:paraId="0D007FC5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67326A47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Sat / sector</w:t>
            </w:r>
          </w:p>
          <w:p w14:paraId="14240B19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Cod poștal</w:t>
            </w:r>
          </w:p>
          <w:p w14:paraId="1DB9B8CA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78F2E769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Strada</w:t>
            </w:r>
          </w:p>
          <w:p w14:paraId="19A492AB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599B76C6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Nr.</w:t>
            </w:r>
          </w:p>
          <w:p w14:paraId="3C285CCD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737CFA43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Bl. / sc. / et. / ap.</w:t>
            </w:r>
          </w:p>
          <w:p w14:paraId="1C99DBB8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  <w:tr w:rsidR="001E1635" w:rsidRPr="008C2128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Număr cadastral</w:t>
            </w:r>
          </w:p>
          <w:p w14:paraId="3FC4B016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i/>
                <w:color w:val="7A7A7A"/>
                <w:lang w:val="ro-RO"/>
              </w:rPr>
              <w:t>dacă imobilul e înscris în e-Terra</w:t>
            </w:r>
          </w:p>
          <w:p w14:paraId="77A4081E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Carte funciară nr.</w:t>
            </w:r>
          </w:p>
          <w:p w14:paraId="085D4033" w14:textId="77777777" w:rsidR="001E1635" w:rsidRPr="008C2128" w:rsidRDefault="001E1635">
            <w:pPr>
              <w:keepNext/>
              <w:rPr>
                <w:lang w:val="ro-RO"/>
              </w:rPr>
            </w:pPr>
          </w:p>
        </w:tc>
      </w:tr>
    </w:tbl>
    <w:p w14:paraId="6A8F4A2A" w14:textId="1AAC5F68" w:rsidR="001E1635" w:rsidRPr="008C2128" w:rsidRDefault="001E1635" w:rsidP="006257CA">
      <w:pPr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:rsidRPr="008C2128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sz w:val="16"/>
                <w:lang w:val="ro-RO"/>
              </w:rPr>
              <w:t xml:space="preserve"> 5. </w:t>
            </w:r>
            <w:r w:rsidRPr="008C2128">
              <w:rPr>
                <w:b/>
                <w:color w:val="000000"/>
                <w:sz w:val="18"/>
                <w:lang w:val="ro-RO"/>
              </w:rPr>
              <w:t>SE ANEXEAZĂ</w:t>
            </w:r>
          </w:p>
        </w:tc>
      </w:tr>
      <w:tr w:rsidR="001E1635" w:rsidRPr="008C2128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Pr="008C2128" w:rsidRDefault="00000000">
            <w:pPr>
              <w:rPr>
                <w:sz w:val="16"/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☐ documentația cadastrală     </w:t>
            </w:r>
            <w:r w:rsidR="006257CA" w:rsidRPr="008C2128">
              <w:rPr>
                <w:sz w:val="16"/>
                <w:lang w:val="ro-RO"/>
              </w:rPr>
              <w:t xml:space="preserve">                         </w:t>
            </w:r>
            <w:r w:rsidR="006257CA" w:rsidRPr="008C2128">
              <w:rPr>
                <w:rFonts w:ascii="Segoe UI Symbol" w:hAnsi="Segoe UI Symbol" w:cs="Segoe UI Symbol"/>
                <w:sz w:val="16"/>
                <w:lang w:val="ro-RO"/>
              </w:rPr>
              <w:t xml:space="preserve">☐ </w:t>
            </w:r>
            <w:r w:rsidR="006257CA" w:rsidRPr="008C2128">
              <w:rPr>
                <w:sz w:val="16"/>
                <w:lang w:val="ro-RO"/>
              </w:rPr>
              <w:t>plan cu o propunere de comasare/dezmembrare</w:t>
            </w:r>
          </w:p>
          <w:p w14:paraId="2445E5EB" w14:textId="2BE49333" w:rsidR="001E1635" w:rsidRPr="008C2128" w:rsidRDefault="006257CA">
            <w:pPr>
              <w:rPr>
                <w:sz w:val="16"/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 ☐ extras de carte funciară actualizat              ☐ plan de încadrare în zonă în sistem Stereo 70                    </w:t>
            </w:r>
            <w:r w:rsidRPr="008C2128">
              <w:rPr>
                <w:rFonts w:ascii="Segoe UI Symbol" w:hAnsi="Segoe UI Symbol" w:cs="Segoe UI Symbol"/>
                <w:sz w:val="16"/>
                <w:lang w:val="ro-RO"/>
              </w:rPr>
              <w:t>☐</w:t>
            </w:r>
            <w:r w:rsidRPr="008C2128">
              <w:rPr>
                <w:sz w:val="16"/>
                <w:lang w:val="ro-RO"/>
              </w:rPr>
              <w:t xml:space="preserve"> împuternicirea, dacă este cazul      </w:t>
            </w:r>
          </w:p>
        </w:tc>
      </w:tr>
    </w:tbl>
    <w:p w14:paraId="0A540DB6" w14:textId="77777777" w:rsidR="001E1635" w:rsidRPr="008C2128" w:rsidRDefault="001E16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:rsidRPr="008C2128" w14:paraId="457DF426" w14:textId="77777777">
        <w:trPr>
          <w:cantSplit/>
        </w:trPr>
        <w:tc>
          <w:tcPr>
            <w:tcW w:w="9636" w:type="dxa"/>
            <w:shd w:val="clear" w:color="auto" w:fill="F4F4F4"/>
          </w:tcPr>
          <w:p w14:paraId="559EBB22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sz w:val="16"/>
                <w:lang w:val="ro-RO"/>
              </w:rPr>
              <w:t xml:space="preserve"> 6. </w:t>
            </w:r>
            <w:r w:rsidRPr="008C2128">
              <w:rPr>
                <w:b/>
                <w:color w:val="000000"/>
                <w:sz w:val="18"/>
                <w:lang w:val="ro-RO"/>
              </w:rPr>
              <w:t>COMUNICAREA RĂSPUNSULUI</w:t>
            </w:r>
          </w:p>
        </w:tc>
      </w:tr>
      <w:tr w:rsidR="001E1635" w:rsidRPr="008C2128" w14:paraId="49112FAF" w14:textId="77777777">
        <w:trPr>
          <w:cantSplit/>
        </w:trPr>
        <w:tc>
          <w:tcPr>
            <w:tcW w:w="9636" w:type="dxa"/>
          </w:tcPr>
          <w:p w14:paraId="0C0C25C2" w14:textId="77777777" w:rsidR="001E1635" w:rsidRPr="008C2128" w:rsidRDefault="00000000">
            <w:pPr>
              <w:rPr>
                <w:lang w:val="ro-RO"/>
              </w:rPr>
            </w:pPr>
            <w:r w:rsidRPr="008C2128">
              <w:rPr>
                <w:sz w:val="16"/>
                <w:lang w:val="ro-RO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335F2CDC" w14:textId="77777777" w:rsidR="001E1635" w:rsidRPr="008C2128" w:rsidRDefault="001E1635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:rsidRPr="008C2128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Pr="008C2128" w:rsidRDefault="00000000">
            <w:pPr>
              <w:keepNext/>
              <w:rPr>
                <w:lang w:val="ro-RO"/>
              </w:rPr>
            </w:pPr>
            <w:r w:rsidRPr="008C2128">
              <w:rPr>
                <w:b/>
                <w:sz w:val="16"/>
                <w:lang w:val="ro-RO"/>
              </w:rPr>
              <w:t xml:space="preserve"> 7. </w:t>
            </w:r>
            <w:r w:rsidRPr="008C2128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1E1635" w:rsidRPr="008C2128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Pr="008C2128" w:rsidRDefault="00000000">
            <w:pPr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Data</w:t>
            </w:r>
          </w:p>
          <w:p w14:paraId="05BFAAF9" w14:textId="77777777" w:rsidR="001E1635" w:rsidRPr="008C2128" w:rsidRDefault="001E1635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250ED718" w14:textId="77777777" w:rsidR="001E1635" w:rsidRPr="008C2128" w:rsidRDefault="00000000">
            <w:pPr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Solicitantul</w:t>
            </w:r>
          </w:p>
          <w:p w14:paraId="455E75E1" w14:textId="77777777" w:rsidR="001E1635" w:rsidRPr="008C2128" w:rsidRDefault="001E1635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53DD217D" w14:textId="77777777" w:rsidR="001E1635" w:rsidRPr="008C2128" w:rsidRDefault="00000000">
            <w:pPr>
              <w:rPr>
                <w:lang w:val="ro-RO"/>
              </w:rPr>
            </w:pPr>
            <w:r w:rsidRPr="008C2128">
              <w:rPr>
                <w:b/>
                <w:color w:val="0D5F78"/>
                <w:lang w:val="ro-RO"/>
              </w:rPr>
              <w:t>Semnătura</w:t>
            </w:r>
          </w:p>
          <w:p w14:paraId="655A8FB3" w14:textId="77777777" w:rsidR="001E1635" w:rsidRPr="008C2128" w:rsidRDefault="001E1635">
            <w:pPr>
              <w:rPr>
                <w:lang w:val="ro-RO"/>
              </w:rPr>
            </w:pPr>
          </w:p>
        </w:tc>
      </w:tr>
    </w:tbl>
    <w:p w14:paraId="005090D8" w14:textId="77777777" w:rsidR="001E1635" w:rsidRPr="008C2128" w:rsidRDefault="001E1635">
      <w:pPr>
        <w:spacing w:line="168" w:lineRule="auto"/>
        <w:rPr>
          <w:lang w:val="ro-RO"/>
        </w:rPr>
      </w:pPr>
    </w:p>
    <w:sectPr w:rsidR="001E1635" w:rsidRPr="008C2128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7118C" w14:textId="77777777" w:rsidR="003B1F51" w:rsidRDefault="003B1F51">
      <w:r>
        <w:separator/>
      </w:r>
    </w:p>
  </w:endnote>
  <w:endnote w:type="continuationSeparator" w:id="0">
    <w:p w14:paraId="0FB20E5B" w14:textId="77777777" w:rsidR="003B1F51" w:rsidRDefault="003B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E5FA" w14:textId="77777777" w:rsidR="001E1635" w:rsidRDefault="00000000">
    <w:pPr>
      <w:pStyle w:val="Footer"/>
      <w:tabs>
        <w:tab w:val="right" w:pos="9639"/>
      </w:tabs>
    </w:pPr>
    <w:r>
      <w:rPr>
        <w:color w:val="595959"/>
      </w:rPr>
      <w:t xml:space="preserve">F_CU_02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257C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257C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93B11" w14:textId="77777777" w:rsidR="003B1F51" w:rsidRDefault="003B1F51">
      <w:r>
        <w:separator/>
      </w:r>
    </w:p>
  </w:footnote>
  <w:footnote w:type="continuationSeparator" w:id="0">
    <w:p w14:paraId="01ED4127" w14:textId="77777777" w:rsidR="003B1F51" w:rsidRDefault="003B1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72230">
    <w:abstractNumId w:val="8"/>
  </w:num>
  <w:num w:numId="2" w16cid:durableId="667757946">
    <w:abstractNumId w:val="6"/>
  </w:num>
  <w:num w:numId="3" w16cid:durableId="509612429">
    <w:abstractNumId w:val="5"/>
  </w:num>
  <w:num w:numId="4" w16cid:durableId="2008286866">
    <w:abstractNumId w:val="4"/>
  </w:num>
  <w:num w:numId="5" w16cid:durableId="791560319">
    <w:abstractNumId w:val="7"/>
  </w:num>
  <w:num w:numId="6" w16cid:durableId="190805796">
    <w:abstractNumId w:val="3"/>
  </w:num>
  <w:num w:numId="7" w16cid:durableId="397367673">
    <w:abstractNumId w:val="2"/>
  </w:num>
  <w:num w:numId="8" w16cid:durableId="377894382">
    <w:abstractNumId w:val="1"/>
  </w:num>
  <w:num w:numId="9" w16cid:durableId="169607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15074B"/>
    <w:rsid w:val="001E1635"/>
    <w:rsid w:val="001E5074"/>
    <w:rsid w:val="00220D4E"/>
    <w:rsid w:val="0029639D"/>
    <w:rsid w:val="00326F90"/>
    <w:rsid w:val="003B1F51"/>
    <w:rsid w:val="00453F43"/>
    <w:rsid w:val="00531845"/>
    <w:rsid w:val="006257CA"/>
    <w:rsid w:val="006C103E"/>
    <w:rsid w:val="008C2128"/>
    <w:rsid w:val="00990C51"/>
    <w:rsid w:val="009D782F"/>
    <w:rsid w:val="009E2E6B"/>
    <w:rsid w:val="00A37FAC"/>
    <w:rsid w:val="00AA1D8D"/>
    <w:rsid w:val="00AC5F9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71537E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20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@primariatur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2026-09-01T12:05:00Z</dcterms:created>
  <dcterms:modified xsi:type="dcterms:W3CDTF">2026-09-01T12:05:00Z</dcterms:modified>
  <cp:category/>
</cp:coreProperties>
</file>