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BD4241" w:rsidRPr="006E2798" w14:paraId="75F87DD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ECBD4B9" w14:textId="437D5BFF" w:rsidR="00BD4241" w:rsidRPr="006E2798" w:rsidRDefault="00B50C20">
            <w:pPr>
              <w:keepNext/>
              <w:jc w:val="center"/>
              <w:rPr>
                <w:lang w:val="ro-RO"/>
              </w:rPr>
            </w:pPr>
            <w:r w:rsidRPr="006E2798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3B3F0F97" wp14:editId="7D45F868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0CAC84D8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Județul</w:t>
            </w:r>
          </w:p>
          <w:p w14:paraId="5170F875" w14:textId="7DB5AA49" w:rsidR="00BD4241" w:rsidRPr="006E2798" w:rsidRDefault="00B50C20">
            <w:pPr>
              <w:keepNext/>
              <w:rPr>
                <w:lang w:val="ro-RO"/>
              </w:rPr>
            </w:pPr>
            <w:r w:rsidRPr="006E2798">
              <w:rPr>
                <w:b/>
                <w:bCs/>
                <w:lang w:val="ro-RO"/>
              </w:rPr>
              <w:t>CLUJ</w:t>
            </w:r>
          </w:p>
        </w:tc>
      </w:tr>
      <w:tr w:rsidR="00BD4241" w:rsidRPr="006E2798" w14:paraId="46378CC6" w14:textId="77777777">
        <w:trPr>
          <w:cantSplit/>
          <w:trHeight w:val="510"/>
        </w:trPr>
        <w:tc>
          <w:tcPr>
            <w:tcW w:w="1606" w:type="dxa"/>
            <w:vMerge/>
          </w:tcPr>
          <w:p w14:paraId="59016D90" w14:textId="77777777" w:rsidR="00BD4241" w:rsidRPr="006E2798" w:rsidRDefault="00BD4241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26D504E8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Autoritatea administrației publice</w:t>
            </w:r>
          </w:p>
          <w:p w14:paraId="5529F8B8" w14:textId="7CC9AE65" w:rsidR="00BD4241" w:rsidRPr="006E2798" w:rsidRDefault="00B50C20">
            <w:pPr>
              <w:keepNext/>
              <w:rPr>
                <w:lang w:val="ro-RO"/>
              </w:rPr>
            </w:pPr>
            <w:r w:rsidRPr="006E2798">
              <w:rPr>
                <w:b/>
                <w:bCs/>
                <w:lang w:val="ro-RO"/>
              </w:rPr>
              <w:t>PRIMĂRIA MUNICIPIULUI TURDA</w:t>
            </w:r>
          </w:p>
        </w:tc>
      </w:tr>
      <w:tr w:rsidR="00BD4241" w:rsidRPr="006E2798" w14:paraId="4792C433" w14:textId="77777777">
        <w:trPr>
          <w:cantSplit/>
          <w:trHeight w:val="510"/>
        </w:trPr>
        <w:tc>
          <w:tcPr>
            <w:tcW w:w="1606" w:type="dxa"/>
            <w:vMerge/>
          </w:tcPr>
          <w:p w14:paraId="5C207147" w14:textId="77777777" w:rsidR="00BD4241" w:rsidRPr="006E2798" w:rsidRDefault="00BD4241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63A69977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Cod de identificare fiscală (CIF)</w:t>
            </w:r>
          </w:p>
          <w:p w14:paraId="095A60EC" w14:textId="3E649289" w:rsidR="00BD4241" w:rsidRPr="006E2798" w:rsidRDefault="00B50C20">
            <w:pPr>
              <w:keepNext/>
              <w:rPr>
                <w:lang w:val="ro-RO"/>
              </w:rPr>
            </w:pPr>
            <w:r w:rsidRPr="006E2798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6B44E66B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Adresa oficială</w:t>
            </w:r>
          </w:p>
          <w:p w14:paraId="5A4E0C0C" w14:textId="77777777" w:rsidR="00B50C20" w:rsidRPr="006E2798" w:rsidRDefault="00B50C20" w:rsidP="00B50C20">
            <w:pPr>
              <w:rPr>
                <w:i/>
                <w:color w:val="7A7A7A"/>
                <w:lang w:val="ro-RO"/>
              </w:rPr>
            </w:pPr>
            <w:r w:rsidRPr="006E2798">
              <w:rPr>
                <w:b/>
                <w:bCs/>
                <w:i/>
                <w:lang w:val="ro-RO"/>
              </w:rPr>
              <w:t xml:space="preserve">P-ța 1 Decembrie 1918 nr.28 · tel: 0264-313160· e-mail: </w:t>
            </w:r>
            <w:hyperlink r:id="rId9" w:history="1">
              <w:r w:rsidRPr="006E2798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6E2798">
              <w:rPr>
                <w:i/>
                <w:color w:val="7A7A7A"/>
                <w:lang w:val="ro-RO"/>
              </w:rPr>
              <w:t xml:space="preserve"> </w:t>
            </w:r>
          </w:p>
          <w:p w14:paraId="72B93E2A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451B073E" w14:textId="77777777">
        <w:trPr>
          <w:cantSplit/>
          <w:trHeight w:val="510"/>
        </w:trPr>
        <w:tc>
          <w:tcPr>
            <w:tcW w:w="1606" w:type="dxa"/>
            <w:vMerge/>
          </w:tcPr>
          <w:p w14:paraId="647DA494" w14:textId="77777777" w:rsidR="00BD4241" w:rsidRPr="006E2798" w:rsidRDefault="00BD4241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431FA99E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Număr de înregistrare</w:t>
            </w:r>
          </w:p>
          <w:p w14:paraId="30BAE2CC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0C9B8221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Data</w:t>
            </w:r>
          </w:p>
          <w:p w14:paraId="44DBF38B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2C068744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38F1B702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118016BF" w14:textId="77777777" w:rsidR="00BD4241" w:rsidRPr="006E2798" w:rsidRDefault="00BD4241">
      <w:pPr>
        <w:spacing w:line="168" w:lineRule="auto"/>
        <w:rPr>
          <w:lang w:val="ro-RO"/>
        </w:rPr>
      </w:pPr>
    </w:p>
    <w:p w14:paraId="79F54518" w14:textId="77777777" w:rsidR="00BD4241" w:rsidRPr="006E2798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6E2798">
        <w:rPr>
          <w:b/>
          <w:sz w:val="28"/>
          <w:szCs w:val="28"/>
          <w:lang w:val="ro-RO"/>
        </w:rPr>
        <w:t>CERERE</w:t>
      </w:r>
    </w:p>
    <w:p w14:paraId="5168B443" w14:textId="77777777" w:rsidR="00BD4241" w:rsidRPr="006E2798" w:rsidRDefault="00BD4241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:rsidRPr="006E2798" w14:paraId="5B8127F4" w14:textId="77777777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sz w:val="16"/>
                <w:lang w:val="ro-RO"/>
              </w:rPr>
              <w:t xml:space="preserve"> 1. </w:t>
            </w:r>
            <w:r w:rsidRPr="006E2798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BD4241" w:rsidRPr="006E2798" w14:paraId="224D3884" w14:textId="77777777">
        <w:trPr>
          <w:cantSplit/>
          <w:trHeight w:val="510"/>
        </w:trPr>
        <w:tc>
          <w:tcPr>
            <w:tcW w:w="9636" w:type="dxa"/>
          </w:tcPr>
          <w:p w14:paraId="04E69316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Instituția</w:t>
            </w:r>
          </w:p>
          <w:p w14:paraId="1CA5657F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i/>
                <w:color w:val="7A7A7A"/>
                <w:lang w:val="ro-RO"/>
              </w:rPr>
              <w:t>primăria municipiului / orașului / comunei · primăria de sector · consiliul județean</w:t>
            </w:r>
          </w:p>
          <w:p w14:paraId="10337CF3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046C4EE0" w14:textId="77777777">
        <w:trPr>
          <w:cantSplit/>
        </w:trPr>
        <w:tc>
          <w:tcPr>
            <w:tcW w:w="9636" w:type="dxa"/>
            <w:shd w:val="clear" w:color="auto" w:fill="F4F4F4"/>
          </w:tcPr>
          <w:p w14:paraId="077DE950" w14:textId="77777777" w:rsidR="00BD4241" w:rsidRPr="006E2798" w:rsidRDefault="00000000">
            <w:pPr>
              <w:spacing w:line="228" w:lineRule="auto"/>
              <w:rPr>
                <w:lang w:val="ro-RO"/>
              </w:rPr>
            </w:pPr>
            <w:r w:rsidRPr="006E2798">
              <w:rPr>
                <w:lang w:val="ro-RO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4A1A8C50" w14:textId="77777777" w:rsidR="00BD4241" w:rsidRPr="006E2798" w:rsidRDefault="00BD4241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:rsidRPr="006E2798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sz w:val="16"/>
                <w:lang w:val="ro-RO"/>
              </w:rPr>
              <w:t xml:space="preserve"> 2. </w:t>
            </w:r>
            <w:r w:rsidRPr="006E2798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BD4241" w:rsidRPr="006E2798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Nume și prenume</w:t>
            </w:r>
          </w:p>
          <w:p w14:paraId="06BA1AF7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2CA91F04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CNP</w:t>
            </w:r>
          </w:p>
          <w:p w14:paraId="6F17B983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Act de identitate</w:t>
            </w:r>
          </w:p>
        </w:tc>
      </w:tr>
      <w:tr w:rsidR="00BD4241" w:rsidRPr="006E2798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Seria</w:t>
            </w:r>
          </w:p>
          <w:p w14:paraId="2CE8C383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78A133C8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Numărul</w:t>
            </w:r>
          </w:p>
          <w:p w14:paraId="5B4C6C87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1DEC4E0A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Eliberat de</w:t>
            </w:r>
          </w:p>
          <w:p w14:paraId="0D7A84B1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3041307A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La data</w:t>
            </w:r>
          </w:p>
          <w:p w14:paraId="4FED784F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Domiciliul</w:t>
            </w:r>
          </w:p>
        </w:tc>
      </w:tr>
      <w:tr w:rsidR="00BD4241" w:rsidRPr="006E2798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Județul</w:t>
            </w:r>
          </w:p>
          <w:p w14:paraId="02B03665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3D2368B4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Municipiul / orașul / comuna</w:t>
            </w:r>
          </w:p>
          <w:p w14:paraId="12749B16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1E6E4F5F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Satul / sectorul</w:t>
            </w:r>
          </w:p>
          <w:p w14:paraId="08E7A1B8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Strada</w:t>
            </w:r>
          </w:p>
          <w:p w14:paraId="747EBF17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3D75DCFA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Nr.</w:t>
            </w:r>
          </w:p>
          <w:p w14:paraId="6DAB33F7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BF58011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Sc.</w:t>
            </w:r>
          </w:p>
          <w:p w14:paraId="743EF765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2EA5DB1F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Et.</w:t>
            </w:r>
          </w:p>
          <w:p w14:paraId="2BD410CD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1954877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Ap.</w:t>
            </w:r>
          </w:p>
          <w:p w14:paraId="5709B55A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2A7F1969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Cod poștal</w:t>
            </w:r>
          </w:p>
          <w:p w14:paraId="68FE9CAC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ACD4FEC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Țara</w:t>
            </w:r>
          </w:p>
          <w:p w14:paraId="017FD79F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Date de contact</w:t>
            </w:r>
          </w:p>
        </w:tc>
      </w:tr>
      <w:tr w:rsidR="00BD4241" w:rsidRPr="006E2798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Telefon / fax</w:t>
            </w:r>
          </w:p>
          <w:p w14:paraId="061FE1EC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102AC599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E-mail</w:t>
            </w:r>
          </w:p>
          <w:p w14:paraId="53EB2E29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Reprezentare</w:t>
            </w:r>
          </w:p>
        </w:tc>
      </w:tr>
      <w:tr w:rsidR="00BD4241" w:rsidRPr="006E2798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În calitate de reprezentant al</w:t>
            </w:r>
          </w:p>
          <w:p w14:paraId="6970A0EC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0DA7EB0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CUI / CIF</w:t>
            </w:r>
          </w:p>
          <w:p w14:paraId="793AF090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titular al dreptului de proprietate     ☐ împuternicit al titularului</w:t>
            </w:r>
          </w:p>
        </w:tc>
      </w:tr>
    </w:tbl>
    <w:p w14:paraId="0783D327" w14:textId="77777777" w:rsidR="00BD4241" w:rsidRPr="006E2798" w:rsidRDefault="00BD4241">
      <w:pPr>
        <w:spacing w:line="168" w:lineRule="auto"/>
        <w:rPr>
          <w:lang w:val="ro-RO"/>
        </w:rPr>
      </w:pPr>
    </w:p>
    <w:p w14:paraId="6748266E" w14:textId="77777777" w:rsidR="00BD4241" w:rsidRPr="006E2798" w:rsidRDefault="00000000">
      <w:pPr>
        <w:spacing w:before="80" w:after="60"/>
        <w:jc w:val="center"/>
        <w:rPr>
          <w:lang w:val="ro-RO"/>
        </w:rPr>
      </w:pPr>
      <w:r w:rsidRPr="006E2798">
        <w:rPr>
          <w:sz w:val="18"/>
          <w:lang w:val="ro-RO"/>
        </w:rPr>
        <w:t>în conformitate cu prevederile Legii nr. 169/2026 privind Codul amenajării teritoriului, urbanismului și construcțiilor,</w:t>
      </w:r>
    </w:p>
    <w:p w14:paraId="55F72AB1" w14:textId="77777777" w:rsidR="00BD4241" w:rsidRPr="006E2798" w:rsidRDefault="00000000">
      <w:pPr>
        <w:spacing w:before="80" w:after="60"/>
        <w:jc w:val="center"/>
        <w:rPr>
          <w:lang w:val="ro-RO"/>
        </w:rPr>
      </w:pPr>
      <w:r w:rsidRPr="006E2798">
        <w:rPr>
          <w:sz w:val="18"/>
          <w:lang w:val="ro-RO"/>
        </w:rPr>
        <w:t>solicit emiterea</w:t>
      </w:r>
    </w:p>
    <w:p w14:paraId="458BA7BA" w14:textId="77777777" w:rsidR="00917520" w:rsidRPr="006E2798" w:rsidRDefault="00000000">
      <w:pPr>
        <w:spacing w:after="160"/>
        <w:jc w:val="center"/>
        <w:rPr>
          <w:b/>
          <w:sz w:val="20"/>
          <w:lang w:val="ro-RO"/>
        </w:rPr>
      </w:pPr>
      <w:r w:rsidRPr="006E2798">
        <w:rPr>
          <w:b/>
          <w:sz w:val="20"/>
          <w:lang w:val="ro-RO"/>
        </w:rPr>
        <w:t>CERTIFICATULUI DE URBANISM</w:t>
      </w:r>
    </w:p>
    <w:p w14:paraId="062DB540" w14:textId="00B1F188" w:rsidR="00BD4241" w:rsidRPr="006E2798" w:rsidRDefault="00000000">
      <w:pPr>
        <w:spacing w:after="160"/>
        <w:jc w:val="center"/>
        <w:rPr>
          <w:b/>
          <w:sz w:val="20"/>
          <w:lang w:val="ro-RO"/>
        </w:rPr>
      </w:pPr>
      <w:r w:rsidRPr="006E2798">
        <w:rPr>
          <w:b/>
          <w:sz w:val="20"/>
          <w:lang w:val="ro-RO"/>
        </w:rPr>
        <w:t xml:space="preserve"> PENTRU</w:t>
      </w:r>
    </w:p>
    <w:p w14:paraId="44A1332E" w14:textId="12DABAD3" w:rsidR="00462384" w:rsidRPr="006E2798" w:rsidRDefault="00917520">
      <w:pPr>
        <w:spacing w:after="160"/>
        <w:jc w:val="center"/>
        <w:rPr>
          <w:b/>
          <w:sz w:val="20"/>
          <w:lang w:val="ro-RO"/>
        </w:rPr>
      </w:pPr>
      <w:r w:rsidRPr="006E2798">
        <w:rPr>
          <w:rFonts w:ascii="Segoe UI Symbol" w:hAnsi="Segoe UI Symbol" w:cs="Segoe UI Symbol"/>
          <w:sz w:val="16"/>
          <w:lang w:val="ro-RO"/>
        </w:rPr>
        <w:t xml:space="preserve">☐ </w:t>
      </w:r>
      <w:r w:rsidR="00462384" w:rsidRPr="006E2798">
        <w:rPr>
          <w:b/>
          <w:sz w:val="20"/>
          <w:lang w:val="ro-RO"/>
        </w:rPr>
        <w:t xml:space="preserve">CONSTRUIRE / </w:t>
      </w:r>
      <w:r w:rsidRPr="006E2798">
        <w:rPr>
          <w:rFonts w:ascii="Segoe UI Symbol" w:hAnsi="Segoe UI Symbol" w:cs="Segoe UI Symbol"/>
          <w:sz w:val="16"/>
          <w:lang w:val="ro-RO"/>
        </w:rPr>
        <w:t xml:space="preserve">☐ </w:t>
      </w:r>
      <w:r w:rsidR="00462384" w:rsidRPr="006E2798">
        <w:rPr>
          <w:b/>
          <w:sz w:val="20"/>
          <w:lang w:val="ro-RO"/>
        </w:rPr>
        <w:t>DESFIINȚARE</w:t>
      </w:r>
    </w:p>
    <w:p w14:paraId="6BCF1DD1" w14:textId="1CB91F6C" w:rsidR="00A256C2" w:rsidRPr="006E2798" w:rsidRDefault="00A256C2" w:rsidP="00462384">
      <w:pPr>
        <w:spacing w:after="160"/>
        <w:jc w:val="center"/>
        <w:rPr>
          <w:lang w:val="ro-RO"/>
        </w:rPr>
      </w:pPr>
      <w:r w:rsidRPr="006E2798">
        <w:rPr>
          <w:rFonts w:ascii="Segoe UI Symbol" w:hAnsi="Segoe UI Symbol" w:cs="Segoe UI Symbol"/>
          <w:sz w:val="16"/>
          <w:lang w:val="ro-RO"/>
        </w:rPr>
        <w:t>☐</w:t>
      </w:r>
      <w:r w:rsidRPr="006E2798">
        <w:rPr>
          <w:sz w:val="16"/>
          <w:lang w:val="ro-RO"/>
        </w:rPr>
        <w:t xml:space="preserve"> pentru clădiri și amenajări  </w:t>
      </w:r>
      <w:r w:rsidR="00917520" w:rsidRPr="006E2798">
        <w:rPr>
          <w:sz w:val="16"/>
          <w:lang w:val="ro-RO"/>
        </w:rPr>
        <w:t>/</w:t>
      </w:r>
      <w:r w:rsidRPr="006E2798">
        <w:rPr>
          <w:sz w:val="16"/>
          <w:lang w:val="ro-RO"/>
        </w:rPr>
        <w:t xml:space="preserve">   </w:t>
      </w:r>
      <w:r w:rsidR="00462384" w:rsidRPr="006E2798">
        <w:rPr>
          <w:rFonts w:ascii="Segoe UI Symbol" w:hAnsi="Segoe UI Symbol" w:cs="Segoe UI Symbol"/>
          <w:sz w:val="16"/>
          <w:lang w:val="ro-RO"/>
        </w:rPr>
        <w:t>☐</w:t>
      </w:r>
      <w:r w:rsidR="00462384" w:rsidRPr="006E2798">
        <w:rPr>
          <w:sz w:val="16"/>
          <w:lang w:val="ro-RO"/>
        </w:rPr>
        <w:t xml:space="preserve"> lucrări inginerești</w:t>
      </w:r>
      <w:r w:rsidR="00462384" w:rsidRPr="006E2798">
        <w:rPr>
          <w:lang w:val="ro-RO"/>
        </w:rPr>
        <w:t xml:space="preserve">  </w:t>
      </w:r>
      <w:r w:rsidR="00917520" w:rsidRPr="006E2798">
        <w:rPr>
          <w:lang w:val="ro-RO"/>
        </w:rPr>
        <w:t>/</w:t>
      </w:r>
      <w:r w:rsidR="00462384" w:rsidRPr="006E2798">
        <w:rPr>
          <w:lang w:val="ro-RO"/>
        </w:rPr>
        <w:t xml:space="preserve">   </w:t>
      </w:r>
      <w:r w:rsidRPr="006E2798">
        <w:rPr>
          <w:rFonts w:ascii="Segoe UI Symbol" w:hAnsi="Segoe UI Symbol" w:cs="Segoe UI Symbol"/>
          <w:sz w:val="16"/>
          <w:lang w:val="ro-RO"/>
        </w:rPr>
        <w:t>☐</w:t>
      </w:r>
      <w:r w:rsidRPr="006E2798">
        <w:rPr>
          <w:sz w:val="16"/>
          <w:lang w:val="ro-RO"/>
        </w:rPr>
        <w:t xml:space="preserve"> pentru construc</w:t>
      </w:r>
      <w:r w:rsidRPr="006E2798">
        <w:rPr>
          <w:rFonts w:cs="Times New Roman"/>
          <w:sz w:val="16"/>
          <w:lang w:val="ro-RO"/>
        </w:rPr>
        <w:t>ț</w:t>
      </w:r>
      <w:r w:rsidRPr="006E2798">
        <w:rPr>
          <w:sz w:val="16"/>
          <w:lang w:val="ro-RO"/>
        </w:rPr>
        <w:t>ii cu caracter special</w:t>
      </w:r>
    </w:p>
    <w:p w14:paraId="386D6A02" w14:textId="77777777" w:rsidR="00BD4241" w:rsidRPr="006E2798" w:rsidRDefault="00BD4241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:rsidRPr="006E2798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în </w:t>
            </w:r>
            <w:r w:rsidR="00A256C2" w:rsidRPr="006E2798">
              <w:rPr>
                <w:sz w:val="16"/>
                <w:lang w:val="ro-RO"/>
              </w:rPr>
              <w:t>vederea realizării obiectivului de investiții</w:t>
            </w:r>
            <w:r w:rsidRPr="006E2798">
              <w:rPr>
                <w:sz w:val="16"/>
                <w:lang w:val="ro-RO"/>
              </w:rPr>
              <w:t>:</w:t>
            </w:r>
          </w:p>
        </w:tc>
      </w:tr>
      <w:tr w:rsidR="00BD4241" w:rsidRPr="006E2798" w14:paraId="50990383" w14:textId="77777777">
        <w:trPr>
          <w:cantSplit/>
        </w:trPr>
        <w:tc>
          <w:tcPr>
            <w:tcW w:w="9636" w:type="dxa"/>
          </w:tcPr>
          <w:p w14:paraId="60648525" w14:textId="77777777" w:rsidR="00BD4241" w:rsidRPr="006E2798" w:rsidRDefault="00BD4241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0B54D5C1" w14:textId="77777777" w:rsidR="00BD4241" w:rsidRPr="006E2798" w:rsidRDefault="00BD4241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</w:tc>
      </w:tr>
    </w:tbl>
    <w:p w14:paraId="19288D7C" w14:textId="77777777" w:rsidR="00BD4241" w:rsidRPr="006E2798" w:rsidRDefault="00BD4241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:rsidRPr="006E2798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sz w:val="16"/>
                <w:lang w:val="ro-RO"/>
              </w:rPr>
              <w:t xml:space="preserve"> 3. </w:t>
            </w:r>
            <w:r w:rsidRPr="006E2798">
              <w:rPr>
                <w:b/>
                <w:color w:val="000000"/>
                <w:sz w:val="18"/>
                <w:lang w:val="ro-RO"/>
              </w:rPr>
              <w:t>IMOBILUL/ELE</w:t>
            </w:r>
          </w:p>
        </w:tc>
      </w:tr>
      <w:tr w:rsidR="00BD4241" w:rsidRPr="006E2798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BD4241" w:rsidRPr="006E2798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Județ</w:t>
            </w:r>
          </w:p>
          <w:p w14:paraId="1B01471E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3"/>
          </w:tcPr>
          <w:p w14:paraId="1B1218BA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Municipiu / oraș / comună</w:t>
            </w:r>
          </w:p>
          <w:p w14:paraId="204B4E58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04095758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Sat / sector</w:t>
            </w:r>
          </w:p>
          <w:p w14:paraId="7568887B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Cod poștal</w:t>
            </w:r>
          </w:p>
          <w:p w14:paraId="0DE8BF00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4"/>
          </w:tcPr>
          <w:p w14:paraId="34F4235D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Strada</w:t>
            </w:r>
          </w:p>
          <w:p w14:paraId="14FD81C0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C6769DB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Nr.</w:t>
            </w:r>
          </w:p>
          <w:p w14:paraId="0654DEDD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00F671C5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Bl. / sc. / et. / ap.</w:t>
            </w:r>
          </w:p>
          <w:p w14:paraId="09774FDD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Număr cadastral/ele</w:t>
            </w:r>
          </w:p>
          <w:p w14:paraId="2511787E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i/>
                <w:color w:val="7A7A7A"/>
                <w:lang w:val="ro-RO"/>
              </w:rPr>
              <w:t>dacă imobilul e înscris în e-Terra</w:t>
            </w:r>
          </w:p>
          <w:p w14:paraId="2A482E4D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Carte funciară nr.</w:t>
            </w:r>
          </w:p>
          <w:p w14:paraId="5C821E97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  <w:tr w:rsidR="00BD4241" w:rsidRPr="006E2798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Suprafața terenului (m²)</w:t>
            </w:r>
          </w:p>
          <w:p w14:paraId="7A8081F1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4"/>
          </w:tcPr>
          <w:p w14:paraId="2F05F5A9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Suprafața construcției (m²)</w:t>
            </w:r>
          </w:p>
          <w:p w14:paraId="12AE18A8" w14:textId="77777777" w:rsidR="00BD4241" w:rsidRPr="006E2798" w:rsidRDefault="00BD4241">
            <w:pPr>
              <w:keepNext/>
              <w:rPr>
                <w:lang w:val="ro-RO"/>
              </w:rPr>
            </w:pPr>
          </w:p>
        </w:tc>
      </w:tr>
    </w:tbl>
    <w:p w14:paraId="05AFE76A" w14:textId="77777777" w:rsidR="00BD4241" w:rsidRPr="006E2798" w:rsidRDefault="00BD4241">
      <w:pPr>
        <w:spacing w:line="168" w:lineRule="auto"/>
        <w:rPr>
          <w:lang w:val="ro-RO"/>
        </w:rPr>
      </w:pPr>
    </w:p>
    <w:p w14:paraId="484D8D92" w14:textId="77777777" w:rsidR="00BD4241" w:rsidRPr="006E2798" w:rsidRDefault="00000000">
      <w:pPr>
        <w:rPr>
          <w:lang w:val="ro-RO"/>
        </w:rPr>
      </w:pPr>
      <w:r w:rsidRPr="006E2798">
        <w:rPr>
          <w:lang w:val="ro-RO"/>
        </w:rPr>
        <w:br w:type="page"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:rsidRPr="006E2798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sz w:val="16"/>
                <w:lang w:val="ro-RO"/>
              </w:rPr>
              <w:lastRenderedPageBreak/>
              <w:t xml:space="preserve"> 4. </w:t>
            </w:r>
            <w:r w:rsidRPr="006E2798">
              <w:rPr>
                <w:b/>
                <w:color w:val="000000"/>
                <w:sz w:val="18"/>
                <w:lang w:val="ro-RO"/>
              </w:rPr>
              <w:t>ÎNCADRAREA LUCRĂRILOR</w:t>
            </w:r>
          </w:p>
        </w:tc>
      </w:tr>
      <w:tr w:rsidR="00BD4241" w:rsidRPr="006E2798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6E2798" w:rsidRDefault="00000000">
            <w:pPr>
              <w:keepNext/>
              <w:rPr>
                <w:b/>
                <w:bCs/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</w:t>
            </w:r>
            <w:r w:rsidRPr="006E2798">
              <w:rPr>
                <w:b/>
                <w:bCs/>
                <w:sz w:val="16"/>
                <w:lang w:val="ro-RO"/>
              </w:rPr>
              <w:t>A · Lucrări de construcții noi</w:t>
            </w:r>
          </w:p>
        </w:tc>
      </w:tr>
      <w:tr w:rsidR="00BD4241" w:rsidRPr="006E2798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clădiri civile     ☐ clădiri industriale     ☐ clădiri agricole     ☐ construcții cu caracter special</w:t>
            </w:r>
          </w:p>
        </w:tc>
      </w:tr>
      <w:tr w:rsidR="00BD4241" w:rsidRPr="006E2798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</w:t>
            </w:r>
            <w:r w:rsidR="00917520" w:rsidRPr="006E2798">
              <w:rPr>
                <w:sz w:val="16"/>
                <w:lang w:val="ro-RO"/>
              </w:rPr>
              <w:t>r</w:t>
            </w:r>
            <w:r w:rsidRPr="006E2798">
              <w:rPr>
                <w:sz w:val="16"/>
                <w:lang w:val="ro-RO"/>
              </w:rPr>
              <w:t>ealizate</w:t>
            </w:r>
            <w:r w:rsidR="00A256C2" w:rsidRPr="006E2798">
              <w:rPr>
                <w:sz w:val="16"/>
                <w:lang w:val="ro-RO"/>
              </w:rPr>
              <w:t xml:space="preserve"> (se va bifa, în masura în care sunt cunoscute solicitantului informațiile cu privire la amplasarea în zona de protecție/protejată) </w:t>
            </w:r>
            <w:r w:rsidRPr="006E2798">
              <w:rPr>
                <w:sz w:val="16"/>
                <w:lang w:val="ro-RO"/>
              </w:rPr>
              <w:t>:</w:t>
            </w:r>
          </w:p>
        </w:tc>
      </w:tr>
      <w:tr w:rsidR="00BD4241" w:rsidRPr="006E2798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Pr="006E2798" w:rsidRDefault="00000000">
            <w:pPr>
              <w:keepNext/>
              <w:rPr>
                <w:sz w:val="16"/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în afara zonei de protecție a monumentelor     ☐ în zona de protecție a monumentelor     ☐ în afara zonelor construite protejate     </w:t>
            </w:r>
          </w:p>
          <w:p w14:paraId="7336BFFF" w14:textId="18BC78A2" w:rsidR="00BD4241" w:rsidRPr="006E2798" w:rsidRDefault="00A256C2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în zone construite protejate                              </w:t>
            </w:r>
            <w:r w:rsidRPr="006E2798">
              <w:rPr>
                <w:rFonts w:ascii="Segoe UI Symbol" w:hAnsi="Segoe UI Symbol" w:cs="Segoe UI Symbol"/>
                <w:sz w:val="16"/>
                <w:lang w:val="ro-RO"/>
              </w:rPr>
              <w:t>☐</w:t>
            </w:r>
            <w:r w:rsidRPr="006E2798">
              <w:rPr>
                <w:sz w:val="16"/>
                <w:lang w:val="ro-RO"/>
              </w:rPr>
              <w:t xml:space="preserve"> nu sunt cunoscute solicitantului astfel de informații     </w:t>
            </w:r>
          </w:p>
        </w:tc>
      </w:tr>
      <w:tr w:rsidR="00BD4241" w:rsidRPr="006E2798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Pr="006E2798" w:rsidRDefault="00000000">
            <w:pPr>
              <w:keepNext/>
              <w:rPr>
                <w:b/>
                <w:bCs/>
                <w:sz w:val="16"/>
                <w:lang w:val="ro-RO"/>
              </w:rPr>
            </w:pPr>
            <w:r w:rsidRPr="006E2798">
              <w:rPr>
                <w:b/>
                <w:bCs/>
                <w:sz w:val="16"/>
                <w:lang w:val="ro-RO"/>
              </w:rPr>
              <w:t xml:space="preserve"> B</w:t>
            </w:r>
            <w:r w:rsidR="00917520" w:rsidRPr="006E2798">
              <w:rPr>
                <w:b/>
                <w:bCs/>
                <w:sz w:val="16"/>
                <w:lang w:val="ro-RO"/>
              </w:rPr>
              <w:t>.</w:t>
            </w:r>
            <w:r w:rsidRPr="006E2798">
              <w:rPr>
                <w:b/>
                <w:bCs/>
                <w:sz w:val="16"/>
                <w:lang w:val="ro-RO"/>
              </w:rPr>
              <w:t xml:space="preserve"> ·Intervenții asupra construcțiilor existente</w:t>
            </w:r>
            <w:r w:rsidR="00917520" w:rsidRPr="006E2798">
              <w:rPr>
                <w:b/>
                <w:bCs/>
                <w:sz w:val="16"/>
                <w:lang w:val="ro-RO"/>
              </w:rPr>
              <w:t xml:space="preserve"> realizate : </w:t>
            </w:r>
          </w:p>
          <w:p w14:paraId="749D5A7F" w14:textId="7913D592" w:rsidR="00BD4241" w:rsidRPr="006E2798" w:rsidRDefault="00917520">
            <w:pPr>
              <w:keepNext/>
              <w:rPr>
                <w:b/>
                <w:bCs/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</w:t>
            </w:r>
            <w:r w:rsidRPr="006E2798">
              <w:rPr>
                <w:b/>
                <w:bCs/>
                <w:sz w:val="16"/>
                <w:lang w:val="ro-RO"/>
              </w:rPr>
              <w:t>B.1. la alte clădiri decât cele prevăzute la lit. B.2) și B.3)</w:t>
            </w:r>
          </w:p>
        </w:tc>
      </w:tr>
      <w:tr w:rsidR="00BD4241" w:rsidRPr="006E2798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6E2798" w:rsidRDefault="00000000">
            <w:pPr>
              <w:keepNext/>
              <w:rPr>
                <w:b/>
                <w:bCs/>
                <w:sz w:val="16"/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</w:t>
            </w:r>
            <w:r w:rsidR="00917520" w:rsidRPr="006E2798">
              <w:rPr>
                <w:sz w:val="16"/>
                <w:lang w:val="ro-RO"/>
              </w:rPr>
              <w:t xml:space="preserve">☐ </w:t>
            </w:r>
            <w:r w:rsidRPr="006E2798">
              <w:rPr>
                <w:b/>
                <w:bCs/>
                <w:sz w:val="16"/>
                <w:lang w:val="ro-RO"/>
              </w:rPr>
              <w:t xml:space="preserve">B.2 </w:t>
            </w:r>
            <w:r w:rsidR="00917520" w:rsidRPr="006E2798">
              <w:rPr>
                <w:b/>
                <w:bCs/>
                <w:sz w:val="16"/>
                <w:lang w:val="ro-RO"/>
              </w:rPr>
              <w:t>.</w:t>
            </w:r>
            <w:r w:rsidRPr="006E2798">
              <w:rPr>
                <w:b/>
                <w:bCs/>
                <w:sz w:val="16"/>
                <w:lang w:val="ro-RO"/>
              </w:rPr>
              <w:t>·l</w:t>
            </w:r>
            <w:r w:rsidR="00917520" w:rsidRPr="006E2798">
              <w:rPr>
                <w:b/>
                <w:bCs/>
                <w:sz w:val="16"/>
                <w:lang w:val="ro-RO"/>
              </w:rPr>
              <w:t>a construcții</w:t>
            </w:r>
            <w:r w:rsidRPr="006E2798">
              <w:rPr>
                <w:b/>
                <w:bCs/>
                <w:sz w:val="16"/>
                <w:lang w:val="ro-RO"/>
              </w:rPr>
              <w:t>:</w:t>
            </w:r>
          </w:p>
        </w:tc>
      </w:tr>
      <w:tr w:rsidR="00BD4241" w:rsidRPr="006E2798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monument istoric stabilite potrivit Legii nr. 422/2001 privind protejarea monumentelor istorice, republicată, cu modificările și completările ulterioare, inclusiv la anexele acestora identificate în același imobil (teren și/sau construcții)</w:t>
            </w:r>
          </w:p>
        </w:tc>
      </w:tr>
      <w:tr w:rsidR="00BD4241" w:rsidRPr="006E2798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aflate în zona de protecție a monumentelor istorice</w:t>
            </w:r>
          </w:p>
        </w:tc>
      </w:tr>
      <w:tr w:rsidR="00BD4241" w:rsidRPr="006E2798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aflate în zone construite protejate, stabilite potrivit legii</w:t>
            </w:r>
          </w:p>
        </w:tc>
      </w:tr>
      <w:tr w:rsidR="00BD4241" w:rsidRPr="006E2798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cu valoare arhitecturală sau istorică deosebită, stabilite prin documentații de urbanism aprobate</w:t>
            </w:r>
          </w:p>
        </w:tc>
      </w:tr>
      <w:tr w:rsidR="00BD4241" w:rsidRPr="006E2798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6E2798" w:rsidRDefault="00917520">
            <w:pPr>
              <w:keepNext/>
              <w:rPr>
                <w:lang w:val="ro-RO"/>
              </w:rPr>
            </w:pPr>
            <w:r w:rsidRPr="006E2798">
              <w:rPr>
                <w:b/>
                <w:bCs/>
                <w:sz w:val="16"/>
                <w:lang w:val="ro-RO"/>
              </w:rPr>
              <w:t>☐  B.3 · la clădiri / construcții cu caracter special</w:t>
            </w:r>
            <w:r w:rsidRPr="006E2798">
              <w:rPr>
                <w:sz w:val="16"/>
                <w:lang w:val="ro-RO"/>
              </w:rPr>
              <w:t xml:space="preserve">             ☐ altele decât cele stabilite la lit. B.2)</w:t>
            </w:r>
          </w:p>
        </w:tc>
      </w:tr>
      <w:tr w:rsidR="00BD4241" w:rsidRPr="006E2798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</w:t>
            </w:r>
            <w:r w:rsidR="00917520" w:rsidRPr="006E2798">
              <w:rPr>
                <w:sz w:val="16"/>
                <w:lang w:val="ro-RO"/>
              </w:rPr>
              <w:t xml:space="preserve">                                                                                                ☐ din categoria celor stabilite la lit. B.2)</w:t>
            </w:r>
          </w:p>
        </w:tc>
      </w:tr>
      <w:tr w:rsidR="00BD4241" w:rsidRPr="006E2798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C · Amenajări</w:t>
            </w:r>
          </w:p>
        </w:tc>
      </w:tr>
      <w:tr w:rsidR="00BD4241" w:rsidRPr="006E2798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amenajări civile     ☐ amenajări și îmbunătățiri funciare     ☐ construcții provizorii / cu caracter temporar     ☐ cercetarea / prospectarea terenurilor, foraje, excavări     ☐ cercetări pentru zăcăminte naturale     ☐ spații verzi, plantate     ☐ spații publice     ☐ organizare de șantier</w:t>
            </w:r>
          </w:p>
        </w:tc>
      </w:tr>
      <w:tr w:rsidR="00BD4241" w:rsidRPr="006E2798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D · Lucrări inginerești</w:t>
            </w:r>
          </w:p>
        </w:tc>
      </w:tr>
      <w:tr w:rsidR="00BD4241" w:rsidRPr="006E2798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infrastructură de transport</w:t>
            </w:r>
          </w:p>
          <w:p w14:paraId="05C62BB3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infrastructură energetică</w:t>
            </w:r>
          </w:p>
          <w:p w14:paraId="1E87347E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rețele de comunicații electronice</w:t>
            </w:r>
          </w:p>
          <w:p w14:paraId="43F594AA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gospodărirea apelor</w:t>
            </w:r>
          </w:p>
          <w:p w14:paraId="3F55129D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hidrotehnice</w:t>
            </w:r>
          </w:p>
          <w:p w14:paraId="3DB7F2E4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miniere</w:t>
            </w:r>
          </w:p>
          <w:p w14:paraId="54EDF735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>☐ alte lucrări inginerești necesare realizării unor obiective de interes public</w:t>
            </w:r>
          </w:p>
        </w:tc>
      </w:tr>
    </w:tbl>
    <w:p w14:paraId="31C957AC" w14:textId="77777777" w:rsidR="00BD4241" w:rsidRPr="006E2798" w:rsidRDefault="00BD4241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:rsidRPr="006E2798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sz w:val="16"/>
                <w:lang w:val="ro-RO"/>
              </w:rPr>
              <w:t xml:space="preserve"> 5. </w:t>
            </w:r>
            <w:r w:rsidRPr="006E2798">
              <w:rPr>
                <w:b/>
                <w:color w:val="000000"/>
                <w:sz w:val="18"/>
                <w:lang w:val="ro-RO"/>
              </w:rPr>
              <w:t>SE ANEXEAZĂ</w:t>
            </w:r>
          </w:p>
        </w:tc>
      </w:tr>
      <w:tr w:rsidR="00BD4241" w:rsidRPr="006E2798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Pr="006E2798" w:rsidRDefault="00000000">
            <w:pPr>
              <w:rPr>
                <w:sz w:val="16"/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extras de carte funciară actualizat     </w:t>
            </w:r>
          </w:p>
          <w:p w14:paraId="0D86EE92" w14:textId="62B10523" w:rsidR="00A256C2" w:rsidRPr="006E2798" w:rsidRDefault="00200AB0">
            <w:pPr>
              <w:rPr>
                <w:sz w:val="16"/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plan de situație propus, cu amprenta la sol a corpurilor</w:t>
            </w:r>
            <w:r w:rsidR="00A256C2" w:rsidRPr="006E2798">
              <w:rPr>
                <w:sz w:val="16"/>
                <w:lang w:val="ro-RO"/>
              </w:rPr>
              <w:t xml:space="preserve"> de clădire</w:t>
            </w:r>
            <w:r w:rsidRPr="006E2798">
              <w:rPr>
                <w:sz w:val="16"/>
                <w:lang w:val="ro-RO"/>
              </w:rPr>
              <w:t xml:space="preserve"> propuse spre construire /desființare / extindere</w:t>
            </w:r>
            <w:r w:rsidR="00A256C2" w:rsidRPr="006E2798">
              <w:rPr>
                <w:sz w:val="16"/>
                <w:lang w:val="ro-RO"/>
              </w:rPr>
              <w:t xml:space="preserve"> </w:t>
            </w:r>
            <w:r w:rsidRPr="006E2798">
              <w:rPr>
                <w:sz w:val="16"/>
                <w:lang w:val="ro-RO"/>
              </w:rPr>
              <w:t xml:space="preserve">    </w:t>
            </w:r>
          </w:p>
          <w:p w14:paraId="19AB48A6" w14:textId="5112B693" w:rsidR="00BD4241" w:rsidRPr="006E2798" w:rsidRDefault="00A256C2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plan de încadrare în zonă</w:t>
            </w:r>
            <w:r w:rsidR="00745F29" w:rsidRPr="006E2798">
              <w:rPr>
                <w:sz w:val="16"/>
                <w:lang w:val="ro-RO"/>
              </w:rPr>
              <w:t xml:space="preserve"> în sistem Stereo 70</w:t>
            </w:r>
            <w:r w:rsidRPr="006E2798">
              <w:rPr>
                <w:sz w:val="16"/>
                <w:lang w:val="ro-RO"/>
              </w:rPr>
              <w:t xml:space="preserve">     ☐ descrierea succintă a investiției     ☐ împuternicirea, dacă este cazul</w:t>
            </w:r>
          </w:p>
        </w:tc>
      </w:tr>
    </w:tbl>
    <w:p w14:paraId="639687AA" w14:textId="77777777" w:rsidR="00BD4241" w:rsidRPr="006E2798" w:rsidRDefault="00BD4241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:rsidRPr="006E2798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sz w:val="16"/>
                <w:lang w:val="ro-RO"/>
              </w:rPr>
              <w:t xml:space="preserve"> 6. </w:t>
            </w:r>
            <w:r w:rsidRPr="006E2798">
              <w:rPr>
                <w:b/>
                <w:color w:val="000000"/>
                <w:sz w:val="18"/>
                <w:lang w:val="ro-RO"/>
              </w:rPr>
              <w:t>COMUNICAREA RĂSPUNSULUI</w:t>
            </w:r>
          </w:p>
        </w:tc>
      </w:tr>
      <w:tr w:rsidR="00BD4241" w:rsidRPr="006E2798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sz w:val="16"/>
                <w:lang w:val="ro-RO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16DE1A3E" w14:textId="77777777" w:rsidR="00BD4241" w:rsidRPr="006E2798" w:rsidRDefault="00BD4241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:rsidRPr="006E2798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Pr="006E2798" w:rsidRDefault="00000000">
            <w:pPr>
              <w:keepNext/>
              <w:rPr>
                <w:lang w:val="ro-RO"/>
              </w:rPr>
            </w:pPr>
            <w:r w:rsidRPr="006E2798">
              <w:rPr>
                <w:b/>
                <w:sz w:val="16"/>
                <w:lang w:val="ro-RO"/>
              </w:rPr>
              <w:t xml:space="preserve"> 7. </w:t>
            </w:r>
            <w:r w:rsidRPr="006E2798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BD4241" w:rsidRPr="006E2798" w14:paraId="334442A2" w14:textId="77777777">
        <w:trPr>
          <w:cantSplit/>
          <w:trHeight w:val="510"/>
        </w:trPr>
        <w:tc>
          <w:tcPr>
            <w:tcW w:w="1606" w:type="dxa"/>
          </w:tcPr>
          <w:p w14:paraId="11F88630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Data</w:t>
            </w:r>
          </w:p>
          <w:p w14:paraId="0640A92C" w14:textId="77777777" w:rsidR="00BD4241" w:rsidRPr="006E2798" w:rsidRDefault="00BD4241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79A6A644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Solicitantul</w:t>
            </w:r>
          </w:p>
          <w:p w14:paraId="09458222" w14:textId="77777777" w:rsidR="00BD4241" w:rsidRPr="006E2798" w:rsidRDefault="00BD4241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4A9DF68B" w14:textId="77777777" w:rsidR="00BD4241" w:rsidRPr="006E2798" w:rsidRDefault="00000000">
            <w:pPr>
              <w:rPr>
                <w:lang w:val="ro-RO"/>
              </w:rPr>
            </w:pPr>
            <w:r w:rsidRPr="006E2798">
              <w:rPr>
                <w:b/>
                <w:color w:val="0D5F78"/>
                <w:lang w:val="ro-RO"/>
              </w:rPr>
              <w:t>Semnătura</w:t>
            </w:r>
          </w:p>
          <w:p w14:paraId="29080212" w14:textId="77777777" w:rsidR="00BD4241" w:rsidRPr="006E2798" w:rsidRDefault="00BD4241">
            <w:pPr>
              <w:rPr>
                <w:lang w:val="ro-RO"/>
              </w:rPr>
            </w:pPr>
          </w:p>
        </w:tc>
      </w:tr>
    </w:tbl>
    <w:p w14:paraId="5CBD0F60" w14:textId="77777777" w:rsidR="00BD4241" w:rsidRPr="006E2798" w:rsidRDefault="00BD4241">
      <w:pPr>
        <w:spacing w:line="168" w:lineRule="auto"/>
        <w:rPr>
          <w:lang w:val="ro-RO"/>
        </w:rPr>
      </w:pPr>
    </w:p>
    <w:sectPr w:rsidR="00BD4241" w:rsidRPr="006E2798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B8EB" w14:textId="77777777" w:rsidR="007B0227" w:rsidRDefault="007B0227">
      <w:r>
        <w:separator/>
      </w:r>
    </w:p>
  </w:endnote>
  <w:endnote w:type="continuationSeparator" w:id="0">
    <w:p w14:paraId="5200B492" w14:textId="77777777" w:rsidR="007B0227" w:rsidRDefault="007B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60EA" w14:textId="77777777" w:rsidR="00BD4241" w:rsidRDefault="00000000">
    <w:pPr>
      <w:pStyle w:val="Footer"/>
      <w:tabs>
        <w:tab w:val="right" w:pos="9639"/>
      </w:tabs>
    </w:pPr>
    <w:r>
      <w:rPr>
        <w:color w:val="595959"/>
      </w:rPr>
      <w:t xml:space="preserve">F_CU_04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256C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256C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E607" w14:textId="77777777" w:rsidR="007B0227" w:rsidRDefault="007B0227">
      <w:r>
        <w:separator/>
      </w:r>
    </w:p>
  </w:footnote>
  <w:footnote w:type="continuationSeparator" w:id="0">
    <w:p w14:paraId="687E0B13" w14:textId="77777777" w:rsidR="007B0227" w:rsidRDefault="007B0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3849742">
    <w:abstractNumId w:val="8"/>
  </w:num>
  <w:num w:numId="2" w16cid:durableId="1290161248">
    <w:abstractNumId w:val="6"/>
  </w:num>
  <w:num w:numId="3" w16cid:durableId="450900546">
    <w:abstractNumId w:val="5"/>
  </w:num>
  <w:num w:numId="4" w16cid:durableId="1028723877">
    <w:abstractNumId w:val="4"/>
  </w:num>
  <w:num w:numId="5" w16cid:durableId="1273243551">
    <w:abstractNumId w:val="7"/>
  </w:num>
  <w:num w:numId="6" w16cid:durableId="221529888">
    <w:abstractNumId w:val="3"/>
  </w:num>
  <w:num w:numId="7" w16cid:durableId="432629807">
    <w:abstractNumId w:val="2"/>
  </w:num>
  <w:num w:numId="8" w16cid:durableId="1030952832">
    <w:abstractNumId w:val="1"/>
  </w:num>
  <w:num w:numId="9" w16cid:durableId="20911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11444F"/>
    <w:rsid w:val="0015074B"/>
    <w:rsid w:val="00200AB0"/>
    <w:rsid w:val="00232B9E"/>
    <w:rsid w:val="0029639D"/>
    <w:rsid w:val="00326F90"/>
    <w:rsid w:val="004232B2"/>
    <w:rsid w:val="004408E8"/>
    <w:rsid w:val="00462384"/>
    <w:rsid w:val="006C103E"/>
    <w:rsid w:val="006E2798"/>
    <w:rsid w:val="00745F29"/>
    <w:rsid w:val="007B0227"/>
    <w:rsid w:val="00850B64"/>
    <w:rsid w:val="008B7167"/>
    <w:rsid w:val="00906E04"/>
    <w:rsid w:val="00917520"/>
    <w:rsid w:val="009511F8"/>
    <w:rsid w:val="00A256C2"/>
    <w:rsid w:val="00AA1D8D"/>
    <w:rsid w:val="00B47730"/>
    <w:rsid w:val="00B50C20"/>
    <w:rsid w:val="00BD4241"/>
    <w:rsid w:val="00CB0664"/>
    <w:rsid w:val="00D50DD0"/>
    <w:rsid w:val="00DB64B4"/>
    <w:rsid w:val="00FC693F"/>
    <w:rsid w:val="00FE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5E0B59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50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2026-09-01T12:02:00Z</dcterms:created>
  <dcterms:modified xsi:type="dcterms:W3CDTF">2026-09-01T12:02:00Z</dcterms:modified>
  <cp:category/>
</cp:coreProperties>
</file>