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DD3A82" w:rsidRPr="00243B8B" w14:paraId="06AF41CF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21892120" w14:textId="54C329A8" w:rsidR="00DD3A82" w:rsidRPr="00243B8B" w:rsidRDefault="002E688E">
            <w:pPr>
              <w:keepNext/>
              <w:jc w:val="center"/>
              <w:rPr>
                <w:lang w:val="ro-RO"/>
              </w:rPr>
            </w:pPr>
            <w:r w:rsidRPr="00243B8B">
              <w:rPr>
                <w:i/>
                <w:noProof/>
                <w:color w:val="595959"/>
                <w:lang w:val="ro-RO"/>
              </w:rPr>
              <w:drawing>
                <wp:inline distT="0" distB="0" distL="0" distR="0" wp14:anchorId="5E21E4D3" wp14:editId="555467D7">
                  <wp:extent cx="891375" cy="1311305"/>
                  <wp:effectExtent l="0" t="0" r="4445" b="3175"/>
                  <wp:docPr id="2076297466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375" cy="1311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</w:tcPr>
          <w:p w14:paraId="24C89B46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Județul</w:t>
            </w:r>
          </w:p>
          <w:p w14:paraId="3EF98D51" w14:textId="0EAC575C" w:rsidR="00DD3A82" w:rsidRPr="00243B8B" w:rsidRDefault="002E688E">
            <w:pPr>
              <w:keepNext/>
              <w:rPr>
                <w:lang w:val="ro-RO"/>
              </w:rPr>
            </w:pPr>
            <w:r w:rsidRPr="00243B8B">
              <w:rPr>
                <w:b/>
                <w:bCs/>
                <w:lang w:val="ro-RO"/>
              </w:rPr>
              <w:t>CLUJ</w:t>
            </w:r>
          </w:p>
        </w:tc>
      </w:tr>
      <w:tr w:rsidR="00DD3A82" w:rsidRPr="00243B8B" w14:paraId="5B76870A" w14:textId="77777777">
        <w:trPr>
          <w:cantSplit/>
          <w:trHeight w:val="510"/>
        </w:trPr>
        <w:tc>
          <w:tcPr>
            <w:tcW w:w="1606" w:type="dxa"/>
            <w:vMerge/>
          </w:tcPr>
          <w:p w14:paraId="0C7C4C76" w14:textId="77777777" w:rsidR="00DD3A82" w:rsidRPr="00243B8B" w:rsidRDefault="00DD3A82">
            <w:pPr>
              <w:rPr>
                <w:lang w:val="ro-RO"/>
              </w:rPr>
            </w:pPr>
          </w:p>
        </w:tc>
        <w:tc>
          <w:tcPr>
            <w:tcW w:w="8030" w:type="dxa"/>
            <w:gridSpan w:val="3"/>
          </w:tcPr>
          <w:p w14:paraId="178E0F6E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Autoritatea administrației publice</w:t>
            </w:r>
          </w:p>
          <w:p w14:paraId="3FF2AA28" w14:textId="413A8DB3" w:rsidR="00DD3A82" w:rsidRPr="00243B8B" w:rsidRDefault="002E688E">
            <w:pPr>
              <w:keepNext/>
              <w:rPr>
                <w:lang w:val="ro-RO"/>
              </w:rPr>
            </w:pPr>
            <w:r w:rsidRPr="00243B8B">
              <w:rPr>
                <w:b/>
                <w:bCs/>
                <w:lang w:val="ro-RO"/>
              </w:rPr>
              <w:t>PRIMĂRIA MUNICIPIULUI TURDA</w:t>
            </w:r>
          </w:p>
        </w:tc>
      </w:tr>
      <w:tr w:rsidR="00DD3A82" w:rsidRPr="00243B8B" w14:paraId="3BA2B968" w14:textId="77777777">
        <w:trPr>
          <w:cantSplit/>
          <w:trHeight w:val="510"/>
        </w:trPr>
        <w:tc>
          <w:tcPr>
            <w:tcW w:w="1606" w:type="dxa"/>
            <w:vMerge/>
          </w:tcPr>
          <w:p w14:paraId="6D27618C" w14:textId="77777777" w:rsidR="00DD3A82" w:rsidRPr="00243B8B" w:rsidRDefault="00DD3A82">
            <w:pPr>
              <w:rPr>
                <w:lang w:val="ro-RO"/>
              </w:rPr>
            </w:pPr>
          </w:p>
        </w:tc>
        <w:tc>
          <w:tcPr>
            <w:tcW w:w="2409" w:type="dxa"/>
          </w:tcPr>
          <w:p w14:paraId="1AD62CAD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Cod de identificare fiscală (CIF)</w:t>
            </w:r>
          </w:p>
          <w:p w14:paraId="257CA338" w14:textId="4A2E1140" w:rsidR="00DD3A82" w:rsidRPr="00243B8B" w:rsidRDefault="002E688E">
            <w:pPr>
              <w:keepNext/>
              <w:rPr>
                <w:lang w:val="ro-RO"/>
              </w:rPr>
            </w:pPr>
            <w:r w:rsidRPr="00243B8B">
              <w:rPr>
                <w:b/>
                <w:bCs/>
                <w:lang w:val="ro-RO"/>
              </w:rPr>
              <w:t>4378930</w:t>
            </w:r>
          </w:p>
        </w:tc>
        <w:tc>
          <w:tcPr>
            <w:tcW w:w="5621" w:type="dxa"/>
            <w:gridSpan w:val="2"/>
          </w:tcPr>
          <w:p w14:paraId="398E61ED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Adresa oficială</w:t>
            </w:r>
          </w:p>
          <w:p w14:paraId="7C6F77E6" w14:textId="77777777" w:rsidR="002E688E" w:rsidRPr="00243B8B" w:rsidRDefault="002E688E" w:rsidP="002E688E">
            <w:pPr>
              <w:rPr>
                <w:i/>
                <w:color w:val="7A7A7A"/>
                <w:lang w:val="ro-RO"/>
              </w:rPr>
            </w:pPr>
            <w:r w:rsidRPr="00243B8B">
              <w:rPr>
                <w:b/>
                <w:bCs/>
                <w:i/>
                <w:lang w:val="ro-RO"/>
              </w:rPr>
              <w:t xml:space="preserve">P-ța 1 Decembrie 1918 nr.28 · tel: 0264-313160· e-mail: </w:t>
            </w:r>
            <w:hyperlink r:id="rId9" w:history="1">
              <w:r w:rsidRPr="00243B8B">
                <w:rPr>
                  <w:rStyle w:val="Hyperlink"/>
                  <w:i/>
                  <w:lang w:val="ro-RO"/>
                </w:rPr>
                <w:t>contact@primariaturda.ro</w:t>
              </w:r>
            </w:hyperlink>
            <w:r w:rsidRPr="00243B8B">
              <w:rPr>
                <w:i/>
                <w:color w:val="7A7A7A"/>
                <w:lang w:val="ro-RO"/>
              </w:rPr>
              <w:t xml:space="preserve"> </w:t>
            </w:r>
          </w:p>
          <w:p w14:paraId="5792F3E0" w14:textId="77777777" w:rsidR="00DD3A82" w:rsidRPr="00243B8B" w:rsidRDefault="00DD3A82">
            <w:pPr>
              <w:keepNext/>
              <w:rPr>
                <w:lang w:val="ro-RO"/>
              </w:rPr>
            </w:pPr>
          </w:p>
        </w:tc>
      </w:tr>
      <w:tr w:rsidR="00DD3A82" w:rsidRPr="00243B8B" w14:paraId="452A7EA6" w14:textId="77777777">
        <w:trPr>
          <w:cantSplit/>
          <w:trHeight w:val="510"/>
        </w:trPr>
        <w:tc>
          <w:tcPr>
            <w:tcW w:w="1606" w:type="dxa"/>
            <w:vMerge/>
          </w:tcPr>
          <w:p w14:paraId="6CAFAD3C" w14:textId="77777777" w:rsidR="00DD3A82" w:rsidRPr="00243B8B" w:rsidRDefault="00DD3A82">
            <w:pPr>
              <w:rPr>
                <w:lang w:val="ro-RO"/>
              </w:rPr>
            </w:pPr>
          </w:p>
        </w:tc>
        <w:tc>
          <w:tcPr>
            <w:tcW w:w="4818" w:type="dxa"/>
            <w:gridSpan w:val="2"/>
          </w:tcPr>
          <w:p w14:paraId="2A95CA90" w14:textId="77777777" w:rsidR="00DD3A82" w:rsidRPr="00243B8B" w:rsidRDefault="00000000">
            <w:pPr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Nr. înregistrare</w:t>
            </w:r>
          </w:p>
          <w:p w14:paraId="4F88C237" w14:textId="77777777" w:rsidR="00DD3A82" w:rsidRPr="00243B8B" w:rsidRDefault="00DD3A82">
            <w:pPr>
              <w:rPr>
                <w:lang w:val="ro-RO"/>
              </w:rPr>
            </w:pPr>
          </w:p>
        </w:tc>
        <w:tc>
          <w:tcPr>
            <w:tcW w:w="3212" w:type="dxa"/>
          </w:tcPr>
          <w:p w14:paraId="4C8F91E5" w14:textId="77777777" w:rsidR="00DD3A82" w:rsidRPr="00243B8B" w:rsidRDefault="00000000">
            <w:pPr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Data</w:t>
            </w:r>
          </w:p>
          <w:p w14:paraId="3ADCD6D5" w14:textId="77777777" w:rsidR="00DD3A82" w:rsidRPr="00243B8B" w:rsidRDefault="00DD3A82">
            <w:pPr>
              <w:rPr>
                <w:lang w:val="ro-RO"/>
              </w:rPr>
            </w:pPr>
          </w:p>
        </w:tc>
      </w:tr>
    </w:tbl>
    <w:p w14:paraId="0A4974E8" w14:textId="77777777" w:rsidR="00DD3A82" w:rsidRPr="00243B8B" w:rsidRDefault="00DD3A82">
      <w:pPr>
        <w:spacing w:line="168" w:lineRule="auto"/>
        <w:rPr>
          <w:lang w:val="ro-RO"/>
        </w:rPr>
      </w:pPr>
    </w:p>
    <w:p w14:paraId="3F16B083" w14:textId="77777777" w:rsidR="00DD3A82" w:rsidRPr="00243B8B" w:rsidRDefault="00000000">
      <w:pPr>
        <w:spacing w:before="140" w:after="40"/>
        <w:jc w:val="center"/>
        <w:rPr>
          <w:lang w:val="ro-RO"/>
        </w:rPr>
      </w:pPr>
      <w:r w:rsidRPr="00243B8B">
        <w:rPr>
          <w:b/>
          <w:sz w:val="34"/>
          <w:lang w:val="ro-RO"/>
        </w:rPr>
        <w:t>CERTIFICAT DE URBANISM DE INFORMARE</w:t>
      </w:r>
    </w:p>
    <w:p w14:paraId="647E6F53" w14:textId="77777777" w:rsidR="00DD3A82" w:rsidRPr="00243B8B" w:rsidRDefault="00DD3A82">
      <w:pPr>
        <w:spacing w:after="60"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803"/>
        <w:gridCol w:w="4015"/>
      </w:tblGrid>
      <w:tr w:rsidR="00DD3A82" w:rsidRPr="00243B8B" w14:paraId="45C69E8E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6181A5E8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sz w:val="16"/>
                <w:lang w:val="ro-RO"/>
              </w:rPr>
              <w:t xml:space="preserve"> 1. </w:t>
            </w:r>
            <w:r w:rsidRPr="00243B8B">
              <w:rPr>
                <w:b/>
                <w:color w:val="000000"/>
                <w:sz w:val="18"/>
                <w:lang w:val="ro-RO"/>
              </w:rPr>
              <w:t>REFERINȚE ȘI TEMEI</w:t>
            </w:r>
          </w:p>
        </w:tc>
      </w:tr>
      <w:tr w:rsidR="00DD3A82" w:rsidRPr="00243B8B" w14:paraId="4D22797A" w14:textId="77777777">
        <w:trPr>
          <w:cantSplit/>
          <w:trHeight w:val="510"/>
        </w:trPr>
        <w:tc>
          <w:tcPr>
            <w:tcW w:w="2409" w:type="dxa"/>
          </w:tcPr>
          <w:p w14:paraId="6FBD8F4A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Ca urmare a cererii nr.</w:t>
            </w:r>
          </w:p>
          <w:p w14:paraId="562F04B0" w14:textId="77777777" w:rsidR="00DD3A82" w:rsidRPr="00243B8B" w:rsidRDefault="00DD3A82">
            <w:pPr>
              <w:keepNext/>
              <w:rPr>
                <w:lang w:val="ro-RO"/>
              </w:rPr>
            </w:pPr>
          </w:p>
        </w:tc>
        <w:tc>
          <w:tcPr>
            <w:tcW w:w="2409" w:type="dxa"/>
          </w:tcPr>
          <w:p w14:paraId="64D3C90C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din data</w:t>
            </w:r>
          </w:p>
          <w:p w14:paraId="2BD4CDE4" w14:textId="77777777" w:rsidR="00DD3A82" w:rsidRPr="00243B8B" w:rsidRDefault="00DD3A82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2"/>
          </w:tcPr>
          <w:p w14:paraId="1DEB7953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a solicitantului</w:t>
            </w:r>
          </w:p>
          <w:p w14:paraId="6D9A224B" w14:textId="77777777" w:rsidR="00DD3A82" w:rsidRPr="00243B8B" w:rsidRDefault="00DD3A82">
            <w:pPr>
              <w:keepNext/>
              <w:rPr>
                <w:lang w:val="ro-RO"/>
              </w:rPr>
            </w:pPr>
          </w:p>
        </w:tc>
      </w:tr>
      <w:tr w:rsidR="00DD3A82" w:rsidRPr="00243B8B" w14:paraId="19FA479A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3E9B1C41" w14:textId="77777777" w:rsidR="00DD3A82" w:rsidRPr="00243B8B" w:rsidRDefault="00000000">
            <w:pPr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Documentația de urbanism aplicabilă</w:t>
            </w:r>
          </w:p>
          <w:p w14:paraId="5F97C8C5" w14:textId="77777777" w:rsidR="00DD3A82" w:rsidRPr="00243B8B" w:rsidRDefault="00000000">
            <w:pPr>
              <w:rPr>
                <w:lang w:val="ro-RO"/>
              </w:rPr>
            </w:pPr>
            <w:r w:rsidRPr="00243B8B">
              <w:rPr>
                <w:i/>
                <w:color w:val="7A7A7A"/>
                <w:lang w:val="ro-RO"/>
              </w:rPr>
              <w:t>nr. / faza PUG · PUZ · PUD</w:t>
            </w:r>
          </w:p>
          <w:p w14:paraId="5CFE21A1" w14:textId="77777777" w:rsidR="00DD3A82" w:rsidRPr="00243B8B" w:rsidRDefault="00DD3A82">
            <w:pPr>
              <w:rPr>
                <w:lang w:val="ro-RO"/>
              </w:rPr>
            </w:pPr>
          </w:p>
        </w:tc>
        <w:tc>
          <w:tcPr>
            <w:tcW w:w="4015" w:type="dxa"/>
          </w:tcPr>
          <w:p w14:paraId="1C5D0531" w14:textId="77777777" w:rsidR="00DD3A82" w:rsidRPr="00243B8B" w:rsidRDefault="00000000">
            <w:pPr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Aprobată prin hotărârea CJ / CL nr. / data</w:t>
            </w:r>
          </w:p>
          <w:p w14:paraId="379CEB43" w14:textId="77777777" w:rsidR="00DD3A82" w:rsidRPr="00243B8B" w:rsidRDefault="00DD3A82">
            <w:pPr>
              <w:rPr>
                <w:lang w:val="ro-RO"/>
              </w:rPr>
            </w:pPr>
          </w:p>
        </w:tc>
      </w:tr>
    </w:tbl>
    <w:p w14:paraId="3199A5C1" w14:textId="77777777" w:rsidR="00DD3A82" w:rsidRPr="00243B8B" w:rsidRDefault="00DD3A82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DD3A82" w:rsidRPr="00243B8B" w14:paraId="260CF777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6E78A98A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sz w:val="16"/>
                <w:lang w:val="ro-RO"/>
              </w:rPr>
              <w:t xml:space="preserve"> 2. </w:t>
            </w:r>
            <w:r w:rsidRPr="00243B8B">
              <w:rPr>
                <w:b/>
                <w:color w:val="000000"/>
                <w:sz w:val="18"/>
                <w:lang w:val="ro-RO"/>
              </w:rPr>
              <w:t>IMOBILUL</w:t>
            </w:r>
          </w:p>
        </w:tc>
      </w:tr>
      <w:tr w:rsidR="00DD3A82" w:rsidRPr="00243B8B" w14:paraId="3A3A39F1" w14:textId="77777777">
        <w:trPr>
          <w:cantSplit/>
        </w:trPr>
        <w:tc>
          <w:tcPr>
            <w:tcW w:w="9636" w:type="dxa"/>
            <w:gridSpan w:val="6"/>
          </w:tcPr>
          <w:p w14:paraId="5A7E4C19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sz w:val="16"/>
                <w:lang w:val="ro-RO"/>
              </w:rPr>
              <w:t xml:space="preserve"> ☐ teren     ☐ construcții</w:t>
            </w:r>
          </w:p>
        </w:tc>
      </w:tr>
      <w:tr w:rsidR="00DD3A82" w:rsidRPr="00243B8B" w14:paraId="6FB854B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66CDAABD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Județ</w:t>
            </w:r>
          </w:p>
          <w:p w14:paraId="7B1C0CD8" w14:textId="77777777" w:rsidR="00DD3A82" w:rsidRPr="00243B8B" w:rsidRDefault="00DD3A82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7E25A1CB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Municipiu / oraș / comună</w:t>
            </w:r>
          </w:p>
          <w:p w14:paraId="04BCD52C" w14:textId="77777777" w:rsidR="00DD3A82" w:rsidRPr="00243B8B" w:rsidRDefault="00DD3A82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5B4AA62A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Sat / sector</w:t>
            </w:r>
          </w:p>
          <w:p w14:paraId="59D58767" w14:textId="77777777" w:rsidR="00DD3A82" w:rsidRPr="00243B8B" w:rsidRDefault="00DD3A82">
            <w:pPr>
              <w:keepNext/>
              <w:rPr>
                <w:lang w:val="ro-RO"/>
              </w:rPr>
            </w:pPr>
          </w:p>
        </w:tc>
      </w:tr>
      <w:tr w:rsidR="00DD3A82" w:rsidRPr="00243B8B" w14:paraId="6EB8BD06" w14:textId="77777777">
        <w:trPr>
          <w:cantSplit/>
          <w:trHeight w:val="510"/>
        </w:trPr>
        <w:tc>
          <w:tcPr>
            <w:tcW w:w="1606" w:type="dxa"/>
          </w:tcPr>
          <w:p w14:paraId="0D9678E0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Cod poștal</w:t>
            </w:r>
          </w:p>
          <w:p w14:paraId="60A7EA09" w14:textId="77777777" w:rsidR="00DD3A82" w:rsidRPr="00243B8B" w:rsidRDefault="00DD3A82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3"/>
          </w:tcPr>
          <w:p w14:paraId="24CA521C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Strada</w:t>
            </w:r>
          </w:p>
          <w:p w14:paraId="00BCB2CC" w14:textId="77777777" w:rsidR="00DD3A82" w:rsidRPr="00243B8B" w:rsidRDefault="00DD3A82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6223FF8B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Nr.</w:t>
            </w:r>
          </w:p>
          <w:p w14:paraId="1A0F639F" w14:textId="77777777" w:rsidR="00DD3A82" w:rsidRPr="00243B8B" w:rsidRDefault="00DD3A82">
            <w:pPr>
              <w:keepNext/>
              <w:rPr>
                <w:lang w:val="ro-RO"/>
              </w:rPr>
            </w:pPr>
          </w:p>
        </w:tc>
        <w:tc>
          <w:tcPr>
            <w:tcW w:w="2409" w:type="dxa"/>
          </w:tcPr>
          <w:p w14:paraId="5B6D8DD2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Bl. / sc. / et. / ap.</w:t>
            </w:r>
          </w:p>
          <w:p w14:paraId="14E6A0EF" w14:textId="77777777" w:rsidR="00DD3A82" w:rsidRPr="00243B8B" w:rsidRDefault="00DD3A82">
            <w:pPr>
              <w:keepNext/>
              <w:rPr>
                <w:lang w:val="ro-RO"/>
              </w:rPr>
            </w:pPr>
          </w:p>
        </w:tc>
      </w:tr>
      <w:tr w:rsidR="00DD3A82" w:rsidRPr="00243B8B" w14:paraId="621A56BC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403884F8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Număr cadastral</w:t>
            </w:r>
          </w:p>
          <w:p w14:paraId="5351E640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i/>
                <w:color w:val="7A7A7A"/>
                <w:lang w:val="ro-RO"/>
              </w:rPr>
              <w:t>dacă imobilul e înscris în e-Terra</w:t>
            </w:r>
          </w:p>
          <w:p w14:paraId="07FAFC05" w14:textId="77777777" w:rsidR="00DD3A82" w:rsidRPr="00243B8B" w:rsidRDefault="00DD3A82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3"/>
          </w:tcPr>
          <w:p w14:paraId="42A30C54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Carte funciară nr.</w:t>
            </w:r>
          </w:p>
          <w:p w14:paraId="041CDB6B" w14:textId="77777777" w:rsidR="00DD3A82" w:rsidRPr="00243B8B" w:rsidRDefault="00DD3A82">
            <w:pPr>
              <w:keepNext/>
              <w:rPr>
                <w:lang w:val="ro-RO"/>
              </w:rPr>
            </w:pPr>
          </w:p>
        </w:tc>
      </w:tr>
    </w:tbl>
    <w:p w14:paraId="0738DB2A" w14:textId="77777777" w:rsidR="00DD3A82" w:rsidRPr="00243B8B" w:rsidRDefault="00DD3A82">
      <w:pPr>
        <w:spacing w:line="168" w:lineRule="auto"/>
        <w:rPr>
          <w:lang w:val="ro-RO"/>
        </w:rPr>
      </w:pPr>
    </w:p>
    <w:p w14:paraId="4B3ECC2E" w14:textId="77777777" w:rsidR="00DD3A82" w:rsidRPr="00243B8B" w:rsidRDefault="00000000">
      <w:pPr>
        <w:spacing w:before="140" w:after="40"/>
        <w:jc w:val="center"/>
        <w:rPr>
          <w:lang w:val="ro-RO"/>
        </w:rPr>
      </w:pPr>
      <w:r w:rsidRPr="00243B8B">
        <w:rPr>
          <w:b/>
          <w:sz w:val="34"/>
          <w:lang w:val="ro-RO"/>
        </w:rPr>
        <w:t>SE CERTIFICĂ:</w:t>
      </w:r>
    </w:p>
    <w:p w14:paraId="432BCB6A" w14:textId="77777777" w:rsidR="00DD3A82" w:rsidRPr="00243B8B" w:rsidRDefault="00DD3A82">
      <w:pPr>
        <w:spacing w:after="60"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DD3A82" w:rsidRPr="00243B8B" w14:paraId="4040B0AB" w14:textId="77777777">
        <w:trPr>
          <w:cantSplit/>
        </w:trPr>
        <w:tc>
          <w:tcPr>
            <w:tcW w:w="9636" w:type="dxa"/>
            <w:shd w:val="clear" w:color="auto" w:fill="F4F4F4"/>
          </w:tcPr>
          <w:p w14:paraId="02277F06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sz w:val="16"/>
                <w:lang w:val="ro-RO"/>
              </w:rPr>
              <w:t xml:space="preserve"> 3. </w:t>
            </w:r>
            <w:r w:rsidRPr="00243B8B">
              <w:rPr>
                <w:b/>
                <w:color w:val="000000"/>
                <w:sz w:val="18"/>
                <w:lang w:val="ro-RO"/>
              </w:rPr>
              <w:t>REGIMUL JURIDIC</w:t>
            </w:r>
          </w:p>
        </w:tc>
      </w:tr>
      <w:tr w:rsidR="00DD3A82" w:rsidRPr="00243B8B" w14:paraId="64004D3F" w14:textId="77777777">
        <w:trPr>
          <w:cantSplit/>
        </w:trPr>
        <w:tc>
          <w:tcPr>
            <w:tcW w:w="9636" w:type="dxa"/>
          </w:tcPr>
          <w:p w14:paraId="0CC65F67" w14:textId="77777777" w:rsidR="00DD3A82" w:rsidRPr="00243B8B" w:rsidRDefault="00DD3A82">
            <w:pPr>
              <w:pBdr>
                <w:bottom w:val="dotted" w:sz="6" w:space="0" w:color="999999"/>
              </w:pBdr>
              <w:spacing w:after="80"/>
              <w:rPr>
                <w:lang w:val="ro-RO"/>
              </w:rPr>
            </w:pPr>
          </w:p>
          <w:p w14:paraId="31469D47" w14:textId="77777777" w:rsidR="00DD3A82" w:rsidRPr="00243B8B" w:rsidRDefault="00DD3A82">
            <w:pPr>
              <w:pBdr>
                <w:bottom w:val="dotted" w:sz="6" w:space="0" w:color="999999"/>
              </w:pBdr>
              <w:spacing w:after="80"/>
              <w:rPr>
                <w:lang w:val="ro-RO"/>
              </w:rPr>
            </w:pPr>
          </w:p>
          <w:p w14:paraId="7D0C82BB" w14:textId="77777777" w:rsidR="00DD3A82" w:rsidRPr="00243B8B" w:rsidRDefault="00DD3A82">
            <w:pPr>
              <w:pBdr>
                <w:bottom w:val="dotted" w:sz="6" w:space="0" w:color="999999"/>
              </w:pBdr>
              <w:spacing w:after="80"/>
              <w:rPr>
                <w:lang w:val="ro-RO"/>
              </w:rPr>
            </w:pPr>
          </w:p>
        </w:tc>
      </w:tr>
    </w:tbl>
    <w:p w14:paraId="7AA059E7" w14:textId="77777777" w:rsidR="00DD3A82" w:rsidRPr="00243B8B" w:rsidRDefault="00DD3A82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8030"/>
        <w:gridCol w:w="1606"/>
      </w:tblGrid>
      <w:tr w:rsidR="00DD3A82" w:rsidRPr="00243B8B" w14:paraId="1ADA7BB4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74A5E1F5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sz w:val="16"/>
                <w:lang w:val="ro-RO"/>
              </w:rPr>
              <w:t xml:space="preserve"> 4. </w:t>
            </w:r>
            <w:r w:rsidRPr="00243B8B">
              <w:rPr>
                <w:b/>
                <w:color w:val="000000"/>
                <w:sz w:val="18"/>
                <w:lang w:val="ro-RO"/>
              </w:rPr>
              <w:t>REGIMUL ECONOMIC</w:t>
            </w:r>
          </w:p>
        </w:tc>
      </w:tr>
      <w:tr w:rsidR="00DD3A82" w:rsidRPr="00243B8B" w14:paraId="24AEF213" w14:textId="77777777">
        <w:trPr>
          <w:cantSplit/>
        </w:trPr>
        <w:tc>
          <w:tcPr>
            <w:tcW w:w="8030" w:type="dxa"/>
            <w:shd w:val="clear" w:color="auto" w:fill="F4F4F4"/>
          </w:tcPr>
          <w:p w14:paraId="4AC85A11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Prevederea</w:t>
            </w:r>
          </w:p>
        </w:tc>
        <w:tc>
          <w:tcPr>
            <w:tcW w:w="1606" w:type="dxa"/>
            <w:shd w:val="clear" w:color="auto" w:fill="F4F4F4"/>
          </w:tcPr>
          <w:p w14:paraId="0334286E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Actul de reglementare</w:t>
            </w:r>
          </w:p>
          <w:p w14:paraId="02FFA6CF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i/>
                <w:color w:val="7A7A7A"/>
                <w:lang w:val="ro-RO"/>
              </w:rPr>
              <w:t>RLU · HCL · lege, nr./an</w:t>
            </w:r>
          </w:p>
        </w:tc>
      </w:tr>
      <w:tr w:rsidR="00DD3A82" w:rsidRPr="00243B8B" w14:paraId="13F86910" w14:textId="77777777">
        <w:trPr>
          <w:cantSplit/>
          <w:trHeight w:val="283"/>
        </w:trPr>
        <w:tc>
          <w:tcPr>
            <w:tcW w:w="8030" w:type="dxa"/>
          </w:tcPr>
          <w:p w14:paraId="66898715" w14:textId="77777777" w:rsidR="00DD3A82" w:rsidRPr="00243B8B" w:rsidRDefault="00DD3A82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45100E11" w14:textId="77777777" w:rsidR="00DD3A82" w:rsidRPr="00243B8B" w:rsidRDefault="00DD3A82">
            <w:pPr>
              <w:keepNext/>
              <w:rPr>
                <w:lang w:val="ro-RO"/>
              </w:rPr>
            </w:pPr>
          </w:p>
        </w:tc>
      </w:tr>
      <w:tr w:rsidR="00DD3A82" w:rsidRPr="00243B8B" w14:paraId="7FCB8460" w14:textId="77777777">
        <w:trPr>
          <w:cantSplit/>
          <w:trHeight w:val="283"/>
        </w:trPr>
        <w:tc>
          <w:tcPr>
            <w:tcW w:w="8030" w:type="dxa"/>
          </w:tcPr>
          <w:p w14:paraId="3BE337D8" w14:textId="77777777" w:rsidR="00DD3A82" w:rsidRPr="00243B8B" w:rsidRDefault="00DD3A82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16E239AE" w14:textId="77777777" w:rsidR="00DD3A82" w:rsidRPr="00243B8B" w:rsidRDefault="00DD3A82">
            <w:pPr>
              <w:keepNext/>
              <w:rPr>
                <w:lang w:val="ro-RO"/>
              </w:rPr>
            </w:pPr>
          </w:p>
        </w:tc>
      </w:tr>
    </w:tbl>
    <w:p w14:paraId="7FA683F7" w14:textId="77777777" w:rsidR="00DD3A82" w:rsidRPr="00243B8B" w:rsidRDefault="00DD3A82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8030"/>
        <w:gridCol w:w="1606"/>
      </w:tblGrid>
      <w:tr w:rsidR="00DD3A82" w:rsidRPr="00243B8B" w14:paraId="504CBD08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3221A892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sz w:val="16"/>
                <w:lang w:val="ro-RO"/>
              </w:rPr>
              <w:t xml:space="preserve"> 5. </w:t>
            </w:r>
            <w:r w:rsidRPr="00243B8B">
              <w:rPr>
                <w:b/>
                <w:color w:val="000000"/>
                <w:sz w:val="18"/>
                <w:lang w:val="ro-RO"/>
              </w:rPr>
              <w:t>REGIMUL TEHNIC</w:t>
            </w:r>
          </w:p>
        </w:tc>
      </w:tr>
      <w:tr w:rsidR="00DD3A82" w:rsidRPr="00243B8B" w14:paraId="7106509B" w14:textId="77777777">
        <w:trPr>
          <w:cantSplit/>
        </w:trPr>
        <w:tc>
          <w:tcPr>
            <w:tcW w:w="8030" w:type="dxa"/>
            <w:shd w:val="clear" w:color="auto" w:fill="F4F4F4"/>
          </w:tcPr>
          <w:p w14:paraId="2AFCCD80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Prevederea</w:t>
            </w:r>
          </w:p>
        </w:tc>
        <w:tc>
          <w:tcPr>
            <w:tcW w:w="1606" w:type="dxa"/>
            <w:shd w:val="clear" w:color="auto" w:fill="F4F4F4"/>
          </w:tcPr>
          <w:p w14:paraId="3F646910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Actul de reglementare</w:t>
            </w:r>
          </w:p>
          <w:p w14:paraId="0A1F622F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i/>
                <w:color w:val="7A7A7A"/>
                <w:lang w:val="ro-RO"/>
              </w:rPr>
              <w:t>RLU · HCL · lege, nr./an</w:t>
            </w:r>
          </w:p>
        </w:tc>
      </w:tr>
      <w:tr w:rsidR="00DD3A82" w:rsidRPr="00243B8B" w14:paraId="3B18E8DD" w14:textId="77777777">
        <w:trPr>
          <w:cantSplit/>
          <w:trHeight w:val="283"/>
        </w:trPr>
        <w:tc>
          <w:tcPr>
            <w:tcW w:w="8030" w:type="dxa"/>
          </w:tcPr>
          <w:p w14:paraId="1A4F389B" w14:textId="77777777" w:rsidR="00DD3A82" w:rsidRPr="00243B8B" w:rsidRDefault="00DD3A82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6C3B542B" w14:textId="77777777" w:rsidR="00DD3A82" w:rsidRPr="00243B8B" w:rsidRDefault="00DD3A82">
            <w:pPr>
              <w:keepNext/>
              <w:rPr>
                <w:lang w:val="ro-RO"/>
              </w:rPr>
            </w:pPr>
          </w:p>
        </w:tc>
      </w:tr>
      <w:tr w:rsidR="00DD3A82" w:rsidRPr="00243B8B" w14:paraId="209A816D" w14:textId="77777777">
        <w:trPr>
          <w:cantSplit/>
          <w:trHeight w:val="283"/>
        </w:trPr>
        <w:tc>
          <w:tcPr>
            <w:tcW w:w="8030" w:type="dxa"/>
          </w:tcPr>
          <w:p w14:paraId="45AA27D9" w14:textId="77777777" w:rsidR="00DD3A82" w:rsidRPr="00243B8B" w:rsidRDefault="00DD3A82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2BC78733" w14:textId="77777777" w:rsidR="00DD3A82" w:rsidRPr="00243B8B" w:rsidRDefault="00DD3A82">
            <w:pPr>
              <w:keepNext/>
              <w:rPr>
                <w:lang w:val="ro-RO"/>
              </w:rPr>
            </w:pPr>
          </w:p>
        </w:tc>
      </w:tr>
    </w:tbl>
    <w:p w14:paraId="57EA1953" w14:textId="77777777" w:rsidR="00DD3A82" w:rsidRPr="00243B8B" w:rsidRDefault="00DD3A82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DD3A82" w:rsidRPr="00243B8B" w14:paraId="39C821ED" w14:textId="77777777">
        <w:trPr>
          <w:cantSplit/>
        </w:trPr>
        <w:tc>
          <w:tcPr>
            <w:tcW w:w="9636" w:type="dxa"/>
            <w:shd w:val="clear" w:color="auto" w:fill="F4F4F4"/>
          </w:tcPr>
          <w:p w14:paraId="4ADA7505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sz w:val="16"/>
                <w:lang w:val="ro-RO"/>
              </w:rPr>
              <w:t xml:space="preserve"> 6. </w:t>
            </w:r>
            <w:r w:rsidRPr="00243B8B">
              <w:rPr>
                <w:b/>
                <w:color w:val="000000"/>
                <w:sz w:val="18"/>
                <w:lang w:val="ro-RO"/>
              </w:rPr>
              <w:t>INFORMAȚII PRIVIND TRASEELE, AMPLASAREA, CALITATEA ȘI CAPACITATEA REȚELELOR EDILITARE DIN ZONA IMOBILULUI</w:t>
            </w:r>
          </w:p>
        </w:tc>
      </w:tr>
      <w:tr w:rsidR="00DD3A82" w:rsidRPr="00243B8B" w14:paraId="644B648C" w14:textId="77777777">
        <w:trPr>
          <w:cantSplit/>
        </w:trPr>
        <w:tc>
          <w:tcPr>
            <w:tcW w:w="9636" w:type="dxa"/>
          </w:tcPr>
          <w:p w14:paraId="4DCA4428" w14:textId="77777777" w:rsidR="00DD3A82" w:rsidRPr="00243B8B" w:rsidRDefault="00DD3A82">
            <w:pPr>
              <w:pBdr>
                <w:bottom w:val="dotted" w:sz="6" w:space="0" w:color="999999"/>
              </w:pBdr>
              <w:spacing w:after="80"/>
              <w:rPr>
                <w:lang w:val="ro-RO"/>
              </w:rPr>
            </w:pPr>
          </w:p>
          <w:p w14:paraId="63A5A22C" w14:textId="77777777" w:rsidR="00DD3A82" w:rsidRPr="00243B8B" w:rsidRDefault="00DD3A82">
            <w:pPr>
              <w:pBdr>
                <w:bottom w:val="dotted" w:sz="6" w:space="0" w:color="999999"/>
              </w:pBdr>
              <w:spacing w:after="80"/>
              <w:rPr>
                <w:lang w:val="ro-RO"/>
              </w:rPr>
            </w:pPr>
          </w:p>
        </w:tc>
      </w:tr>
    </w:tbl>
    <w:p w14:paraId="3B5D44A6" w14:textId="77777777" w:rsidR="00DD3A82" w:rsidRPr="00243B8B" w:rsidRDefault="00DD3A82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DD3A82" w:rsidRPr="00243B8B" w14:paraId="422AF1A2" w14:textId="77777777">
        <w:trPr>
          <w:cantSplit/>
        </w:trPr>
        <w:tc>
          <w:tcPr>
            <w:tcW w:w="9636" w:type="dxa"/>
            <w:shd w:val="clear" w:color="auto" w:fill="F4F4F4"/>
          </w:tcPr>
          <w:p w14:paraId="041F5C77" w14:textId="77777777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sz w:val="16"/>
                <w:lang w:val="ro-RO"/>
              </w:rPr>
              <w:t xml:space="preserve"> 7. </w:t>
            </w:r>
            <w:r w:rsidRPr="00243B8B">
              <w:rPr>
                <w:b/>
                <w:color w:val="000000"/>
                <w:sz w:val="18"/>
                <w:lang w:val="ro-RO"/>
              </w:rPr>
              <w:t>ANEXE</w:t>
            </w:r>
          </w:p>
        </w:tc>
      </w:tr>
      <w:tr w:rsidR="00DD3A82" w:rsidRPr="00243B8B" w14:paraId="562792D2" w14:textId="77777777">
        <w:trPr>
          <w:cantSplit/>
        </w:trPr>
        <w:tc>
          <w:tcPr>
            <w:tcW w:w="9636" w:type="dxa"/>
          </w:tcPr>
          <w:p w14:paraId="0484BABB" w14:textId="77777777" w:rsidR="00DD3A82" w:rsidRPr="00243B8B" w:rsidRDefault="00000000">
            <w:pPr>
              <w:rPr>
                <w:lang w:val="ro-RO"/>
              </w:rPr>
            </w:pPr>
            <w:r w:rsidRPr="00243B8B">
              <w:rPr>
                <w:sz w:val="16"/>
                <w:lang w:val="ro-RO"/>
              </w:rPr>
              <w:t>☐ extras din sistemul GIS cu rețelele edilitare, după caz</w:t>
            </w:r>
          </w:p>
          <w:p w14:paraId="72FC5A78" w14:textId="77777777" w:rsidR="00DD3A82" w:rsidRPr="00243B8B" w:rsidRDefault="00000000">
            <w:pPr>
              <w:rPr>
                <w:lang w:val="ro-RO"/>
              </w:rPr>
            </w:pPr>
            <w:r w:rsidRPr="00243B8B">
              <w:rPr>
                <w:sz w:val="16"/>
                <w:lang w:val="ro-RO"/>
              </w:rPr>
              <w:t>☐ plan de încadrare în documentația de urbanism aplicabilă, după caz</w:t>
            </w:r>
          </w:p>
        </w:tc>
      </w:tr>
    </w:tbl>
    <w:p w14:paraId="65A8D9C5" w14:textId="77777777" w:rsidR="00DD3A82" w:rsidRPr="00243B8B" w:rsidRDefault="00DD3A82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3212"/>
        <w:gridCol w:w="4015"/>
      </w:tblGrid>
      <w:tr w:rsidR="00DD3A82" w:rsidRPr="00243B8B" w14:paraId="293653D8" w14:textId="77777777" w:rsidTr="00243741">
        <w:trPr>
          <w:cantSplit/>
          <w:trHeight w:val="38"/>
        </w:trPr>
        <w:tc>
          <w:tcPr>
            <w:tcW w:w="9636" w:type="dxa"/>
            <w:gridSpan w:val="3"/>
            <w:shd w:val="clear" w:color="auto" w:fill="F4F4F4"/>
          </w:tcPr>
          <w:p w14:paraId="19B754A1" w14:textId="5B652CB9" w:rsidR="00DD3A82" w:rsidRPr="00243B8B" w:rsidRDefault="00000000">
            <w:pPr>
              <w:keepNext/>
              <w:rPr>
                <w:lang w:val="ro-RO"/>
              </w:rPr>
            </w:pPr>
            <w:r w:rsidRPr="00243B8B">
              <w:rPr>
                <w:b/>
                <w:sz w:val="16"/>
                <w:lang w:val="ro-RO"/>
              </w:rPr>
              <w:t xml:space="preserve"> </w:t>
            </w:r>
            <w:r w:rsidR="005A0856" w:rsidRPr="00243B8B">
              <w:rPr>
                <w:b/>
                <w:sz w:val="16"/>
                <w:lang w:val="ro-RO"/>
              </w:rPr>
              <w:t>8</w:t>
            </w:r>
            <w:r w:rsidRPr="00243B8B">
              <w:rPr>
                <w:b/>
                <w:sz w:val="16"/>
                <w:lang w:val="ro-RO"/>
              </w:rPr>
              <w:t xml:space="preserve">. </w:t>
            </w:r>
            <w:r w:rsidRPr="00243B8B">
              <w:rPr>
                <w:b/>
                <w:color w:val="000000"/>
                <w:sz w:val="18"/>
                <w:lang w:val="ro-RO"/>
              </w:rPr>
              <w:t>SEMNĂTURA</w:t>
            </w:r>
          </w:p>
        </w:tc>
      </w:tr>
      <w:tr w:rsidR="00DD3A82" w:rsidRPr="00243B8B" w14:paraId="602E68D1" w14:textId="77777777">
        <w:trPr>
          <w:cantSplit/>
          <w:trHeight w:val="680"/>
        </w:trPr>
        <w:tc>
          <w:tcPr>
            <w:tcW w:w="9636" w:type="dxa"/>
            <w:gridSpan w:val="3"/>
          </w:tcPr>
          <w:p w14:paraId="243B5784" w14:textId="77777777" w:rsidR="00DD3A82" w:rsidRPr="00243B8B" w:rsidRDefault="00000000">
            <w:pPr>
              <w:keepNext/>
              <w:jc w:val="center"/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Arhitect-șef</w:t>
            </w:r>
          </w:p>
          <w:p w14:paraId="139938D3" w14:textId="77777777" w:rsidR="00DD3A82" w:rsidRPr="00243B8B" w:rsidRDefault="00DD3A82">
            <w:pPr>
              <w:keepNext/>
              <w:spacing w:after="200"/>
              <w:rPr>
                <w:lang w:val="ro-RO"/>
              </w:rPr>
            </w:pPr>
          </w:p>
          <w:p w14:paraId="7825B045" w14:textId="77777777" w:rsidR="00DD3A82" w:rsidRPr="00243B8B" w:rsidRDefault="00DD3A82">
            <w:pPr>
              <w:keepNext/>
              <w:pBdr>
                <w:bottom w:val="dotted" w:sz="6" w:space="0" w:color="999999"/>
              </w:pBdr>
              <w:jc w:val="center"/>
              <w:rPr>
                <w:lang w:val="ro-RO"/>
              </w:rPr>
            </w:pPr>
          </w:p>
          <w:p w14:paraId="58E83B0E" w14:textId="77777777" w:rsidR="00DD3A82" w:rsidRPr="00243B8B" w:rsidRDefault="00000000">
            <w:pPr>
              <w:keepNext/>
              <w:jc w:val="center"/>
              <w:rPr>
                <w:lang w:val="ro-RO"/>
              </w:rPr>
            </w:pPr>
            <w:r w:rsidRPr="00243B8B">
              <w:rPr>
                <w:i/>
                <w:color w:val="595959"/>
                <w:lang w:val="ro-RO"/>
              </w:rPr>
              <w:t>numele și semnătura</w:t>
            </w:r>
          </w:p>
        </w:tc>
      </w:tr>
      <w:tr w:rsidR="00DD3A82" w:rsidRPr="00243B8B" w14:paraId="56042AC8" w14:textId="77777777">
        <w:trPr>
          <w:cantSplit/>
          <w:trHeight w:val="510"/>
        </w:trPr>
        <w:tc>
          <w:tcPr>
            <w:tcW w:w="2409" w:type="dxa"/>
          </w:tcPr>
          <w:p w14:paraId="6F7806DE" w14:textId="77777777" w:rsidR="00DD3A82" w:rsidRPr="00243B8B" w:rsidRDefault="00000000">
            <w:pPr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Achitat taxa de (lei)</w:t>
            </w:r>
          </w:p>
          <w:p w14:paraId="6AAC76E5" w14:textId="77777777" w:rsidR="00DD3A82" w:rsidRPr="00243B8B" w:rsidRDefault="00DD3A82">
            <w:pPr>
              <w:rPr>
                <w:lang w:val="ro-RO"/>
              </w:rPr>
            </w:pPr>
          </w:p>
        </w:tc>
        <w:tc>
          <w:tcPr>
            <w:tcW w:w="3212" w:type="dxa"/>
          </w:tcPr>
          <w:p w14:paraId="755A1FF5" w14:textId="77777777" w:rsidR="00DD3A82" w:rsidRPr="00243B8B" w:rsidRDefault="00000000">
            <w:pPr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Chitanța nr. / data</w:t>
            </w:r>
          </w:p>
          <w:p w14:paraId="1D88E202" w14:textId="77777777" w:rsidR="00DD3A82" w:rsidRPr="00243B8B" w:rsidRDefault="00DD3A82">
            <w:pPr>
              <w:rPr>
                <w:lang w:val="ro-RO"/>
              </w:rPr>
            </w:pPr>
          </w:p>
        </w:tc>
        <w:tc>
          <w:tcPr>
            <w:tcW w:w="4015" w:type="dxa"/>
          </w:tcPr>
          <w:p w14:paraId="27531EB3" w14:textId="77777777" w:rsidR="00DD3A82" w:rsidRPr="00243B8B" w:rsidRDefault="00000000">
            <w:pPr>
              <w:rPr>
                <w:lang w:val="ro-RO"/>
              </w:rPr>
            </w:pPr>
            <w:r w:rsidRPr="00243B8B">
              <w:rPr>
                <w:b/>
                <w:color w:val="0D5F78"/>
                <w:lang w:val="ro-RO"/>
              </w:rPr>
              <w:t>Transmis solicitantului la data</w:t>
            </w:r>
          </w:p>
          <w:p w14:paraId="3ACD86CE" w14:textId="77777777" w:rsidR="00DD3A82" w:rsidRPr="00243B8B" w:rsidRDefault="00000000">
            <w:pPr>
              <w:rPr>
                <w:lang w:val="ro-RO"/>
              </w:rPr>
            </w:pPr>
            <w:r w:rsidRPr="00243B8B">
              <w:rPr>
                <w:i/>
                <w:color w:val="7A7A7A"/>
                <w:lang w:val="ro-RO"/>
              </w:rPr>
              <w:t>direct / prin poștă / digital</w:t>
            </w:r>
          </w:p>
          <w:p w14:paraId="79B95523" w14:textId="77777777" w:rsidR="00DD3A82" w:rsidRPr="00243B8B" w:rsidRDefault="00DD3A82">
            <w:pPr>
              <w:rPr>
                <w:lang w:val="ro-RO"/>
              </w:rPr>
            </w:pPr>
          </w:p>
        </w:tc>
      </w:tr>
    </w:tbl>
    <w:p w14:paraId="78EA194A" w14:textId="77777777" w:rsidR="00DD3A82" w:rsidRPr="00243B8B" w:rsidRDefault="00DD3A82">
      <w:pPr>
        <w:spacing w:line="168" w:lineRule="auto"/>
        <w:rPr>
          <w:lang w:val="ro-RO"/>
        </w:rPr>
      </w:pPr>
    </w:p>
    <w:sectPr w:rsidR="00DD3A82" w:rsidRPr="00243B8B" w:rsidSect="00034616"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60F16" w14:textId="77777777" w:rsidR="009654DF" w:rsidRDefault="009654DF">
      <w:r>
        <w:separator/>
      </w:r>
    </w:p>
  </w:endnote>
  <w:endnote w:type="continuationSeparator" w:id="0">
    <w:p w14:paraId="0932130F" w14:textId="77777777" w:rsidR="009654DF" w:rsidRDefault="00965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28866" w14:textId="77777777" w:rsidR="00DD3A82" w:rsidRDefault="00000000">
    <w:pPr>
      <w:pStyle w:val="Footer"/>
      <w:tabs>
        <w:tab w:val="right" w:pos="9639"/>
      </w:tabs>
    </w:pPr>
    <w:r>
      <w:rPr>
        <w:color w:val="595959"/>
      </w:rPr>
      <w:t xml:space="preserve">F_CU_05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243741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243741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657FF" w14:textId="77777777" w:rsidR="009654DF" w:rsidRDefault="009654DF">
      <w:r>
        <w:separator/>
      </w:r>
    </w:p>
  </w:footnote>
  <w:footnote w:type="continuationSeparator" w:id="0">
    <w:p w14:paraId="4F6AC6F5" w14:textId="77777777" w:rsidR="009654DF" w:rsidRDefault="00965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294050">
    <w:abstractNumId w:val="8"/>
  </w:num>
  <w:num w:numId="2" w16cid:durableId="1177189012">
    <w:abstractNumId w:val="6"/>
  </w:num>
  <w:num w:numId="3" w16cid:durableId="1050960297">
    <w:abstractNumId w:val="5"/>
  </w:num>
  <w:num w:numId="4" w16cid:durableId="872116732">
    <w:abstractNumId w:val="4"/>
  </w:num>
  <w:num w:numId="5" w16cid:durableId="1253315966">
    <w:abstractNumId w:val="7"/>
  </w:num>
  <w:num w:numId="6" w16cid:durableId="1397125055">
    <w:abstractNumId w:val="3"/>
  </w:num>
  <w:num w:numId="7" w16cid:durableId="969824586">
    <w:abstractNumId w:val="2"/>
  </w:num>
  <w:num w:numId="8" w16cid:durableId="1071386525">
    <w:abstractNumId w:val="1"/>
  </w:num>
  <w:num w:numId="9" w16cid:durableId="198300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B24"/>
    <w:rsid w:val="00034616"/>
    <w:rsid w:val="0006063C"/>
    <w:rsid w:val="00065C9E"/>
    <w:rsid w:val="00085A7F"/>
    <w:rsid w:val="0015074B"/>
    <w:rsid w:val="00243741"/>
    <w:rsid w:val="00243B8B"/>
    <w:rsid w:val="0029639D"/>
    <w:rsid w:val="002D094A"/>
    <w:rsid w:val="002E688E"/>
    <w:rsid w:val="00326F90"/>
    <w:rsid w:val="00414201"/>
    <w:rsid w:val="005A0856"/>
    <w:rsid w:val="006C103E"/>
    <w:rsid w:val="009654DF"/>
    <w:rsid w:val="00AA1D8D"/>
    <w:rsid w:val="00B2526B"/>
    <w:rsid w:val="00B47730"/>
    <w:rsid w:val="00C858A9"/>
    <w:rsid w:val="00CB0664"/>
    <w:rsid w:val="00D76135"/>
    <w:rsid w:val="00DD3A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E18775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E68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ntact@primariaturd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arhitecti pmt</cp:lastModifiedBy>
  <cp:revision>2</cp:revision>
  <dcterms:created xsi:type="dcterms:W3CDTF">2026-09-01T12:00:00Z</dcterms:created>
  <dcterms:modified xsi:type="dcterms:W3CDTF">2026-09-01T12:00:00Z</dcterms:modified>
  <cp:category/>
</cp:coreProperties>
</file>