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85C0B" w:rsidRPr="00071108" w14:paraId="519B4AD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A88CE79" w14:textId="207BB4E2" w:rsidR="00C85C0B" w:rsidRPr="00071108" w:rsidRDefault="00475A4C">
            <w:pPr>
              <w:keepNext/>
              <w:jc w:val="center"/>
              <w:rPr>
                <w:lang w:val="ro-RO"/>
              </w:rPr>
            </w:pPr>
            <w:r w:rsidRPr="00071108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44D718B8" wp14:editId="0ADC23CA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D65C390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Județul</w:t>
            </w:r>
          </w:p>
          <w:p w14:paraId="340C295B" w14:textId="4B8654C6" w:rsidR="00C85C0B" w:rsidRPr="00071108" w:rsidRDefault="00475A4C">
            <w:pPr>
              <w:keepNext/>
              <w:rPr>
                <w:lang w:val="ro-RO"/>
              </w:rPr>
            </w:pPr>
            <w:r w:rsidRPr="00071108">
              <w:rPr>
                <w:b/>
                <w:bCs/>
                <w:lang w:val="ro-RO"/>
              </w:rPr>
              <w:t>CLUJ</w:t>
            </w:r>
          </w:p>
        </w:tc>
      </w:tr>
      <w:tr w:rsidR="00C85C0B" w:rsidRPr="00071108" w14:paraId="0ACFA7D3" w14:textId="77777777">
        <w:trPr>
          <w:cantSplit/>
          <w:trHeight w:val="510"/>
        </w:trPr>
        <w:tc>
          <w:tcPr>
            <w:tcW w:w="1606" w:type="dxa"/>
            <w:vMerge/>
          </w:tcPr>
          <w:p w14:paraId="4D922E0F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7BFDD222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Autoritatea administrației publice</w:t>
            </w:r>
          </w:p>
          <w:p w14:paraId="537356A4" w14:textId="084B96B5" w:rsidR="00C85C0B" w:rsidRPr="00071108" w:rsidRDefault="00475A4C">
            <w:pPr>
              <w:keepNext/>
              <w:rPr>
                <w:lang w:val="ro-RO"/>
              </w:rPr>
            </w:pPr>
            <w:r w:rsidRPr="00071108">
              <w:rPr>
                <w:b/>
                <w:bCs/>
                <w:lang w:val="ro-RO"/>
              </w:rPr>
              <w:t>PRIMĂRIA MUNICIPIULUI TURDA</w:t>
            </w:r>
          </w:p>
        </w:tc>
      </w:tr>
      <w:tr w:rsidR="00C85C0B" w:rsidRPr="00071108" w14:paraId="06B81FB7" w14:textId="77777777">
        <w:trPr>
          <w:cantSplit/>
          <w:trHeight w:val="510"/>
        </w:trPr>
        <w:tc>
          <w:tcPr>
            <w:tcW w:w="1606" w:type="dxa"/>
            <w:vMerge/>
          </w:tcPr>
          <w:p w14:paraId="5B65FFC0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73114822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Cod de identificare fiscală (CIF)</w:t>
            </w:r>
          </w:p>
          <w:p w14:paraId="790922F4" w14:textId="404FCF43" w:rsidR="00C85C0B" w:rsidRPr="00071108" w:rsidRDefault="00475A4C">
            <w:pPr>
              <w:keepNext/>
              <w:rPr>
                <w:lang w:val="ro-RO"/>
              </w:rPr>
            </w:pPr>
            <w:r w:rsidRPr="00071108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E8EEC57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Adresa oficială</w:t>
            </w:r>
          </w:p>
          <w:p w14:paraId="5EFFBB46" w14:textId="77777777" w:rsidR="00475A4C" w:rsidRPr="00071108" w:rsidRDefault="00475A4C" w:rsidP="00475A4C">
            <w:pPr>
              <w:rPr>
                <w:i/>
                <w:color w:val="7A7A7A"/>
                <w:lang w:val="ro-RO"/>
              </w:rPr>
            </w:pPr>
            <w:r w:rsidRPr="00071108">
              <w:rPr>
                <w:b/>
                <w:bCs/>
                <w:i/>
                <w:lang w:val="ro-RO"/>
              </w:rPr>
              <w:t xml:space="preserve">P-ța 1 Decembrie 1918 nr.28 · tel: 0264-313160· e-mail: </w:t>
            </w:r>
            <w:hyperlink r:id="rId9" w:history="1">
              <w:r w:rsidRPr="00071108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071108">
              <w:rPr>
                <w:i/>
                <w:color w:val="7A7A7A"/>
                <w:lang w:val="ro-RO"/>
              </w:rPr>
              <w:t xml:space="preserve"> </w:t>
            </w:r>
          </w:p>
          <w:p w14:paraId="34178E3A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024C8C88" w14:textId="77777777">
        <w:trPr>
          <w:cantSplit/>
          <w:trHeight w:val="510"/>
        </w:trPr>
        <w:tc>
          <w:tcPr>
            <w:tcW w:w="1606" w:type="dxa"/>
            <w:vMerge/>
          </w:tcPr>
          <w:p w14:paraId="60A55E62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4322CA91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Număr de înregistrare</w:t>
            </w:r>
          </w:p>
          <w:p w14:paraId="28C1E4E9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31777605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Data</w:t>
            </w:r>
          </w:p>
          <w:p w14:paraId="4EF75A35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25CEB233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DB7F8C0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05970DD8" w14:textId="77777777" w:rsidR="00C85C0B" w:rsidRPr="00071108" w:rsidRDefault="00C85C0B">
      <w:pPr>
        <w:spacing w:line="168" w:lineRule="auto"/>
        <w:rPr>
          <w:lang w:val="ro-RO"/>
        </w:rPr>
      </w:pPr>
    </w:p>
    <w:p w14:paraId="0EFADD9B" w14:textId="77777777" w:rsidR="00C85C0B" w:rsidRPr="00071108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071108">
        <w:rPr>
          <w:b/>
          <w:sz w:val="28"/>
          <w:szCs w:val="28"/>
          <w:lang w:val="ro-RO"/>
        </w:rPr>
        <w:t>ÎNȘTIINȚARE</w:t>
      </w:r>
    </w:p>
    <w:p w14:paraId="49143762" w14:textId="77777777" w:rsidR="00C85C0B" w:rsidRPr="00071108" w:rsidRDefault="00000000">
      <w:pPr>
        <w:spacing w:after="120"/>
        <w:jc w:val="center"/>
        <w:rPr>
          <w:lang w:val="ro-RO"/>
        </w:rPr>
      </w:pPr>
      <w:r w:rsidRPr="00071108">
        <w:rPr>
          <w:sz w:val="19"/>
          <w:lang w:val="ro-RO"/>
        </w:rPr>
        <w:t>privind finalizarea lucrărilor notificate și solicitarea participării reprezentantului UAT la recepție</w:t>
      </w:r>
    </w:p>
    <w:p w14:paraId="279D8DA9" w14:textId="77777777" w:rsidR="00C85C0B" w:rsidRPr="00071108" w:rsidRDefault="00C85C0B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:rsidRPr="00071108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sz w:val="16"/>
                <w:lang w:val="ro-RO"/>
              </w:rPr>
              <w:t xml:space="preserve"> 1. </w:t>
            </w:r>
            <w:r w:rsidRPr="00071108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C85C0B" w:rsidRPr="00071108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Instituția</w:t>
            </w:r>
          </w:p>
          <w:p w14:paraId="3662B31C" w14:textId="7EC20E76" w:rsidR="00C85C0B" w:rsidRPr="00071108" w:rsidRDefault="00071108">
            <w:pPr>
              <w:keepNext/>
              <w:rPr>
                <w:lang w:val="ro-RO"/>
              </w:rPr>
            </w:pPr>
            <w:r w:rsidRPr="00071108">
              <w:rPr>
                <w:b/>
                <w:bCs/>
                <w:lang w:val="ro-RO"/>
              </w:rPr>
              <w:t>PRIMĂRIA MUNICIPIULUI TURDA</w:t>
            </w:r>
            <w:r w:rsidRPr="00071108">
              <w:rPr>
                <w:lang w:val="ro-RO"/>
              </w:rPr>
              <w:t xml:space="preserve"> </w:t>
            </w:r>
          </w:p>
        </w:tc>
      </w:tr>
      <w:tr w:rsidR="00C85C0B" w:rsidRPr="00071108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071108" w:rsidRDefault="00000000">
            <w:pPr>
              <w:spacing w:line="228" w:lineRule="auto"/>
              <w:rPr>
                <w:lang w:val="ro-RO"/>
              </w:rPr>
            </w:pPr>
            <w:r w:rsidRPr="00071108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75E15653" w14:textId="77777777" w:rsidR="00C85C0B" w:rsidRPr="00071108" w:rsidRDefault="00C85C0B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:rsidRPr="00071108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sz w:val="16"/>
                <w:lang w:val="ro-RO"/>
              </w:rPr>
              <w:t xml:space="preserve"> 2. </w:t>
            </w:r>
            <w:r w:rsidRPr="00071108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C85C0B" w:rsidRPr="00071108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Nume și prenume</w:t>
            </w:r>
          </w:p>
          <w:p w14:paraId="78962F31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349D53B4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CNP</w:t>
            </w:r>
          </w:p>
          <w:p w14:paraId="12A0DF42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sz w:val="16"/>
                <w:lang w:val="ro-RO"/>
              </w:rPr>
              <w:t xml:space="preserve"> Act de identitate</w:t>
            </w:r>
          </w:p>
        </w:tc>
      </w:tr>
      <w:tr w:rsidR="00C85C0B" w:rsidRPr="00071108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Seria</w:t>
            </w:r>
          </w:p>
          <w:p w14:paraId="1372DB4F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8543067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Numărul</w:t>
            </w:r>
          </w:p>
          <w:p w14:paraId="10D1BCEF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5949C44F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Eliberat de</w:t>
            </w:r>
          </w:p>
          <w:p w14:paraId="7DFD0055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E02C3D3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La data</w:t>
            </w:r>
          </w:p>
          <w:p w14:paraId="7B1F54BC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sz w:val="16"/>
                <w:lang w:val="ro-RO"/>
              </w:rPr>
              <w:t xml:space="preserve"> Domiciliul</w:t>
            </w:r>
          </w:p>
        </w:tc>
      </w:tr>
      <w:tr w:rsidR="00C85C0B" w:rsidRPr="00071108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Județul</w:t>
            </w:r>
          </w:p>
          <w:p w14:paraId="2186F192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50EE20EA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Municipiul / orașul / comuna</w:t>
            </w:r>
          </w:p>
          <w:p w14:paraId="5A7197A9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52D40263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Satul / sectorul</w:t>
            </w:r>
          </w:p>
          <w:p w14:paraId="2A6C818F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Strada</w:t>
            </w:r>
          </w:p>
          <w:p w14:paraId="4F3D8CE6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75341DA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Nr.</w:t>
            </w:r>
          </w:p>
          <w:p w14:paraId="20120A0F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F18AE53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Sc.</w:t>
            </w:r>
          </w:p>
          <w:p w14:paraId="20E48DEE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B25ACF6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Et.</w:t>
            </w:r>
          </w:p>
          <w:p w14:paraId="6F6960D6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38B4DB2B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Ap.</w:t>
            </w:r>
          </w:p>
          <w:p w14:paraId="0D48C9FB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C794EFE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Cod poștal</w:t>
            </w:r>
          </w:p>
          <w:p w14:paraId="14D83194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44F2C34C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Țara</w:t>
            </w:r>
          </w:p>
          <w:p w14:paraId="303B0DDB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sz w:val="16"/>
                <w:lang w:val="ro-RO"/>
              </w:rPr>
              <w:t xml:space="preserve"> Date de contact</w:t>
            </w:r>
          </w:p>
        </w:tc>
      </w:tr>
      <w:tr w:rsidR="00C85C0B" w:rsidRPr="00071108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Telefon / fax</w:t>
            </w:r>
          </w:p>
          <w:p w14:paraId="1D1557B5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56D269E2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E-mail</w:t>
            </w:r>
          </w:p>
          <w:p w14:paraId="6134E69B" w14:textId="77777777" w:rsidR="00C85C0B" w:rsidRPr="00071108" w:rsidRDefault="00C85C0B">
            <w:pPr>
              <w:rPr>
                <w:lang w:val="ro-RO"/>
              </w:rPr>
            </w:pPr>
          </w:p>
        </w:tc>
      </w:tr>
    </w:tbl>
    <w:p w14:paraId="4DBE4EFE" w14:textId="77777777" w:rsidR="00C85C0B" w:rsidRPr="00071108" w:rsidRDefault="00C85C0B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:rsidRPr="00071108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sz w:val="16"/>
                <w:lang w:val="ro-RO"/>
              </w:rPr>
              <w:t xml:space="preserve"> 3. </w:t>
            </w:r>
            <w:r w:rsidRPr="00071108">
              <w:rPr>
                <w:b/>
                <w:color w:val="000000"/>
                <w:sz w:val="18"/>
                <w:lang w:val="ro-RO"/>
              </w:rPr>
              <w:t>NOTIFICAREA</w:t>
            </w:r>
          </w:p>
        </w:tc>
      </w:tr>
      <w:tr w:rsidR="00C85C0B" w:rsidRPr="00071108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Nr. / data notificării</w:t>
            </w:r>
          </w:p>
          <w:p w14:paraId="782A3FB4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2409" w:type="dxa"/>
          </w:tcPr>
          <w:p w14:paraId="07DACF42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Proiect nr. / cod</w:t>
            </w:r>
          </w:p>
          <w:p w14:paraId="704DDBFC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75FD378C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Imobilul</w:t>
            </w:r>
          </w:p>
          <w:p w14:paraId="0E48F05F" w14:textId="77777777" w:rsidR="00C85C0B" w:rsidRPr="00071108" w:rsidRDefault="00C85C0B">
            <w:pPr>
              <w:rPr>
                <w:lang w:val="ro-RO"/>
              </w:rPr>
            </w:pPr>
          </w:p>
        </w:tc>
      </w:tr>
    </w:tbl>
    <w:p w14:paraId="13D2FF9F" w14:textId="77777777" w:rsidR="00C85C0B" w:rsidRPr="00071108" w:rsidRDefault="00C85C0B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:rsidRPr="00071108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sz w:val="16"/>
                <w:lang w:val="ro-RO"/>
              </w:rPr>
              <w:t xml:space="preserve"> 4. </w:t>
            </w:r>
            <w:r w:rsidRPr="00071108">
              <w:rPr>
                <w:b/>
                <w:color w:val="000000"/>
                <w:sz w:val="18"/>
                <w:lang w:val="ro-RO"/>
              </w:rPr>
              <w:t>EXECUȚIA ȘI RECEPȚIA</w:t>
            </w:r>
          </w:p>
        </w:tc>
      </w:tr>
      <w:tr w:rsidR="00C85C0B" w:rsidRPr="00071108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Data începerii lucrărilor</w:t>
            </w:r>
          </w:p>
          <w:p w14:paraId="2D6D470D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i/>
                <w:color w:val="7A7A7A"/>
                <w:lang w:val="ro-RO"/>
              </w:rPr>
              <w:t>se declară aici</w:t>
            </w:r>
          </w:p>
          <w:p w14:paraId="544B9697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4818" w:type="dxa"/>
          </w:tcPr>
          <w:p w14:paraId="72DCF9AA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Data finalizării</w:t>
            </w:r>
          </w:p>
          <w:p w14:paraId="2262F4A8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Data propusă pentru recepție</w:t>
            </w:r>
          </w:p>
          <w:p w14:paraId="327C4FB5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60A9FC7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ora</w:t>
            </w:r>
          </w:p>
          <w:p w14:paraId="40A08B01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  <w:tc>
          <w:tcPr>
            <w:tcW w:w="4818" w:type="dxa"/>
          </w:tcPr>
          <w:p w14:paraId="6A018CE9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locul</w:t>
            </w:r>
          </w:p>
          <w:p w14:paraId="5887C7E5" w14:textId="77777777" w:rsidR="00C85C0B" w:rsidRPr="00071108" w:rsidRDefault="00C85C0B">
            <w:pPr>
              <w:keepNext/>
              <w:rPr>
                <w:lang w:val="ro-RO"/>
              </w:rPr>
            </w:pPr>
          </w:p>
        </w:tc>
      </w:tr>
      <w:tr w:rsidR="00C85C0B" w:rsidRPr="00071108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Pr="00071108" w:rsidRDefault="00150E80">
            <w:pPr>
              <w:spacing w:line="228" w:lineRule="auto"/>
              <w:rPr>
                <w:lang w:val="ro-RO"/>
              </w:rPr>
            </w:pPr>
            <w:r w:rsidRPr="00071108">
              <w:rPr>
                <w:lang w:val="ro-RO"/>
              </w:rPr>
              <w:t>Legea nr.169/2026 privind Codul amenajării teritoriului, urbanismului și construcțiilor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049D9BE6" w14:textId="77777777" w:rsidR="00C85C0B" w:rsidRPr="00071108" w:rsidRDefault="00C85C0B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:rsidRPr="00071108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Pr="00071108" w:rsidRDefault="00000000">
            <w:pPr>
              <w:keepNext/>
              <w:rPr>
                <w:lang w:val="ro-RO"/>
              </w:rPr>
            </w:pPr>
            <w:r w:rsidRPr="00071108">
              <w:rPr>
                <w:b/>
                <w:sz w:val="16"/>
                <w:lang w:val="ro-RO"/>
              </w:rPr>
              <w:t xml:space="preserve"> 5. </w:t>
            </w:r>
            <w:r w:rsidRPr="00071108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C85C0B" w:rsidRPr="00071108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Data</w:t>
            </w:r>
          </w:p>
          <w:p w14:paraId="3121BEF9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Beneficiarul</w:t>
            </w:r>
          </w:p>
          <w:p w14:paraId="2DCA5FDA" w14:textId="77777777" w:rsidR="00C85C0B" w:rsidRPr="00071108" w:rsidRDefault="00C85C0B">
            <w:pPr>
              <w:rPr>
                <w:lang w:val="ro-RO"/>
              </w:rPr>
            </w:pP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Pr="00071108" w:rsidRDefault="00000000">
            <w:pPr>
              <w:rPr>
                <w:lang w:val="ro-RO"/>
              </w:rPr>
            </w:pPr>
            <w:r w:rsidRPr="00071108">
              <w:rPr>
                <w:b/>
                <w:color w:val="0D5F78"/>
                <w:lang w:val="ro-RO"/>
              </w:rPr>
              <w:t>Semnătura</w:t>
            </w:r>
          </w:p>
          <w:p w14:paraId="765AB599" w14:textId="77777777" w:rsidR="00C85C0B" w:rsidRPr="00071108" w:rsidRDefault="00C85C0B">
            <w:pPr>
              <w:rPr>
                <w:lang w:val="ro-RO"/>
              </w:rPr>
            </w:pPr>
          </w:p>
        </w:tc>
      </w:tr>
    </w:tbl>
    <w:p w14:paraId="3AF77583" w14:textId="77777777" w:rsidR="00C85C0B" w:rsidRPr="00071108" w:rsidRDefault="00C85C0B">
      <w:pPr>
        <w:spacing w:line="168" w:lineRule="auto"/>
        <w:rPr>
          <w:lang w:val="ro-RO"/>
        </w:rPr>
      </w:pPr>
    </w:p>
    <w:sectPr w:rsidR="00C85C0B" w:rsidRPr="00071108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99C5" w14:textId="77777777" w:rsidR="004B5D60" w:rsidRDefault="004B5D60">
      <w:r>
        <w:separator/>
      </w:r>
    </w:p>
  </w:endnote>
  <w:endnote w:type="continuationSeparator" w:id="0">
    <w:p w14:paraId="7CC2C911" w14:textId="77777777" w:rsidR="004B5D60" w:rsidRDefault="004B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726" w14:textId="77777777" w:rsidR="00C85C0B" w:rsidRDefault="00000000">
    <w:pPr>
      <w:pStyle w:val="Footer"/>
      <w:tabs>
        <w:tab w:val="right" w:pos="9639"/>
      </w:tabs>
    </w:pPr>
    <w:r>
      <w:rPr>
        <w:color w:val="595959"/>
      </w:rPr>
      <w:t xml:space="preserve">F_NOT_07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C777" w14:textId="77777777" w:rsidR="004B5D60" w:rsidRDefault="004B5D60">
      <w:r>
        <w:separator/>
      </w:r>
    </w:p>
  </w:footnote>
  <w:footnote w:type="continuationSeparator" w:id="0">
    <w:p w14:paraId="6EED500F" w14:textId="77777777" w:rsidR="004B5D60" w:rsidRDefault="004B5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8430">
    <w:abstractNumId w:val="8"/>
  </w:num>
  <w:num w:numId="2" w16cid:durableId="1130898323">
    <w:abstractNumId w:val="6"/>
  </w:num>
  <w:num w:numId="3" w16cid:durableId="896206482">
    <w:abstractNumId w:val="5"/>
  </w:num>
  <w:num w:numId="4" w16cid:durableId="274681599">
    <w:abstractNumId w:val="4"/>
  </w:num>
  <w:num w:numId="5" w16cid:durableId="1333411861">
    <w:abstractNumId w:val="7"/>
  </w:num>
  <w:num w:numId="6" w16cid:durableId="1480608108">
    <w:abstractNumId w:val="3"/>
  </w:num>
  <w:num w:numId="7" w16cid:durableId="2120636634">
    <w:abstractNumId w:val="2"/>
  </w:num>
  <w:num w:numId="8" w16cid:durableId="967707077">
    <w:abstractNumId w:val="1"/>
  </w:num>
  <w:num w:numId="9" w16cid:durableId="184912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071108"/>
    <w:rsid w:val="0015074B"/>
    <w:rsid w:val="00150E80"/>
    <w:rsid w:val="00184DB3"/>
    <w:rsid w:val="0029639D"/>
    <w:rsid w:val="00326F90"/>
    <w:rsid w:val="003A7070"/>
    <w:rsid w:val="003F0F62"/>
    <w:rsid w:val="00475A4C"/>
    <w:rsid w:val="004B5D60"/>
    <w:rsid w:val="004F5861"/>
    <w:rsid w:val="005C02E4"/>
    <w:rsid w:val="00A82F53"/>
    <w:rsid w:val="00AA1D8D"/>
    <w:rsid w:val="00B47730"/>
    <w:rsid w:val="00B71DCB"/>
    <w:rsid w:val="00B94163"/>
    <w:rsid w:val="00C85C0B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75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2026-09-02T05:02:00Z</dcterms:created>
  <dcterms:modified xsi:type="dcterms:W3CDTF">2026-09-02T05:02:00Z</dcterms:modified>
  <cp:category/>
</cp:coreProperties>
</file>