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4338B" w:rsidRPr="00A71F09" w14:paraId="49DEB83C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115C6AC" w14:textId="77777777" w:rsidR="0014338B" w:rsidRPr="00A71F09" w:rsidRDefault="00000000">
            <w:pPr>
              <w:keepNext/>
              <w:jc w:val="center"/>
              <w:rPr>
                <w:lang w:val="ro-RO"/>
              </w:rPr>
            </w:pPr>
            <w:r w:rsidRPr="00A71F09">
              <w:rPr>
                <w:i/>
                <w:color w:val="595959"/>
                <w:lang w:val="ro-RO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B739B36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Județul</w:t>
            </w:r>
          </w:p>
          <w:p w14:paraId="2D164195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34CF874E" w14:textId="77777777">
        <w:trPr>
          <w:cantSplit/>
          <w:trHeight w:val="510"/>
        </w:trPr>
        <w:tc>
          <w:tcPr>
            <w:tcW w:w="1606" w:type="dxa"/>
            <w:vMerge/>
          </w:tcPr>
          <w:p w14:paraId="004EBE1A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00F75F0A" w14:textId="77777777" w:rsidR="00895605" w:rsidRPr="00A71F09" w:rsidRDefault="00895605" w:rsidP="00895605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Inspectoratul de Stat în Construcții – Inspectoratul Teritorial în Construcții</w:t>
            </w:r>
          </w:p>
          <w:p w14:paraId="07FA9FC2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5B797998" w14:textId="77777777">
        <w:trPr>
          <w:cantSplit/>
          <w:trHeight w:val="510"/>
        </w:trPr>
        <w:tc>
          <w:tcPr>
            <w:tcW w:w="1606" w:type="dxa"/>
            <w:vMerge/>
          </w:tcPr>
          <w:p w14:paraId="18868D29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CE21EDB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Cod de identificare fiscală (CIF)</w:t>
            </w:r>
          </w:p>
          <w:p w14:paraId="09C6A3E9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248AC7EF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Adresa oficială</w:t>
            </w:r>
          </w:p>
          <w:p w14:paraId="7B24EEB1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sediul · telefon · e-mail</w:t>
            </w:r>
          </w:p>
          <w:p w14:paraId="52E5F875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2EFFF94C" w14:textId="77777777">
        <w:trPr>
          <w:cantSplit/>
          <w:trHeight w:val="510"/>
        </w:trPr>
        <w:tc>
          <w:tcPr>
            <w:tcW w:w="1606" w:type="dxa"/>
            <w:vMerge/>
          </w:tcPr>
          <w:p w14:paraId="5E3A94EF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08707111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Număr de înregistrare</w:t>
            </w:r>
          </w:p>
          <w:p w14:paraId="5CAE3D4A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23722EDB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Data</w:t>
            </w:r>
          </w:p>
          <w:p w14:paraId="6E7C3B68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31A4DBA9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2D0B9D78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3822D713" w14:textId="77777777" w:rsidR="0014338B" w:rsidRPr="00A71F09" w:rsidRDefault="00000000" w:rsidP="005C403B">
      <w:pPr>
        <w:spacing w:before="140" w:after="40"/>
        <w:jc w:val="center"/>
        <w:rPr>
          <w:sz w:val="28"/>
          <w:szCs w:val="28"/>
          <w:lang w:val="ro-RO"/>
        </w:rPr>
      </w:pPr>
      <w:r w:rsidRPr="00A71F09">
        <w:rPr>
          <w:b/>
          <w:sz w:val="28"/>
          <w:szCs w:val="28"/>
          <w:lang w:val="ro-RO"/>
        </w:rPr>
        <w:t>ÎNȘTIINȚARE</w:t>
      </w:r>
    </w:p>
    <w:p w14:paraId="7475FDAB" w14:textId="032D3095" w:rsidR="00071E24" w:rsidRPr="00A71F09" w:rsidRDefault="00000000" w:rsidP="00071E24">
      <w:pPr>
        <w:spacing w:after="120"/>
        <w:jc w:val="center"/>
        <w:rPr>
          <w:sz w:val="19"/>
          <w:lang w:val="ro-RO"/>
        </w:rPr>
      </w:pPr>
      <w:r w:rsidRPr="00A71F09">
        <w:rPr>
          <w:sz w:val="19"/>
          <w:lang w:val="ro-RO"/>
        </w:rPr>
        <w:t>privind încheierea execuției lucrărilor</w:t>
      </w:r>
    </w:p>
    <w:p w14:paraId="02C40D1C" w14:textId="77777777" w:rsidR="00071E24" w:rsidRPr="00A71F09" w:rsidRDefault="00071E24" w:rsidP="005C403B">
      <w:pPr>
        <w:spacing w:after="120"/>
        <w:jc w:val="center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4338B" w:rsidRPr="00A71F09" w14:paraId="33522B72" w14:textId="77777777">
        <w:trPr>
          <w:cantSplit/>
        </w:trPr>
        <w:tc>
          <w:tcPr>
            <w:tcW w:w="9636" w:type="dxa"/>
            <w:shd w:val="clear" w:color="auto" w:fill="F4F4F4"/>
          </w:tcPr>
          <w:p w14:paraId="4E01BA3A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1. </w:t>
            </w:r>
            <w:r w:rsidRPr="00A71F09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14338B" w:rsidRPr="00A71F09" w14:paraId="7F85BD73" w14:textId="77777777">
        <w:trPr>
          <w:cantSplit/>
          <w:trHeight w:val="510"/>
        </w:trPr>
        <w:tc>
          <w:tcPr>
            <w:tcW w:w="9636" w:type="dxa"/>
          </w:tcPr>
          <w:p w14:paraId="3D3D9B90" w14:textId="77777777" w:rsidR="0014338B" w:rsidRPr="00A71F09" w:rsidRDefault="0014338B" w:rsidP="00895605">
            <w:pPr>
              <w:keepNext/>
              <w:rPr>
                <w:lang w:val="ro-RO"/>
              </w:rPr>
            </w:pPr>
          </w:p>
        </w:tc>
      </w:tr>
      <w:tr w:rsidR="0014338B" w:rsidRPr="00A71F09" w14:paraId="4EAE8335" w14:textId="77777777">
        <w:trPr>
          <w:cantSplit/>
        </w:trPr>
        <w:tc>
          <w:tcPr>
            <w:tcW w:w="9636" w:type="dxa"/>
            <w:shd w:val="clear" w:color="auto" w:fill="F4F4F4"/>
          </w:tcPr>
          <w:p w14:paraId="48C1D253" w14:textId="3261A8BC" w:rsidR="0014338B" w:rsidRPr="00A71F09" w:rsidRDefault="00000000">
            <w:pPr>
              <w:spacing w:line="228" w:lineRule="auto"/>
              <w:rPr>
                <w:lang w:val="ro-RO"/>
              </w:rPr>
            </w:pPr>
            <w:r w:rsidRPr="00A71F09">
              <w:rPr>
                <w:lang w:val="ro-RO"/>
              </w:rPr>
              <w:t xml:space="preserve">Cererea va fi </w:t>
            </w:r>
            <w:r w:rsidR="00895605" w:rsidRPr="00A71F09">
              <w:rPr>
                <w:lang w:val="ro-RO"/>
              </w:rPr>
              <w:t>adresată</w:t>
            </w:r>
            <w:r w:rsidRPr="00A71F09">
              <w:rPr>
                <w:lang w:val="ro-RO"/>
              </w:rPr>
              <w:t xml:space="preserve"> către </w:t>
            </w:r>
            <w:r w:rsidR="00895605" w:rsidRPr="00A71F09">
              <w:rPr>
                <w:lang w:val="ro-RO"/>
              </w:rPr>
              <w:t>conducerea Inspectoratului Teritorial în Construcții</w:t>
            </w:r>
          </w:p>
        </w:tc>
      </w:tr>
    </w:tbl>
    <w:p w14:paraId="17EC65EB" w14:textId="77777777" w:rsidR="0014338B" w:rsidRPr="00A71F09" w:rsidRDefault="0014338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4338B" w:rsidRPr="00A71F09" w14:paraId="42C8622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30E9DCB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2. </w:t>
            </w:r>
            <w:r w:rsidRPr="00A71F09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14338B" w:rsidRPr="00A71F09" w14:paraId="1AB91475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1C69E06A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Nume și prenume</w:t>
            </w:r>
          </w:p>
          <w:p w14:paraId="24D2F41D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BEBB974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CNP</w:t>
            </w:r>
          </w:p>
          <w:p w14:paraId="2D366478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7C9A36A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9527D35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Act de identitate</w:t>
            </w:r>
          </w:p>
        </w:tc>
      </w:tr>
      <w:tr w:rsidR="0014338B" w:rsidRPr="00A71F09" w14:paraId="0F5DB260" w14:textId="77777777">
        <w:trPr>
          <w:cantSplit/>
          <w:trHeight w:val="510"/>
        </w:trPr>
        <w:tc>
          <w:tcPr>
            <w:tcW w:w="1606" w:type="dxa"/>
          </w:tcPr>
          <w:p w14:paraId="432F09FE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Seria</w:t>
            </w:r>
          </w:p>
          <w:p w14:paraId="7E9F3BFF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3DCDA6F7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Numărul</w:t>
            </w:r>
          </w:p>
          <w:p w14:paraId="158B18FD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144A71C9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Eliberat de</w:t>
            </w:r>
          </w:p>
          <w:p w14:paraId="06FBF7A0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B57732B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La data</w:t>
            </w:r>
          </w:p>
          <w:p w14:paraId="34E9FB62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049D497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90C333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Domiciliul</w:t>
            </w:r>
          </w:p>
        </w:tc>
      </w:tr>
      <w:tr w:rsidR="0014338B" w:rsidRPr="00A71F09" w14:paraId="6673C957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117BD63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Județul</w:t>
            </w:r>
          </w:p>
          <w:p w14:paraId="26C93511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10058633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Municipiul / orașul / comuna</w:t>
            </w:r>
          </w:p>
          <w:p w14:paraId="3EFA0EC5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1A1576E8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Satul / sectorul</w:t>
            </w:r>
          </w:p>
          <w:p w14:paraId="447F65DE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6AC1D48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3000AB1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Strada</w:t>
            </w:r>
          </w:p>
          <w:p w14:paraId="33A6D3FC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21F406B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Nr.</w:t>
            </w:r>
          </w:p>
          <w:p w14:paraId="23F7197F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999E1B2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Sc.</w:t>
            </w:r>
          </w:p>
          <w:p w14:paraId="7F744B38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B769037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Et.</w:t>
            </w:r>
          </w:p>
          <w:p w14:paraId="7E8764F8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B3979E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Ap.</w:t>
            </w:r>
          </w:p>
          <w:p w14:paraId="570562E9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4B06B0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Cod poștal</w:t>
            </w:r>
          </w:p>
          <w:p w14:paraId="7F05971E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14835BFA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Țara</w:t>
            </w:r>
          </w:p>
          <w:p w14:paraId="0E6C45E3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1EC65C2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904232E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Date de contact</w:t>
            </w:r>
          </w:p>
        </w:tc>
      </w:tr>
      <w:tr w:rsidR="0014338B" w:rsidRPr="00A71F09" w14:paraId="6CD89B2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3AC9FFBD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Telefon / fax</w:t>
            </w:r>
          </w:p>
          <w:p w14:paraId="7264B8A5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1D0C7A9E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E-mail</w:t>
            </w:r>
          </w:p>
          <w:p w14:paraId="02C8CFCD" w14:textId="77777777" w:rsidR="0014338B" w:rsidRPr="00A71F09" w:rsidRDefault="0014338B">
            <w:pPr>
              <w:rPr>
                <w:lang w:val="ro-RO"/>
              </w:rPr>
            </w:pPr>
          </w:p>
        </w:tc>
      </w:tr>
    </w:tbl>
    <w:p w14:paraId="4CC4088C" w14:textId="77777777" w:rsidR="0014338B" w:rsidRPr="00A71F09" w:rsidRDefault="0014338B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14338B" w:rsidRPr="00A71F09" w14:paraId="741DAC4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788BF4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3. </w:t>
            </w:r>
            <w:r w:rsidRPr="00A71F09">
              <w:rPr>
                <w:b/>
                <w:color w:val="000000"/>
                <w:sz w:val="18"/>
                <w:lang w:val="ro-RO"/>
              </w:rPr>
              <w:t>TITULAR AL AUTORIZAȚIEI DE CONSTRUIRE / DESFIINȚARE</w:t>
            </w:r>
          </w:p>
        </w:tc>
      </w:tr>
      <w:tr w:rsidR="0014338B" w:rsidRPr="00A71F09" w14:paraId="5B174B53" w14:textId="77777777">
        <w:trPr>
          <w:cantSplit/>
          <w:trHeight w:val="510"/>
        </w:trPr>
        <w:tc>
          <w:tcPr>
            <w:tcW w:w="1606" w:type="dxa"/>
          </w:tcPr>
          <w:p w14:paraId="3167ECB3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Nr.</w:t>
            </w:r>
          </w:p>
          <w:p w14:paraId="7AF06A10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7421DC4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Din data</w:t>
            </w:r>
          </w:p>
          <w:p w14:paraId="520B6794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5621" w:type="dxa"/>
          </w:tcPr>
          <w:p w14:paraId="1A917B0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Emisă de</w:t>
            </w:r>
          </w:p>
          <w:p w14:paraId="5A28677F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656D759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7B1A757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14338B" w:rsidRPr="00A71F09" w14:paraId="61981082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2D4D60C7" w14:textId="1D58D239" w:rsidR="00C25235" w:rsidRPr="00A71F09" w:rsidRDefault="00000000" w:rsidP="00C25235">
            <w:pPr>
              <w:keepNext/>
              <w:rPr>
                <w:b/>
                <w:color w:val="0D5F78"/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Denumirea lucrării, capacitatea și categoria de lucrări din autorizație</w:t>
            </w:r>
            <w:r w:rsidR="00C25235" w:rsidRPr="00A71F09">
              <w:rPr>
                <w:b/>
                <w:color w:val="0D5F78"/>
                <w:lang w:val="ro-RO"/>
              </w:rPr>
              <w:t>:</w:t>
            </w:r>
          </w:p>
          <w:p w14:paraId="2333CCC8" w14:textId="6374BABA" w:rsidR="00C25235" w:rsidRPr="00A71F09" w:rsidRDefault="00C25235" w:rsidP="00C25235">
            <w:pPr>
              <w:keepNext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 notează titlul din autorizația de construire</w:t>
            </w:r>
          </w:p>
          <w:p w14:paraId="077902E5" w14:textId="6A151C82" w:rsidR="00C25235" w:rsidRPr="00A71F09" w:rsidRDefault="00C25235">
            <w:pPr>
              <w:keepNext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 xml:space="preserve">În situația în care se închid mai multe autorizații, din cadrul aceluiași obiectiv, se vor specifica fiecare, în mod distinct. </w:t>
            </w:r>
          </w:p>
          <w:p w14:paraId="44CD27B3" w14:textId="77777777" w:rsidR="00C25235" w:rsidRPr="00A71F09" w:rsidRDefault="00C25235" w:rsidP="00C25235">
            <w:pPr>
              <w:spacing w:after="120"/>
              <w:rPr>
                <w:sz w:val="19"/>
                <w:lang w:val="ro-RO"/>
              </w:rPr>
            </w:pPr>
            <w:r w:rsidRPr="00A71F09">
              <w:rPr>
                <w:rFonts w:ascii="Segoe UI Symbol" w:hAnsi="Segoe UI Symbol" w:cs="Segoe UI Symbol"/>
                <w:sz w:val="19"/>
                <w:lang w:val="ro-RO"/>
              </w:rPr>
              <w:t>☐</w:t>
            </w:r>
            <w:r w:rsidRPr="00A71F09">
              <w:rPr>
                <w:sz w:val="19"/>
                <w:lang w:val="ro-RO"/>
              </w:rPr>
              <w:t xml:space="preserve"> Obiectiv</w:t>
            </w:r>
          </w:p>
          <w:p w14:paraId="122CE097" w14:textId="77777777" w:rsidR="0014338B" w:rsidRPr="00A71F09" w:rsidRDefault="00C25235" w:rsidP="00C25235">
            <w:pPr>
              <w:spacing w:after="120"/>
              <w:rPr>
                <w:sz w:val="19"/>
                <w:lang w:val="ro-RO"/>
              </w:rPr>
            </w:pPr>
            <w:r w:rsidRPr="00A71F09">
              <w:rPr>
                <w:rFonts w:ascii="Segoe UI Symbol" w:hAnsi="Segoe UI Symbol" w:cs="Segoe UI Symbol"/>
                <w:sz w:val="19"/>
                <w:lang w:val="ro-RO"/>
              </w:rPr>
              <w:t>☐</w:t>
            </w:r>
            <w:r w:rsidRPr="00A71F09">
              <w:rPr>
                <w:sz w:val="19"/>
                <w:lang w:val="ro-RO"/>
              </w:rPr>
              <w:t xml:space="preserve"> Obiect</w:t>
            </w:r>
          </w:p>
          <w:p w14:paraId="58C03AAE" w14:textId="1F8FAB58" w:rsidR="00C25235" w:rsidRPr="00A71F09" w:rsidRDefault="00B11050" w:rsidP="00B862D0">
            <w:pPr>
              <w:keepNext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 xml:space="preserve">Se bifează în situația în care comunicarea privind încheierea lucrărilor se face doar pentru un obiect din cadrul obiectivului (obiect: „parte/obiect/sectoare din/de construcție” distinctă în cadrul unui obiectiv, ce face subiectul P.V.R.T.L. pe „parte/obiect/sectoare din/de construcție”, conform HG 273/1994). </w:t>
            </w:r>
          </w:p>
        </w:tc>
      </w:tr>
      <w:tr w:rsidR="0014338B" w:rsidRPr="00A71F09" w14:paraId="51935E19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19411EE2" w14:textId="5DCD057F" w:rsidR="00C25235" w:rsidRPr="00A71F09" w:rsidRDefault="00000000" w:rsidP="00C25235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în valoare de (lei)</w:t>
            </w:r>
          </w:p>
          <w:p w14:paraId="1741C79C" w14:textId="3F63FC74" w:rsidR="0014338B" w:rsidRPr="00A71F09" w:rsidRDefault="00DE33CD" w:rsidP="00B862D0">
            <w:pPr>
              <w:spacing w:after="39" w:line="268" w:lineRule="auto"/>
              <w:jc w:val="both"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Valoarea trecută în autorizația de construire/desființare pentru care se anunță încheierea lucrărilor</w:t>
            </w:r>
          </w:p>
        </w:tc>
      </w:tr>
    </w:tbl>
    <w:p w14:paraId="16896482" w14:textId="77777777" w:rsidR="0014338B" w:rsidRPr="00A71F09" w:rsidRDefault="00000000" w:rsidP="00895605">
      <w:pPr>
        <w:spacing w:before="140" w:after="40"/>
        <w:jc w:val="center"/>
        <w:rPr>
          <w:sz w:val="28"/>
          <w:szCs w:val="28"/>
          <w:lang w:val="ro-RO"/>
        </w:rPr>
      </w:pPr>
      <w:r w:rsidRPr="00A71F09">
        <w:rPr>
          <w:b/>
          <w:sz w:val="28"/>
          <w:szCs w:val="28"/>
          <w:lang w:val="ro-RO"/>
        </w:rPr>
        <w:t>ADUC LA CUNOȘTINȚĂ</w:t>
      </w:r>
    </w:p>
    <w:p w14:paraId="2FE17F8E" w14:textId="77777777" w:rsidR="0014338B" w:rsidRPr="00A71F09" w:rsidRDefault="0014338B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14338B" w:rsidRPr="00A71F09" w14:paraId="4528D0EA" w14:textId="77777777">
        <w:trPr>
          <w:cantSplit/>
          <w:trHeight w:val="510"/>
        </w:trPr>
        <w:tc>
          <w:tcPr>
            <w:tcW w:w="2409" w:type="dxa"/>
          </w:tcPr>
          <w:p w14:paraId="78E74A7E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Că la data de</w:t>
            </w:r>
          </w:p>
          <w:p w14:paraId="5C21B0CB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138840AD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ora</w:t>
            </w:r>
          </w:p>
          <w:p w14:paraId="6D25FA05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64F59577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au fost finalizate lucrările de construcții autorizate</w:t>
            </w:r>
          </w:p>
          <w:p w14:paraId="3C73D59D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pentru imobilul de mai jos</w:t>
            </w:r>
          </w:p>
          <w:p w14:paraId="42D6CAA4" w14:textId="77777777" w:rsidR="0014338B" w:rsidRPr="00A71F09" w:rsidRDefault="0014338B">
            <w:pPr>
              <w:rPr>
                <w:lang w:val="ro-RO"/>
              </w:rPr>
            </w:pPr>
          </w:p>
        </w:tc>
      </w:tr>
    </w:tbl>
    <w:p w14:paraId="49E38AF5" w14:textId="77777777" w:rsidR="0014338B" w:rsidRPr="00A71F09" w:rsidRDefault="0014338B">
      <w:pPr>
        <w:spacing w:line="168" w:lineRule="auto"/>
        <w:rPr>
          <w:lang w:val="ro-RO"/>
        </w:rPr>
      </w:pPr>
    </w:p>
    <w:tbl>
      <w:tblPr>
        <w:tblStyle w:val="TableGrid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4338B" w:rsidRPr="00A71F09" w14:paraId="4D2C24BF" w14:textId="77777777" w:rsidTr="00365E65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3956ACB3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4. </w:t>
            </w:r>
            <w:r w:rsidRPr="00A71F09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14338B" w:rsidRPr="00A71F09" w14:paraId="2A2DC932" w14:textId="77777777" w:rsidTr="00365E65">
        <w:trPr>
          <w:cantSplit/>
        </w:trPr>
        <w:tc>
          <w:tcPr>
            <w:tcW w:w="9636" w:type="dxa"/>
            <w:gridSpan w:val="6"/>
          </w:tcPr>
          <w:p w14:paraId="318A856F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14338B" w:rsidRPr="00A71F09" w14:paraId="36C32AED" w14:textId="77777777" w:rsidTr="00365E65">
        <w:trPr>
          <w:cantSplit/>
          <w:trHeight w:val="510"/>
        </w:trPr>
        <w:tc>
          <w:tcPr>
            <w:tcW w:w="3212" w:type="dxa"/>
            <w:gridSpan w:val="2"/>
          </w:tcPr>
          <w:p w14:paraId="398C3CC9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Județ</w:t>
            </w:r>
          </w:p>
          <w:p w14:paraId="5404B8A5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42C72AC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Municipiu / oraș / comună</w:t>
            </w:r>
          </w:p>
          <w:p w14:paraId="48381D6E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BCDE2D9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Sat / sector</w:t>
            </w:r>
          </w:p>
          <w:p w14:paraId="1484692A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44C0A90C" w14:textId="77777777" w:rsidTr="00365E65">
        <w:trPr>
          <w:cantSplit/>
          <w:trHeight w:val="510"/>
        </w:trPr>
        <w:tc>
          <w:tcPr>
            <w:tcW w:w="1606" w:type="dxa"/>
          </w:tcPr>
          <w:p w14:paraId="7852A88D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Cod poștal</w:t>
            </w:r>
          </w:p>
          <w:p w14:paraId="16191CFD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5C79E1D0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Strada</w:t>
            </w:r>
          </w:p>
          <w:p w14:paraId="4AD8C27A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8A99AF5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Nr.</w:t>
            </w:r>
          </w:p>
          <w:p w14:paraId="1DAAA4A3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367ACFF7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Bl. / sc. / et. / ap.</w:t>
            </w:r>
          </w:p>
          <w:p w14:paraId="20890CE6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7AD851EE" w14:textId="77777777" w:rsidTr="00365E65">
        <w:trPr>
          <w:cantSplit/>
          <w:trHeight w:val="510"/>
        </w:trPr>
        <w:tc>
          <w:tcPr>
            <w:tcW w:w="5621" w:type="dxa"/>
            <w:gridSpan w:val="3"/>
          </w:tcPr>
          <w:p w14:paraId="2E2214DE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Număr cadastral</w:t>
            </w:r>
          </w:p>
          <w:p w14:paraId="1C5C5AD1" w14:textId="39A27CD2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dacă imobilul e înscris în e-Terra</w:t>
            </w:r>
          </w:p>
        </w:tc>
        <w:tc>
          <w:tcPr>
            <w:tcW w:w="4015" w:type="dxa"/>
            <w:gridSpan w:val="3"/>
          </w:tcPr>
          <w:p w14:paraId="1E14B5E8" w14:textId="7777777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Carte funciară nr.</w:t>
            </w:r>
          </w:p>
          <w:p w14:paraId="1B933EAE" w14:textId="77777777" w:rsidR="0014338B" w:rsidRPr="00A71F09" w:rsidRDefault="0014338B">
            <w:pPr>
              <w:keepNext/>
              <w:rPr>
                <w:lang w:val="ro-RO"/>
              </w:rPr>
            </w:pPr>
          </w:p>
        </w:tc>
      </w:tr>
      <w:tr w:rsidR="0014338B" w:rsidRPr="00A71F09" w14:paraId="48D7A768" w14:textId="77777777" w:rsidTr="00365E65">
        <w:trPr>
          <w:cantSplit/>
        </w:trPr>
        <w:tc>
          <w:tcPr>
            <w:tcW w:w="9636" w:type="dxa"/>
            <w:gridSpan w:val="6"/>
          </w:tcPr>
          <w:p w14:paraId="57CC048E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☐ extras de carte funciară actualizat, anexat     ☐ plan de încadrare în zonă în sistem Stereo 70, anexat</w:t>
            </w:r>
          </w:p>
        </w:tc>
      </w:tr>
    </w:tbl>
    <w:p w14:paraId="143E293C" w14:textId="77777777" w:rsidR="0014338B" w:rsidRPr="00A71F09" w:rsidRDefault="0014338B">
      <w:pPr>
        <w:spacing w:line="168" w:lineRule="auto"/>
        <w:rPr>
          <w:lang w:val="ro-RO"/>
        </w:rPr>
      </w:pPr>
    </w:p>
    <w:tbl>
      <w:tblPr>
        <w:tblStyle w:val="TableGrid"/>
        <w:tblW w:w="960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365E65" w:rsidRPr="00A71F09" w14:paraId="28EC0D9A" w14:textId="77777777" w:rsidTr="00B35B08">
        <w:trPr>
          <w:cantSplit/>
        </w:trPr>
        <w:tc>
          <w:tcPr>
            <w:tcW w:w="9606" w:type="dxa"/>
            <w:shd w:val="clear" w:color="auto" w:fill="F2F2F2" w:themeFill="background1" w:themeFillShade="F2"/>
          </w:tcPr>
          <w:p w14:paraId="1A1168BE" w14:textId="77777777" w:rsidR="00365E65" w:rsidRPr="00A71F09" w:rsidRDefault="00365E65" w:rsidP="00365E65">
            <w:pPr>
              <w:keepNext/>
              <w:ind w:right="-248"/>
              <w:rPr>
                <w:sz w:val="16"/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lastRenderedPageBreak/>
              <w:t xml:space="preserve">5. </w:t>
            </w:r>
            <w:r w:rsidRPr="00A71F09">
              <w:rPr>
                <w:b/>
                <w:color w:val="000000"/>
                <w:sz w:val="18"/>
                <w:lang w:val="ro-RO"/>
              </w:rPr>
              <w:t>INȘTIINȚAREA PRIVIND ÎNCEPEREA EXECUȚIEI LUCRĂRILOR</w:t>
            </w:r>
          </w:p>
        </w:tc>
      </w:tr>
      <w:tr w:rsidR="00365E65" w:rsidRPr="00A71F09" w14:paraId="5029F607" w14:textId="77777777" w:rsidTr="00B35B08">
        <w:trPr>
          <w:cantSplit/>
        </w:trPr>
        <w:tc>
          <w:tcPr>
            <w:tcW w:w="9606" w:type="dxa"/>
          </w:tcPr>
          <w:p w14:paraId="02D298DA" w14:textId="5F64AF3D" w:rsidR="00365E65" w:rsidRPr="00A71F09" w:rsidRDefault="00365E65" w:rsidP="00365E65">
            <w:pPr>
              <w:ind w:right="-108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☐ copie a înștiințării privind începerea execuției lucrărilor, înregistrată la I.S.C cu nr</w:t>
            </w:r>
            <w:r w:rsidR="00765D3C" w:rsidRPr="00A71F09">
              <w:rPr>
                <w:sz w:val="16"/>
                <w:lang w:val="ro-RO"/>
              </w:rPr>
              <w:t xml:space="preserve">. </w:t>
            </w:r>
            <w:r w:rsidRPr="00A71F09">
              <w:rPr>
                <w:sz w:val="16"/>
                <w:lang w:val="ro-RO"/>
              </w:rPr>
              <w:t xml:space="preserve"> </w:t>
            </w:r>
          </w:p>
          <w:p w14:paraId="643E96BE" w14:textId="52DD4C47" w:rsidR="00365E65" w:rsidRPr="00A71F09" w:rsidRDefault="006A1DB8" w:rsidP="00365E65">
            <w:pPr>
              <w:ind w:right="4003"/>
              <w:rPr>
                <w:b/>
                <w:sz w:val="16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 xml:space="preserve"> </w:t>
            </w:r>
            <w:r w:rsidR="00365E65" w:rsidRPr="00A71F09">
              <w:rPr>
                <w:sz w:val="16"/>
                <w:lang w:val="ro-RO"/>
              </w:rPr>
              <w:t xml:space="preserve">☐ declar că </w:t>
            </w:r>
            <w:r w:rsidR="00A71F09" w:rsidRPr="00A71F09">
              <w:rPr>
                <w:sz w:val="16"/>
                <w:lang w:val="ro-RO"/>
              </w:rPr>
              <w:t>înștiințarea</w:t>
            </w:r>
            <w:r w:rsidR="00365E65" w:rsidRPr="00A71F09">
              <w:rPr>
                <w:sz w:val="16"/>
                <w:lang w:val="ro-RO"/>
              </w:rPr>
              <w:t xml:space="preserve"> privind începerea execuției lucrărilor nu a fost depusă.  </w:t>
            </w:r>
          </w:p>
        </w:tc>
      </w:tr>
    </w:tbl>
    <w:p w14:paraId="5FA71F8E" w14:textId="77777777" w:rsidR="00365E65" w:rsidRPr="00A71F09" w:rsidRDefault="00365E65">
      <w:pPr>
        <w:spacing w:line="168" w:lineRule="auto"/>
        <w:rPr>
          <w:lang w:val="ro-RO"/>
        </w:rPr>
      </w:pPr>
    </w:p>
    <w:tbl>
      <w:tblPr>
        <w:tblStyle w:val="TableGrid"/>
        <w:tblW w:w="960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FC030E" w:rsidRPr="00A71F09" w14:paraId="30FF229B" w14:textId="77777777" w:rsidTr="00DE7AC0">
        <w:trPr>
          <w:cantSplit/>
        </w:trPr>
        <w:tc>
          <w:tcPr>
            <w:tcW w:w="9606" w:type="dxa"/>
            <w:shd w:val="clear" w:color="auto" w:fill="F2F2F2" w:themeFill="background1" w:themeFillShade="F2"/>
          </w:tcPr>
          <w:p w14:paraId="544332C2" w14:textId="253C9B83" w:rsidR="00FC030E" w:rsidRPr="00A71F09" w:rsidRDefault="00FC030E" w:rsidP="00DE7AC0">
            <w:pPr>
              <w:keepNext/>
              <w:ind w:right="-248"/>
              <w:rPr>
                <w:sz w:val="16"/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>6. VALOAREA REALĂ A LUCRĂRILOR EXECUTATE</w:t>
            </w:r>
          </w:p>
        </w:tc>
      </w:tr>
      <w:tr w:rsidR="00FC030E" w:rsidRPr="00A71F09" w14:paraId="20AF50DF" w14:textId="77777777" w:rsidTr="00DE7AC0">
        <w:trPr>
          <w:cantSplit/>
        </w:trPr>
        <w:tc>
          <w:tcPr>
            <w:tcW w:w="9606" w:type="dxa"/>
          </w:tcPr>
          <w:p w14:paraId="0CBA8DFA" w14:textId="77777777" w:rsidR="00FC030E" w:rsidRPr="00A71F09" w:rsidRDefault="00FC030E" w:rsidP="00FC030E">
            <w:pPr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 </w:t>
            </w:r>
            <w:r w:rsidRPr="00A71F09">
              <w:rPr>
                <w:b/>
                <w:color w:val="0D5F78"/>
                <w:lang w:val="ro-RO"/>
              </w:rPr>
              <w:t>în valoare de (lei)</w:t>
            </w:r>
          </w:p>
          <w:p w14:paraId="05942DD7" w14:textId="1828AB70" w:rsidR="00FC030E" w:rsidRPr="00A71F09" w:rsidRDefault="00FC030E" w:rsidP="00B862D0">
            <w:pPr>
              <w:keepNext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 xml:space="preserve">Valoarea reală a lucrărilor executate este valoarea finală, fără TVA, a valorilor executate, conform  art. 352 din Codul amenajării teritoriului, urbanismului </w:t>
            </w:r>
            <w:r w:rsidR="00A71F09" w:rsidRPr="00A71F09">
              <w:rPr>
                <w:i/>
                <w:color w:val="7A7A7A"/>
                <w:lang w:val="ro-RO"/>
              </w:rPr>
              <w:t>și</w:t>
            </w:r>
            <w:r w:rsidRPr="00A71F09">
              <w:rPr>
                <w:i/>
                <w:color w:val="7A7A7A"/>
                <w:lang w:val="ro-RO"/>
              </w:rPr>
              <w:t xml:space="preserve"> </w:t>
            </w:r>
            <w:r w:rsidR="00A71F09" w:rsidRPr="00A71F09">
              <w:rPr>
                <w:i/>
                <w:color w:val="7A7A7A"/>
                <w:lang w:val="ro-RO"/>
              </w:rPr>
              <w:t>construcțiilor</w:t>
            </w:r>
            <w:r w:rsidRPr="00A71F09">
              <w:rPr>
                <w:i/>
                <w:color w:val="7A7A7A"/>
                <w:lang w:val="ro-RO"/>
              </w:rPr>
              <w:t>, în vigoare de la 25.08.2026</w:t>
            </w:r>
          </w:p>
        </w:tc>
      </w:tr>
    </w:tbl>
    <w:p w14:paraId="030AE6C1" w14:textId="77777777" w:rsidR="00FC030E" w:rsidRPr="00A71F09" w:rsidRDefault="00FC030E">
      <w:pPr>
        <w:spacing w:line="168" w:lineRule="auto"/>
        <w:rPr>
          <w:lang w:val="ro-RO"/>
        </w:rPr>
      </w:pPr>
    </w:p>
    <w:p w14:paraId="259D2E99" w14:textId="77777777" w:rsidR="00365E65" w:rsidRPr="00A71F09" w:rsidRDefault="00365E6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4338B" w:rsidRPr="00A71F09" w14:paraId="0B827F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FC09E37" w14:textId="79A06479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</w:t>
            </w:r>
            <w:r w:rsidR="00FC030E" w:rsidRPr="00A71F09">
              <w:rPr>
                <w:b/>
                <w:sz w:val="16"/>
                <w:lang w:val="ro-RO"/>
              </w:rPr>
              <w:t>7</w:t>
            </w:r>
            <w:r w:rsidRPr="00A71F09">
              <w:rPr>
                <w:b/>
                <w:sz w:val="16"/>
                <w:lang w:val="ro-RO"/>
              </w:rPr>
              <w:t xml:space="preserve">. </w:t>
            </w:r>
            <w:r w:rsidR="00365E65" w:rsidRPr="00A71F09">
              <w:rPr>
                <w:b/>
                <w:color w:val="000000"/>
                <w:sz w:val="18"/>
                <w:lang w:val="ro-RO"/>
              </w:rPr>
              <w:t xml:space="preserve">ANEXEZ </w:t>
            </w:r>
          </w:p>
        </w:tc>
      </w:tr>
      <w:tr w:rsidR="00C25235" w:rsidRPr="00A71F09" w14:paraId="2099B500" w14:textId="77777777" w:rsidTr="00B862D0">
        <w:trPr>
          <w:cantSplit/>
          <w:trHeight w:val="2831"/>
        </w:trPr>
        <w:tc>
          <w:tcPr>
            <w:tcW w:w="9636" w:type="dxa"/>
          </w:tcPr>
          <w:p w14:paraId="2EE6BFB7" w14:textId="60A47592" w:rsidR="00C25235" w:rsidRPr="00A71F09" w:rsidRDefault="00C25235" w:rsidP="00365E65">
            <w:pPr>
              <w:pStyle w:val="ListParagraph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color w:val="0D5F78"/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 xml:space="preserve">Dovada achitării cotei de 0,1% din valoarea lucrărilor autorizate (inclusiv diferențe rezultate ca urmare a actualizării valorii reale/finale a lucrărilor executate), în conformitate cu prevederile art.143 din Codul amenajării teritoriului, urbanismului şi construcţiilor, în vigoare de la 25.08.2026.  </w:t>
            </w:r>
          </w:p>
          <w:p w14:paraId="2323C91A" w14:textId="7CFD9074" w:rsidR="00C25235" w:rsidRPr="00A71F09" w:rsidRDefault="00C25235" w:rsidP="00B862D0">
            <w:pPr>
              <w:ind w:firstLine="709"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 anexează în copie;</w:t>
            </w:r>
          </w:p>
          <w:p w14:paraId="61AE66DD" w14:textId="77777777" w:rsidR="00C25235" w:rsidRPr="00A71F09" w:rsidRDefault="00C25235" w:rsidP="00CC429A">
            <w:pPr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color w:val="0D5F78"/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 xml:space="preserve">Dovada achitării sumei rezultate ca diferenţă între suma echivalentă cotei de 0,5% aplicate valorii finale, fără TVA, a lucrărilor executate şi suma virată potrivit prevederilor art. 352 din </w:t>
            </w:r>
            <w:r w:rsidRPr="00A71F09">
              <w:rPr>
                <w:b/>
                <w:bCs/>
                <w:color w:val="0D5F78"/>
                <w:lang w:val="ro-RO"/>
              </w:rPr>
              <w:t>Codul amenajării teritoriului, urbanismului şi construcţiilor, în vigoare de la 25.08.2026</w:t>
            </w:r>
          </w:p>
          <w:p w14:paraId="5EBBFE29" w14:textId="508AEEF2" w:rsidR="00C25235" w:rsidRPr="00A71F09" w:rsidRDefault="00C25235" w:rsidP="00B862D0">
            <w:pPr>
              <w:ind w:firstLine="709"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 anexează în copie ;</w:t>
            </w:r>
          </w:p>
          <w:p w14:paraId="6D1257EA" w14:textId="524A22E3" w:rsidR="00C25235" w:rsidRPr="00A71F09" w:rsidRDefault="00C25235" w:rsidP="00CC429A">
            <w:pPr>
              <w:pStyle w:val="ListParagraph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b/>
                <w:color w:val="0D5F78"/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Cartea de identitate, cartea de identitate provizorie sau, după caz, buletinul de identitate, aflate în termen de valabilitate, a titularului autorizației de construire/desființare pentru persoane fizice, respectiv certificatul de înregistrare fiscală, pentru persoanele juridice. Fără dovada identității titularului nu se va înregistra formularul F_A_1</w:t>
            </w:r>
            <w:r w:rsidR="00143D03" w:rsidRPr="00A71F09">
              <w:rPr>
                <w:b/>
                <w:color w:val="0D5F78"/>
                <w:lang w:val="ro-RO"/>
              </w:rPr>
              <w:t>1</w:t>
            </w:r>
            <w:r w:rsidRPr="00A71F09">
              <w:rPr>
                <w:b/>
                <w:color w:val="0D5F78"/>
                <w:lang w:val="ro-RO"/>
              </w:rPr>
              <w:t xml:space="preserve">. </w:t>
            </w:r>
          </w:p>
          <w:p w14:paraId="309934A5" w14:textId="4543AE85" w:rsidR="00C25235" w:rsidRPr="00A71F09" w:rsidRDefault="00C25235" w:rsidP="00B862D0">
            <w:pPr>
              <w:ind w:firstLine="709"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 anexează în copie ;</w:t>
            </w:r>
          </w:p>
          <w:p w14:paraId="00856700" w14:textId="77777777" w:rsidR="00C25235" w:rsidRPr="00A71F09" w:rsidRDefault="00C25235" w:rsidP="00CC429A">
            <w:pPr>
              <w:pStyle w:val="ListParagraph"/>
              <w:numPr>
                <w:ilvl w:val="0"/>
                <w:numId w:val="11"/>
              </w:numPr>
              <w:spacing w:after="33" w:line="275" w:lineRule="auto"/>
              <w:ind w:right="-6"/>
              <w:jc w:val="both"/>
              <w:rPr>
                <w:b/>
                <w:color w:val="0D5F78"/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Adresa/Declarația privind valoarea reală a lucrărilor executate, eliberată de emitentul autorizației.</w:t>
            </w:r>
          </w:p>
          <w:p w14:paraId="20B02575" w14:textId="72DE76BA" w:rsidR="00B862D0" w:rsidRPr="00A71F09" w:rsidRDefault="00C25235" w:rsidP="00B862D0">
            <w:pPr>
              <w:ind w:firstLine="709"/>
              <w:rPr>
                <w:i/>
                <w:color w:val="7A7A7A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se anexează în copie ;</w:t>
            </w:r>
          </w:p>
        </w:tc>
      </w:tr>
    </w:tbl>
    <w:p w14:paraId="642661D9" w14:textId="77777777" w:rsidR="00FC030E" w:rsidRPr="00A71F09" w:rsidRDefault="00FC030E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1574A" w:rsidRPr="00A71F09" w14:paraId="2CAF1413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477D4AE5" w14:textId="475D0918" w:rsidR="0051574A" w:rsidRPr="00A71F09" w:rsidRDefault="0051574A" w:rsidP="00DE7AC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>7. OBIECTIV FINANȚAT DIN PROGRAME DE INVESTIȚII, DUPĂ CAZ</w:t>
            </w:r>
          </w:p>
        </w:tc>
      </w:tr>
      <w:tr w:rsidR="0051574A" w:rsidRPr="00A71F09" w14:paraId="651335D5" w14:textId="77777777" w:rsidTr="00F33D43">
        <w:trPr>
          <w:cantSplit/>
          <w:trHeight w:val="510"/>
        </w:trPr>
        <w:tc>
          <w:tcPr>
            <w:tcW w:w="9636" w:type="dxa"/>
          </w:tcPr>
          <w:p w14:paraId="33ED1CCB" w14:textId="77777777" w:rsidR="0051574A" w:rsidRPr="00A71F09" w:rsidRDefault="0051574A" w:rsidP="00DE7AC0">
            <w:pPr>
              <w:rPr>
                <w:lang w:val="ro-RO"/>
              </w:rPr>
            </w:pPr>
          </w:p>
          <w:p w14:paraId="0EF282C9" w14:textId="77777777" w:rsidR="0051574A" w:rsidRPr="00A71F09" w:rsidRDefault="0051574A" w:rsidP="0051574A">
            <w:pPr>
              <w:pStyle w:val="ListParagraph"/>
              <w:ind w:left="283" w:hanging="141"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☐ </w:t>
            </w:r>
            <w:r w:rsidRPr="00A71F09">
              <w:rPr>
                <w:lang w:val="ro-RO"/>
              </w:rPr>
              <w:t>PNRR (Planul Național de Redresare și Reziliență)</w:t>
            </w:r>
          </w:p>
          <w:p w14:paraId="718E9247" w14:textId="27D46E68" w:rsidR="0051574A" w:rsidRPr="00A71F09" w:rsidRDefault="0051574A" w:rsidP="0051574A">
            <w:pPr>
              <w:pStyle w:val="ListParagraph"/>
              <w:ind w:left="283" w:hanging="141"/>
              <w:rPr>
                <w:lang w:val="ro-RO"/>
              </w:rPr>
            </w:pPr>
            <w:r w:rsidRPr="00A71F09">
              <w:rPr>
                <w:sz w:val="16"/>
                <w:lang w:val="ro-RO"/>
              </w:rPr>
              <w:t>☐ PNDL (Planul Național de Dezvoltare Locală)</w:t>
            </w:r>
          </w:p>
          <w:p w14:paraId="058EACA7" w14:textId="1B9C4DB8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PNIAS (Programul Național de investiții Anghel Saligny)</w:t>
            </w:r>
          </w:p>
          <w:p w14:paraId="4D8223B6" w14:textId="29947F06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PNDR (Programul Național de Dezvoltare Rurală)</w:t>
            </w:r>
          </w:p>
          <w:p w14:paraId="14A0DAEE" w14:textId="7FB01D63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POR (Programul Operațional Regional)</w:t>
            </w:r>
          </w:p>
          <w:p w14:paraId="79FB9FD1" w14:textId="1D247EA6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POIM (Programul Operațional Infrastructură Mare)</w:t>
            </w:r>
          </w:p>
          <w:p w14:paraId="452F2071" w14:textId="1598DA09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PN CCRSR (Programul național de consolidare a clădirilor cu risc seismic ridicat)</w:t>
            </w:r>
          </w:p>
          <w:p w14:paraId="3BFC7148" w14:textId="596D954B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☐ PCLSCN (Programul de construcții de locuințe sociale și de </w:t>
            </w:r>
            <w:r w:rsidR="00A71F09" w:rsidRPr="00A71F09">
              <w:rPr>
                <w:sz w:val="16"/>
                <w:lang w:val="ro-RO"/>
              </w:rPr>
              <w:t>necesitate</w:t>
            </w:r>
            <w:r w:rsidRPr="00A71F09">
              <w:rPr>
                <w:sz w:val="16"/>
                <w:lang w:val="ro-RO"/>
              </w:rPr>
              <w:t>)</w:t>
            </w:r>
          </w:p>
          <w:p w14:paraId="5E92B604" w14:textId="1DC43715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PN PEC (Programul național multianual privind creșterea performanței energetice a blocurilor de locuințe)</w:t>
            </w:r>
          </w:p>
          <w:p w14:paraId="3D5D8FA5" w14:textId="2A326A3A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PNI Mihail Cantacuzino (Programul național de investiții pentru consolidarea spitalelor „Mihail Cantacuzino”)</w:t>
            </w:r>
          </w:p>
          <w:p w14:paraId="495C7EC3" w14:textId="30493979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CNI – MDLPA Program Național de Construcții de Interes Public sau Social</w:t>
            </w:r>
          </w:p>
          <w:p w14:paraId="7C77E62A" w14:textId="4A557346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ANL – MDLPA Programe de construcții de locuințe</w:t>
            </w:r>
          </w:p>
          <w:p w14:paraId="1EC5C59B" w14:textId="2B2D182D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>☐ CNAIR – Ministerul Transporturilor și Infrastructurii</w:t>
            </w:r>
          </w:p>
          <w:p w14:paraId="47F07E2C" w14:textId="77777777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sz w:val="16"/>
                <w:lang w:val="ro-RO"/>
              </w:rPr>
              <w:t xml:space="preserve">☐ Alt program de investiții: </w:t>
            </w:r>
          </w:p>
          <w:p w14:paraId="243A97F6" w14:textId="702530A1" w:rsidR="0051574A" w:rsidRPr="00A71F09" w:rsidRDefault="0051574A" w:rsidP="0051574A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A71F09">
              <w:rPr>
                <w:i/>
                <w:color w:val="7A7A7A"/>
                <w:lang w:val="ro-RO"/>
              </w:rPr>
              <w:t>Numele programului de investiții</w:t>
            </w:r>
            <w:r w:rsidRPr="00A71F09">
              <w:rPr>
                <w:sz w:val="16"/>
                <w:lang w:val="ro-RO"/>
              </w:rPr>
              <w:t xml:space="preserve">            .</w:t>
            </w:r>
          </w:p>
          <w:p w14:paraId="1A485C8C" w14:textId="0890102C" w:rsidR="0051574A" w:rsidRPr="00A71F09" w:rsidRDefault="0051574A" w:rsidP="00DE7AC0">
            <w:pPr>
              <w:rPr>
                <w:lang w:val="ro-RO"/>
              </w:rPr>
            </w:pPr>
          </w:p>
        </w:tc>
      </w:tr>
    </w:tbl>
    <w:p w14:paraId="62C555E6" w14:textId="77777777" w:rsidR="0051574A" w:rsidRPr="00A71F09" w:rsidRDefault="0051574A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4338B" w:rsidRPr="00A71F09" w14:paraId="40183A3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E5EF3F" w14:textId="3FA053A7" w:rsidR="0014338B" w:rsidRPr="00A71F09" w:rsidRDefault="00000000">
            <w:pPr>
              <w:keepNext/>
              <w:rPr>
                <w:lang w:val="ro-RO"/>
              </w:rPr>
            </w:pPr>
            <w:r w:rsidRPr="00A71F09">
              <w:rPr>
                <w:b/>
                <w:sz w:val="16"/>
                <w:lang w:val="ro-RO"/>
              </w:rPr>
              <w:t xml:space="preserve"> </w:t>
            </w:r>
            <w:r w:rsidR="00C330B3" w:rsidRPr="00A71F09">
              <w:rPr>
                <w:b/>
                <w:sz w:val="16"/>
                <w:lang w:val="ro-RO"/>
              </w:rPr>
              <w:t>8</w:t>
            </w:r>
            <w:r w:rsidRPr="00A71F09">
              <w:rPr>
                <w:b/>
                <w:sz w:val="16"/>
                <w:lang w:val="ro-RO"/>
              </w:rPr>
              <w:t xml:space="preserve">. </w:t>
            </w:r>
            <w:r w:rsidRPr="00A71F09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14338B" w:rsidRPr="00A71F09" w14:paraId="1944DB6E" w14:textId="77777777">
        <w:trPr>
          <w:cantSplit/>
          <w:trHeight w:val="510"/>
        </w:trPr>
        <w:tc>
          <w:tcPr>
            <w:tcW w:w="1606" w:type="dxa"/>
          </w:tcPr>
          <w:p w14:paraId="7C7D892B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Data</w:t>
            </w:r>
          </w:p>
          <w:p w14:paraId="7704443C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79BA9752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Titularul autorizației</w:t>
            </w:r>
          </w:p>
          <w:p w14:paraId="064C29CA" w14:textId="77777777" w:rsidR="0014338B" w:rsidRPr="00A71F09" w:rsidRDefault="0014338B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32EBEDBF" w14:textId="77777777" w:rsidR="0014338B" w:rsidRPr="00A71F09" w:rsidRDefault="00000000">
            <w:pPr>
              <w:rPr>
                <w:lang w:val="ro-RO"/>
              </w:rPr>
            </w:pPr>
            <w:r w:rsidRPr="00A71F09">
              <w:rPr>
                <w:b/>
                <w:color w:val="0D5F78"/>
                <w:lang w:val="ro-RO"/>
              </w:rPr>
              <w:t>Semnătura</w:t>
            </w:r>
          </w:p>
          <w:p w14:paraId="200C772E" w14:textId="77777777" w:rsidR="0014338B" w:rsidRPr="00A71F09" w:rsidRDefault="0014338B">
            <w:pPr>
              <w:rPr>
                <w:lang w:val="ro-RO"/>
              </w:rPr>
            </w:pPr>
          </w:p>
        </w:tc>
      </w:tr>
    </w:tbl>
    <w:p w14:paraId="01A2DBE3" w14:textId="77777777" w:rsidR="0014338B" w:rsidRPr="00A71F09" w:rsidRDefault="0014338B">
      <w:pPr>
        <w:spacing w:line="168" w:lineRule="auto"/>
        <w:rPr>
          <w:lang w:val="ro-RO"/>
        </w:rPr>
      </w:pPr>
    </w:p>
    <w:p w14:paraId="49999EF0" w14:textId="77777777" w:rsidR="0014338B" w:rsidRPr="00A71F09" w:rsidRDefault="0014338B">
      <w:pPr>
        <w:spacing w:line="168" w:lineRule="auto"/>
        <w:rPr>
          <w:lang w:val="ro-RO"/>
        </w:rPr>
      </w:pPr>
    </w:p>
    <w:p w14:paraId="10653766" w14:textId="77777777" w:rsidR="00FB057B" w:rsidRPr="00A71F09" w:rsidRDefault="00FB057B">
      <w:pPr>
        <w:spacing w:line="168" w:lineRule="auto"/>
        <w:rPr>
          <w:lang w:val="ro-RO"/>
        </w:rPr>
      </w:pPr>
    </w:p>
    <w:p w14:paraId="2753428A" w14:textId="696B4A4A" w:rsidR="00FB057B" w:rsidRPr="00A71F09" w:rsidRDefault="00FB057B" w:rsidP="0095442A">
      <w:pPr>
        <w:spacing w:after="200" w:line="276" w:lineRule="auto"/>
        <w:rPr>
          <w:lang w:val="ro-RO"/>
        </w:rPr>
      </w:pPr>
    </w:p>
    <w:sectPr w:rsidR="00FB057B" w:rsidRPr="00A71F09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2C70" w14:textId="77777777" w:rsidR="00BB08F8" w:rsidRDefault="00BB08F8">
      <w:r>
        <w:separator/>
      </w:r>
    </w:p>
  </w:endnote>
  <w:endnote w:type="continuationSeparator" w:id="0">
    <w:p w14:paraId="2C836BA9" w14:textId="77777777" w:rsidR="00BB08F8" w:rsidRDefault="00BB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87B9" w14:textId="292A9877" w:rsidR="0014338B" w:rsidRDefault="00000000">
    <w:pPr>
      <w:pStyle w:val="Footer"/>
      <w:tabs>
        <w:tab w:val="right" w:pos="9639"/>
      </w:tabs>
    </w:pPr>
    <w:r>
      <w:rPr>
        <w:color w:val="595959"/>
      </w:rPr>
      <w:t>F_A_1</w:t>
    </w:r>
    <w:r w:rsidR="00143D03">
      <w:rPr>
        <w:color w:val="595959"/>
      </w:rPr>
      <w:t>1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89560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895605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500D" w14:textId="77777777" w:rsidR="00BB08F8" w:rsidRDefault="00BB08F8">
      <w:r>
        <w:separator/>
      </w:r>
    </w:p>
  </w:footnote>
  <w:footnote w:type="continuationSeparator" w:id="0">
    <w:p w14:paraId="000910B2" w14:textId="77777777" w:rsidR="00BB08F8" w:rsidRDefault="00BB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2592" w14:textId="4FBCAD37" w:rsidR="00143D03" w:rsidRDefault="00143D03" w:rsidP="00143D03">
    <w:pPr>
      <w:pStyle w:val="Header"/>
      <w:rPr>
        <w:color w:val="595959"/>
      </w:rPr>
    </w:pPr>
    <w:r>
      <w:rPr>
        <w:color w:val="595959"/>
      </w:rPr>
      <w:t xml:space="preserve">F_A_11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0BF74728" w14:textId="77777777" w:rsidR="00143D03" w:rsidRPr="00143D03" w:rsidRDefault="00143D03" w:rsidP="00143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D660D7"/>
    <w:multiLevelType w:val="hybridMultilevel"/>
    <w:tmpl w:val="E12E53EE"/>
    <w:lvl w:ilvl="0" w:tplc="21D4458C">
      <w:start w:val="1"/>
      <w:numFmt w:val="decimal"/>
      <w:lvlText w:val="%1."/>
      <w:lvlJc w:val="left"/>
      <w:pPr>
        <w:ind w:left="28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68DFF0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3C790A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0CC18C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CA683A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589C5E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E8D23A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C4BD5E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96496E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7B71F3"/>
    <w:multiLevelType w:val="hybridMultilevel"/>
    <w:tmpl w:val="B030A46C"/>
    <w:lvl w:ilvl="0" w:tplc="73260380">
      <w:start w:val="1"/>
      <w:numFmt w:val="decimal"/>
      <w:lvlText w:val="%1."/>
      <w:lvlJc w:val="left"/>
      <w:pPr>
        <w:ind w:left="426"/>
      </w:pPr>
      <w:rPr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2358D2"/>
    <w:multiLevelType w:val="hybridMultilevel"/>
    <w:tmpl w:val="8390C64C"/>
    <w:lvl w:ilvl="0" w:tplc="D6169258">
      <w:start w:val="1"/>
      <w:numFmt w:val="bullet"/>
      <w:lvlText w:val="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52E94E">
      <w:start w:val="1"/>
      <w:numFmt w:val="bullet"/>
      <w:lvlText w:val="o"/>
      <w:lvlJc w:val="left"/>
      <w:pPr>
        <w:ind w:left="1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C63D8E">
      <w:start w:val="1"/>
      <w:numFmt w:val="bullet"/>
      <w:lvlText w:val="▪"/>
      <w:lvlJc w:val="left"/>
      <w:pPr>
        <w:ind w:left="18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1639EC">
      <w:start w:val="1"/>
      <w:numFmt w:val="bullet"/>
      <w:lvlText w:val="•"/>
      <w:lvlJc w:val="left"/>
      <w:pPr>
        <w:ind w:left="25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80F3E">
      <w:start w:val="1"/>
      <w:numFmt w:val="bullet"/>
      <w:lvlText w:val="o"/>
      <w:lvlJc w:val="left"/>
      <w:pPr>
        <w:ind w:left="33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12CFA6">
      <w:start w:val="1"/>
      <w:numFmt w:val="bullet"/>
      <w:lvlText w:val="▪"/>
      <w:lvlJc w:val="left"/>
      <w:pPr>
        <w:ind w:left="40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042C92">
      <w:start w:val="1"/>
      <w:numFmt w:val="bullet"/>
      <w:lvlText w:val="•"/>
      <w:lvlJc w:val="left"/>
      <w:pPr>
        <w:ind w:left="47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00F800">
      <w:start w:val="1"/>
      <w:numFmt w:val="bullet"/>
      <w:lvlText w:val="o"/>
      <w:lvlJc w:val="left"/>
      <w:pPr>
        <w:ind w:left="54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8E196">
      <w:start w:val="1"/>
      <w:numFmt w:val="bullet"/>
      <w:lvlText w:val="▪"/>
      <w:lvlJc w:val="left"/>
      <w:pPr>
        <w:ind w:left="61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0A6E28"/>
    <w:multiLevelType w:val="hybridMultilevel"/>
    <w:tmpl w:val="A24EFFCE"/>
    <w:lvl w:ilvl="0" w:tplc="2B64F54C">
      <w:start w:val="1"/>
      <w:numFmt w:val="decimal"/>
      <w:lvlText w:val="%1)"/>
      <w:lvlJc w:val="left"/>
      <w:pPr>
        <w:ind w:left="4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A92A8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0AE94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70ACF2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D05F7E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70B910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422DD4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2F302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00C6A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2F080A"/>
    <w:multiLevelType w:val="hybridMultilevel"/>
    <w:tmpl w:val="32B0DC7C"/>
    <w:lvl w:ilvl="0" w:tplc="1D92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57481">
    <w:abstractNumId w:val="8"/>
  </w:num>
  <w:num w:numId="2" w16cid:durableId="676998350">
    <w:abstractNumId w:val="6"/>
  </w:num>
  <w:num w:numId="3" w16cid:durableId="1364941888">
    <w:abstractNumId w:val="5"/>
  </w:num>
  <w:num w:numId="4" w16cid:durableId="478615148">
    <w:abstractNumId w:val="4"/>
  </w:num>
  <w:num w:numId="5" w16cid:durableId="445585796">
    <w:abstractNumId w:val="7"/>
  </w:num>
  <w:num w:numId="6" w16cid:durableId="131560509">
    <w:abstractNumId w:val="3"/>
  </w:num>
  <w:num w:numId="7" w16cid:durableId="1432049056">
    <w:abstractNumId w:val="2"/>
  </w:num>
  <w:num w:numId="8" w16cid:durableId="4208785">
    <w:abstractNumId w:val="1"/>
  </w:num>
  <w:num w:numId="9" w16cid:durableId="827479698">
    <w:abstractNumId w:val="0"/>
  </w:num>
  <w:num w:numId="10" w16cid:durableId="62992014">
    <w:abstractNumId w:val="9"/>
  </w:num>
  <w:num w:numId="11" w16cid:durableId="778910850">
    <w:abstractNumId w:val="13"/>
  </w:num>
  <w:num w:numId="12" w16cid:durableId="915942442">
    <w:abstractNumId w:val="12"/>
  </w:num>
  <w:num w:numId="13" w16cid:durableId="772894671">
    <w:abstractNumId w:val="11"/>
  </w:num>
  <w:num w:numId="14" w16cid:durableId="118679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16C43"/>
    <w:rsid w:val="0002124A"/>
    <w:rsid w:val="00034616"/>
    <w:rsid w:val="0006063C"/>
    <w:rsid w:val="000622EF"/>
    <w:rsid w:val="00071E24"/>
    <w:rsid w:val="0014338B"/>
    <w:rsid w:val="00143D03"/>
    <w:rsid w:val="0015074B"/>
    <w:rsid w:val="00184D41"/>
    <w:rsid w:val="0029639D"/>
    <w:rsid w:val="0031695F"/>
    <w:rsid w:val="00326F90"/>
    <w:rsid w:val="00365E65"/>
    <w:rsid w:val="00442B61"/>
    <w:rsid w:val="004A4CBC"/>
    <w:rsid w:val="004E233A"/>
    <w:rsid w:val="0051574A"/>
    <w:rsid w:val="005903A8"/>
    <w:rsid w:val="005C403B"/>
    <w:rsid w:val="005C5074"/>
    <w:rsid w:val="006A1DB8"/>
    <w:rsid w:val="006D7C9B"/>
    <w:rsid w:val="00765D3C"/>
    <w:rsid w:val="00782BA8"/>
    <w:rsid w:val="007B0A4D"/>
    <w:rsid w:val="00895605"/>
    <w:rsid w:val="0091423B"/>
    <w:rsid w:val="0095442A"/>
    <w:rsid w:val="009C25E8"/>
    <w:rsid w:val="009D2314"/>
    <w:rsid w:val="00A71F09"/>
    <w:rsid w:val="00AA1D8D"/>
    <w:rsid w:val="00B11050"/>
    <w:rsid w:val="00B35B08"/>
    <w:rsid w:val="00B47730"/>
    <w:rsid w:val="00B56B5D"/>
    <w:rsid w:val="00B862D0"/>
    <w:rsid w:val="00BB08F8"/>
    <w:rsid w:val="00C25235"/>
    <w:rsid w:val="00C330B3"/>
    <w:rsid w:val="00C75A7A"/>
    <w:rsid w:val="00CB0664"/>
    <w:rsid w:val="00CC429A"/>
    <w:rsid w:val="00D028DE"/>
    <w:rsid w:val="00DE33CD"/>
    <w:rsid w:val="00DF3A5F"/>
    <w:rsid w:val="00E61A6B"/>
    <w:rsid w:val="00F74426"/>
    <w:rsid w:val="00F83E7C"/>
    <w:rsid w:val="00FB057B"/>
    <w:rsid w:val="00FC03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73651A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5tlu1">
    <w:name w:val="l5tlu1"/>
    <w:rsid w:val="00365E65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52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5235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52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2026-09-02T04:36:00Z</dcterms:created>
  <dcterms:modified xsi:type="dcterms:W3CDTF">2026-09-02T04:36:00Z</dcterms:modified>
  <cp:category/>
</cp:coreProperties>
</file>