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AD35FD" w:rsidRPr="002C68B5" w14:paraId="23992E51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316410E9" w14:textId="78E34115" w:rsidR="00AD35FD" w:rsidRPr="002C68B5" w:rsidRDefault="001F38A3" w:rsidP="00833BD3">
            <w:pPr>
              <w:rPr>
                <w:lang w:val="ro-RO"/>
              </w:rPr>
            </w:pPr>
            <w:r w:rsidRPr="002C68B5">
              <w:rPr>
                <w:noProof/>
                <w:lang w:val="ro-RO"/>
              </w:rPr>
              <w:drawing>
                <wp:inline distT="0" distB="0" distL="0" distR="0" wp14:anchorId="4144CA53" wp14:editId="0712AA32">
                  <wp:extent cx="891375" cy="1311305"/>
                  <wp:effectExtent l="0" t="0" r="4445" b="3175"/>
                  <wp:docPr id="2076297466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375" cy="1311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66E97BC1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Județul</w:t>
            </w:r>
          </w:p>
          <w:p w14:paraId="263D9566" w14:textId="6408F2C0" w:rsidR="00AD35FD" w:rsidRPr="002C68B5" w:rsidRDefault="001F38A3">
            <w:pPr>
              <w:keepNext/>
              <w:rPr>
                <w:lang w:val="ro-RO"/>
              </w:rPr>
            </w:pPr>
            <w:r w:rsidRPr="002C68B5">
              <w:rPr>
                <w:b/>
                <w:bCs/>
                <w:lang w:val="ro-RO"/>
              </w:rPr>
              <w:t>CLUJ</w:t>
            </w:r>
          </w:p>
        </w:tc>
      </w:tr>
      <w:tr w:rsidR="00AD35FD" w:rsidRPr="002C68B5" w14:paraId="4CF39563" w14:textId="77777777">
        <w:trPr>
          <w:cantSplit/>
          <w:trHeight w:val="510"/>
        </w:trPr>
        <w:tc>
          <w:tcPr>
            <w:tcW w:w="1606" w:type="dxa"/>
            <w:vMerge/>
          </w:tcPr>
          <w:p w14:paraId="46929F1C" w14:textId="77777777" w:rsidR="00AD35FD" w:rsidRPr="002C68B5" w:rsidRDefault="00AD35FD">
            <w:pPr>
              <w:rPr>
                <w:lang w:val="ro-RO"/>
              </w:rPr>
            </w:pPr>
          </w:p>
        </w:tc>
        <w:tc>
          <w:tcPr>
            <w:tcW w:w="8030" w:type="dxa"/>
            <w:gridSpan w:val="3"/>
            <w:shd w:val="clear" w:color="auto" w:fill="F0F0F0"/>
          </w:tcPr>
          <w:p w14:paraId="01EECC2B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Autoritatea administrației publice</w:t>
            </w:r>
          </w:p>
          <w:p w14:paraId="411B3CAD" w14:textId="4D7BD7EE" w:rsidR="00AD35FD" w:rsidRPr="002C68B5" w:rsidRDefault="001F38A3">
            <w:pPr>
              <w:keepNext/>
              <w:rPr>
                <w:lang w:val="ro-RO"/>
              </w:rPr>
            </w:pPr>
            <w:r w:rsidRPr="002C68B5">
              <w:rPr>
                <w:b/>
                <w:bCs/>
                <w:lang w:val="ro-RO"/>
              </w:rPr>
              <w:t>PRIMĂRIA MUNICIPIULUI TURDA</w:t>
            </w:r>
          </w:p>
        </w:tc>
      </w:tr>
      <w:tr w:rsidR="00AD35FD" w:rsidRPr="002C68B5" w14:paraId="75D900BC" w14:textId="77777777">
        <w:trPr>
          <w:cantSplit/>
          <w:trHeight w:val="510"/>
        </w:trPr>
        <w:tc>
          <w:tcPr>
            <w:tcW w:w="1606" w:type="dxa"/>
            <w:vMerge/>
          </w:tcPr>
          <w:p w14:paraId="37B6CDF5" w14:textId="77777777" w:rsidR="00AD35FD" w:rsidRPr="002C68B5" w:rsidRDefault="00AD35FD">
            <w:pPr>
              <w:rPr>
                <w:lang w:val="ro-RO"/>
              </w:rPr>
            </w:pPr>
          </w:p>
        </w:tc>
        <w:tc>
          <w:tcPr>
            <w:tcW w:w="2409" w:type="dxa"/>
            <w:shd w:val="clear" w:color="auto" w:fill="F0F0F0"/>
          </w:tcPr>
          <w:p w14:paraId="7B08056B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Cod de identificare fiscală (CIF)</w:t>
            </w:r>
          </w:p>
          <w:p w14:paraId="7DC4DCC4" w14:textId="042737F9" w:rsidR="00AD35FD" w:rsidRPr="002C68B5" w:rsidRDefault="001F38A3">
            <w:pPr>
              <w:keepNext/>
              <w:rPr>
                <w:lang w:val="ro-RO"/>
              </w:rPr>
            </w:pPr>
            <w:r w:rsidRPr="002C68B5">
              <w:rPr>
                <w:b/>
                <w:bCs/>
                <w:lang w:val="ro-RO"/>
              </w:rPr>
              <w:t>4378930</w:t>
            </w:r>
          </w:p>
        </w:tc>
        <w:tc>
          <w:tcPr>
            <w:tcW w:w="5621" w:type="dxa"/>
            <w:gridSpan w:val="2"/>
            <w:shd w:val="clear" w:color="auto" w:fill="F0F0F0"/>
          </w:tcPr>
          <w:p w14:paraId="045657FF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Adresa oficială</w:t>
            </w:r>
          </w:p>
          <w:p w14:paraId="4160E7D6" w14:textId="77777777" w:rsidR="001F38A3" w:rsidRPr="002C68B5" w:rsidRDefault="001F38A3" w:rsidP="001F38A3">
            <w:pPr>
              <w:rPr>
                <w:i/>
                <w:color w:val="7A7A7A"/>
                <w:lang w:val="ro-RO"/>
              </w:rPr>
            </w:pPr>
            <w:r w:rsidRPr="002C68B5">
              <w:rPr>
                <w:b/>
                <w:bCs/>
                <w:i/>
                <w:lang w:val="ro-RO"/>
              </w:rPr>
              <w:t xml:space="preserve">P-ța 1 Decembrie 1918 nr.28 · tel: 0264-313160· e-mail: </w:t>
            </w:r>
            <w:hyperlink r:id="rId9" w:history="1">
              <w:r w:rsidRPr="002C68B5">
                <w:rPr>
                  <w:rStyle w:val="Hyperlink"/>
                  <w:i/>
                  <w:lang w:val="ro-RO"/>
                </w:rPr>
                <w:t>contact@primariaturda.ro</w:t>
              </w:r>
            </w:hyperlink>
            <w:r w:rsidRPr="002C68B5">
              <w:rPr>
                <w:i/>
                <w:color w:val="7A7A7A"/>
                <w:lang w:val="ro-RO"/>
              </w:rPr>
              <w:t xml:space="preserve"> </w:t>
            </w:r>
          </w:p>
          <w:p w14:paraId="1C11E709" w14:textId="77777777" w:rsidR="00AD35FD" w:rsidRPr="002C68B5" w:rsidRDefault="00AD35FD">
            <w:pPr>
              <w:keepNext/>
              <w:rPr>
                <w:lang w:val="ro-RO"/>
              </w:rPr>
            </w:pPr>
          </w:p>
        </w:tc>
      </w:tr>
      <w:tr w:rsidR="00AD35FD" w:rsidRPr="002C68B5" w14:paraId="20852B2C" w14:textId="77777777">
        <w:trPr>
          <w:cantSplit/>
          <w:trHeight w:val="510"/>
        </w:trPr>
        <w:tc>
          <w:tcPr>
            <w:tcW w:w="1606" w:type="dxa"/>
            <w:vMerge/>
          </w:tcPr>
          <w:p w14:paraId="20FE1C8B" w14:textId="77777777" w:rsidR="00AD35FD" w:rsidRPr="002C68B5" w:rsidRDefault="00AD35FD">
            <w:pPr>
              <w:rPr>
                <w:lang w:val="ro-RO"/>
              </w:rPr>
            </w:pPr>
          </w:p>
        </w:tc>
        <w:tc>
          <w:tcPr>
            <w:tcW w:w="4818" w:type="dxa"/>
            <w:gridSpan w:val="2"/>
            <w:shd w:val="clear" w:color="auto" w:fill="F0F0F0"/>
          </w:tcPr>
          <w:p w14:paraId="4F99B7DE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Număr de înregistrare</w:t>
            </w:r>
          </w:p>
          <w:p w14:paraId="572FA267" w14:textId="77777777" w:rsidR="00AD35FD" w:rsidRPr="002C68B5" w:rsidRDefault="00AD35FD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shd w:val="clear" w:color="auto" w:fill="F0F0F0"/>
          </w:tcPr>
          <w:p w14:paraId="597632B1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Data</w:t>
            </w:r>
          </w:p>
          <w:p w14:paraId="26839202" w14:textId="77777777" w:rsidR="00AD35FD" w:rsidRPr="002C68B5" w:rsidRDefault="00AD35FD">
            <w:pPr>
              <w:keepNext/>
              <w:rPr>
                <w:lang w:val="ro-RO"/>
              </w:rPr>
            </w:pPr>
          </w:p>
        </w:tc>
      </w:tr>
      <w:tr w:rsidR="00AD35FD" w:rsidRPr="002C68B5" w14:paraId="40A3F398" w14:textId="77777777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2FD605A9" w14:textId="77777777" w:rsidR="00AD35FD" w:rsidRPr="002C68B5" w:rsidRDefault="00000000">
            <w:pPr>
              <w:rPr>
                <w:lang w:val="ro-RO"/>
              </w:rPr>
            </w:pPr>
            <w:r w:rsidRPr="002C68B5">
              <w:rPr>
                <w:i/>
                <w:color w:val="595959"/>
                <w:lang w:val="ro-RO"/>
              </w:rPr>
              <w:t xml:space="preserve"> se completează de autoritate — solicitantul nu scrie în această zonă</w:t>
            </w:r>
          </w:p>
        </w:tc>
      </w:tr>
    </w:tbl>
    <w:p w14:paraId="58FEB982" w14:textId="77777777" w:rsidR="00AD35FD" w:rsidRPr="002C68B5" w:rsidRDefault="00000000" w:rsidP="007050CD">
      <w:pPr>
        <w:spacing w:before="140" w:after="40"/>
        <w:jc w:val="center"/>
        <w:rPr>
          <w:sz w:val="28"/>
          <w:szCs w:val="28"/>
          <w:lang w:val="ro-RO"/>
        </w:rPr>
      </w:pPr>
      <w:r w:rsidRPr="002C68B5">
        <w:rPr>
          <w:b/>
          <w:sz w:val="28"/>
          <w:szCs w:val="28"/>
          <w:lang w:val="ro-RO"/>
        </w:rPr>
        <w:t>ÎNȘTIINȚARE</w:t>
      </w:r>
    </w:p>
    <w:p w14:paraId="3F1F960E" w14:textId="77777777" w:rsidR="00AD35FD" w:rsidRPr="002C68B5" w:rsidRDefault="00000000">
      <w:pPr>
        <w:spacing w:after="120"/>
        <w:jc w:val="center"/>
        <w:rPr>
          <w:lang w:val="ro-RO"/>
        </w:rPr>
      </w:pPr>
      <w:r w:rsidRPr="002C68B5">
        <w:rPr>
          <w:sz w:val="19"/>
          <w:lang w:val="ro-RO"/>
        </w:rPr>
        <w:t>privind încheierea execuției lucrărilor</w:t>
      </w:r>
    </w:p>
    <w:p w14:paraId="39CC6B28" w14:textId="77777777" w:rsidR="00AD35FD" w:rsidRPr="002C68B5" w:rsidRDefault="00AD35FD">
      <w:pPr>
        <w:spacing w:after="60"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AD35FD" w:rsidRPr="002C68B5" w14:paraId="5D5D5660" w14:textId="77777777">
        <w:trPr>
          <w:cantSplit/>
        </w:trPr>
        <w:tc>
          <w:tcPr>
            <w:tcW w:w="9636" w:type="dxa"/>
            <w:shd w:val="clear" w:color="auto" w:fill="F4F4F4"/>
          </w:tcPr>
          <w:p w14:paraId="7237AFBA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b/>
                <w:sz w:val="16"/>
                <w:lang w:val="ro-RO"/>
              </w:rPr>
              <w:t xml:space="preserve"> 1. </w:t>
            </w:r>
            <w:r w:rsidRPr="002C68B5">
              <w:rPr>
                <w:b/>
                <w:color w:val="000000"/>
                <w:sz w:val="18"/>
                <w:lang w:val="ro-RO"/>
              </w:rPr>
              <w:t>CĂTRE</w:t>
            </w:r>
          </w:p>
        </w:tc>
      </w:tr>
      <w:tr w:rsidR="00AD35FD" w:rsidRPr="002C68B5" w14:paraId="6E6DD37F" w14:textId="77777777">
        <w:trPr>
          <w:cantSplit/>
          <w:trHeight w:val="510"/>
        </w:trPr>
        <w:tc>
          <w:tcPr>
            <w:tcW w:w="9636" w:type="dxa"/>
          </w:tcPr>
          <w:p w14:paraId="29E26C9F" w14:textId="77777777" w:rsidR="00AD35FD" w:rsidRPr="002C68B5" w:rsidRDefault="00AD35FD" w:rsidP="007050CD">
            <w:pPr>
              <w:keepNext/>
              <w:rPr>
                <w:lang w:val="ro-RO"/>
              </w:rPr>
            </w:pPr>
          </w:p>
        </w:tc>
      </w:tr>
      <w:tr w:rsidR="00AD35FD" w:rsidRPr="002C68B5" w14:paraId="6859A31D" w14:textId="77777777">
        <w:trPr>
          <w:cantSplit/>
        </w:trPr>
        <w:tc>
          <w:tcPr>
            <w:tcW w:w="9636" w:type="dxa"/>
            <w:shd w:val="clear" w:color="auto" w:fill="F4F4F4"/>
          </w:tcPr>
          <w:p w14:paraId="065790C6" w14:textId="169ECA0F" w:rsidR="00AD35FD" w:rsidRPr="002C68B5" w:rsidRDefault="00000000">
            <w:pPr>
              <w:spacing w:line="228" w:lineRule="auto"/>
              <w:rPr>
                <w:lang w:val="ro-RO"/>
              </w:rPr>
            </w:pPr>
            <w:r w:rsidRPr="002C68B5">
              <w:rPr>
                <w:lang w:val="ro-RO"/>
              </w:rPr>
              <w:t>Cererea va fi</w:t>
            </w:r>
            <w:r w:rsidR="007050CD" w:rsidRPr="002C68B5">
              <w:rPr>
                <w:lang w:val="ro-RO"/>
              </w:rPr>
              <w:t xml:space="preserve"> adresată</w:t>
            </w:r>
            <w:r w:rsidRPr="002C68B5">
              <w:rPr>
                <w:lang w:val="ro-RO"/>
              </w:rPr>
              <w:t xml:space="preserve"> către președintele consiliului județean, primarul general, primarul de sector sau primarul municipiului / orașului / comunei, după caz.</w:t>
            </w:r>
          </w:p>
        </w:tc>
      </w:tr>
    </w:tbl>
    <w:p w14:paraId="51D38FA9" w14:textId="77777777" w:rsidR="00AD35FD" w:rsidRPr="002C68B5" w:rsidRDefault="00AD35FD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AD35FD" w:rsidRPr="002C68B5" w14:paraId="46CB8761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C3B3776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b/>
                <w:sz w:val="16"/>
                <w:lang w:val="ro-RO"/>
              </w:rPr>
              <w:t xml:space="preserve"> 2. </w:t>
            </w:r>
            <w:r w:rsidRPr="002C68B5">
              <w:rPr>
                <w:b/>
                <w:color w:val="000000"/>
                <w:sz w:val="18"/>
                <w:lang w:val="ro-RO"/>
              </w:rPr>
              <w:t>SOLICITANTUL</w:t>
            </w:r>
          </w:p>
        </w:tc>
      </w:tr>
      <w:tr w:rsidR="00AD35FD" w:rsidRPr="002C68B5" w14:paraId="32169DFD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09156218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Nume și prenume</w:t>
            </w:r>
          </w:p>
          <w:p w14:paraId="1460DBA2" w14:textId="77777777" w:rsidR="00AD35FD" w:rsidRPr="002C68B5" w:rsidRDefault="00AD35FD">
            <w:pPr>
              <w:keepNext/>
              <w:rPr>
                <w:lang w:val="ro-RO"/>
              </w:rPr>
            </w:pPr>
          </w:p>
        </w:tc>
        <w:tc>
          <w:tcPr>
            <w:tcW w:w="4015" w:type="dxa"/>
            <w:gridSpan w:val="3"/>
          </w:tcPr>
          <w:p w14:paraId="62D69012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CNP</w:t>
            </w:r>
          </w:p>
          <w:p w14:paraId="5C61E18C" w14:textId="77777777" w:rsidR="00AD35FD" w:rsidRPr="002C68B5" w:rsidRDefault="00AD35FD">
            <w:pPr>
              <w:keepNext/>
              <w:rPr>
                <w:lang w:val="ro-RO"/>
              </w:rPr>
            </w:pPr>
          </w:p>
        </w:tc>
      </w:tr>
      <w:tr w:rsidR="00AD35FD" w:rsidRPr="002C68B5" w14:paraId="2BC6EF7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8B7BC7E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sz w:val="16"/>
                <w:lang w:val="ro-RO"/>
              </w:rPr>
              <w:t xml:space="preserve"> Act de identitate</w:t>
            </w:r>
          </w:p>
        </w:tc>
      </w:tr>
      <w:tr w:rsidR="00AD35FD" w:rsidRPr="002C68B5" w14:paraId="1EDA1342" w14:textId="77777777">
        <w:trPr>
          <w:cantSplit/>
          <w:trHeight w:val="510"/>
        </w:trPr>
        <w:tc>
          <w:tcPr>
            <w:tcW w:w="1606" w:type="dxa"/>
          </w:tcPr>
          <w:p w14:paraId="09DE4D5B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Seria</w:t>
            </w:r>
          </w:p>
          <w:p w14:paraId="304A3F5A" w14:textId="77777777" w:rsidR="00AD35FD" w:rsidRPr="002C68B5" w:rsidRDefault="00AD35FD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2B6D2861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Numărul</w:t>
            </w:r>
          </w:p>
          <w:p w14:paraId="15B2CC0F" w14:textId="77777777" w:rsidR="00AD35FD" w:rsidRPr="002C68B5" w:rsidRDefault="00AD35FD">
            <w:pPr>
              <w:keepNext/>
              <w:rPr>
                <w:lang w:val="ro-RO"/>
              </w:rPr>
            </w:pPr>
          </w:p>
        </w:tc>
        <w:tc>
          <w:tcPr>
            <w:tcW w:w="4818" w:type="dxa"/>
            <w:gridSpan w:val="5"/>
          </w:tcPr>
          <w:p w14:paraId="074B257B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Eliberat de</w:t>
            </w:r>
          </w:p>
          <w:p w14:paraId="68E9A4D7" w14:textId="77777777" w:rsidR="00AD35FD" w:rsidRPr="002C68B5" w:rsidRDefault="00AD35FD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6665BF0B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La data</w:t>
            </w:r>
          </w:p>
          <w:p w14:paraId="685EFB42" w14:textId="77777777" w:rsidR="00AD35FD" w:rsidRPr="002C68B5" w:rsidRDefault="00AD35FD">
            <w:pPr>
              <w:keepNext/>
              <w:rPr>
                <w:lang w:val="ro-RO"/>
              </w:rPr>
            </w:pPr>
          </w:p>
        </w:tc>
      </w:tr>
      <w:tr w:rsidR="00AD35FD" w:rsidRPr="002C68B5" w14:paraId="32CEFBE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F217D41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sz w:val="16"/>
                <w:lang w:val="ro-RO"/>
              </w:rPr>
              <w:t xml:space="preserve"> Domiciliul</w:t>
            </w:r>
          </w:p>
        </w:tc>
      </w:tr>
      <w:tr w:rsidR="00AD35FD" w:rsidRPr="002C68B5" w14:paraId="5155AE8F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49A1DBB3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Județul</w:t>
            </w:r>
          </w:p>
          <w:p w14:paraId="6176509F" w14:textId="77777777" w:rsidR="00AD35FD" w:rsidRPr="002C68B5" w:rsidRDefault="00AD35FD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4"/>
          </w:tcPr>
          <w:p w14:paraId="12FFC180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Municipiul / orașul / comuna</w:t>
            </w:r>
          </w:p>
          <w:p w14:paraId="78AF07E4" w14:textId="77777777" w:rsidR="00AD35FD" w:rsidRPr="002C68B5" w:rsidRDefault="00AD35FD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2"/>
          </w:tcPr>
          <w:p w14:paraId="6DCE9F1A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Satul / sectorul</w:t>
            </w:r>
          </w:p>
          <w:p w14:paraId="2ABA8A3A" w14:textId="77777777" w:rsidR="00AD35FD" w:rsidRPr="002C68B5" w:rsidRDefault="00AD35FD">
            <w:pPr>
              <w:keepNext/>
              <w:rPr>
                <w:lang w:val="ro-RO"/>
              </w:rPr>
            </w:pPr>
          </w:p>
        </w:tc>
      </w:tr>
      <w:tr w:rsidR="00AD35FD" w:rsidRPr="002C68B5" w14:paraId="40628C12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F167578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Strada</w:t>
            </w:r>
          </w:p>
          <w:p w14:paraId="7BA56E68" w14:textId="77777777" w:rsidR="00AD35FD" w:rsidRPr="002C68B5" w:rsidRDefault="00AD35FD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1489889D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Nr.</w:t>
            </w:r>
          </w:p>
          <w:p w14:paraId="7B4ABA2F" w14:textId="77777777" w:rsidR="00AD35FD" w:rsidRPr="002C68B5" w:rsidRDefault="00AD35FD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7CD5A464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Sc.</w:t>
            </w:r>
          </w:p>
          <w:p w14:paraId="2B109255" w14:textId="77777777" w:rsidR="00AD35FD" w:rsidRPr="002C68B5" w:rsidRDefault="00AD35FD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35CA800D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Et.</w:t>
            </w:r>
          </w:p>
          <w:p w14:paraId="349F3CE7" w14:textId="77777777" w:rsidR="00AD35FD" w:rsidRPr="002C68B5" w:rsidRDefault="00AD35FD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5BF03D03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Ap.</w:t>
            </w:r>
          </w:p>
          <w:p w14:paraId="2A6186CA" w14:textId="77777777" w:rsidR="00AD35FD" w:rsidRPr="002C68B5" w:rsidRDefault="00AD35FD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7A7CC008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Cod poștal</w:t>
            </w:r>
          </w:p>
          <w:p w14:paraId="1EDFEC25" w14:textId="77777777" w:rsidR="00AD35FD" w:rsidRPr="002C68B5" w:rsidRDefault="00AD35FD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0F72F706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Țara</w:t>
            </w:r>
          </w:p>
          <w:p w14:paraId="487B61C5" w14:textId="77777777" w:rsidR="00AD35FD" w:rsidRPr="002C68B5" w:rsidRDefault="00AD35FD">
            <w:pPr>
              <w:keepNext/>
              <w:rPr>
                <w:lang w:val="ro-RO"/>
              </w:rPr>
            </w:pPr>
          </w:p>
        </w:tc>
      </w:tr>
      <w:tr w:rsidR="00AD35FD" w:rsidRPr="002C68B5" w14:paraId="025BF65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FA46FA6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sz w:val="16"/>
                <w:lang w:val="ro-RO"/>
              </w:rPr>
              <w:t xml:space="preserve"> Date de contact</w:t>
            </w:r>
          </w:p>
        </w:tc>
      </w:tr>
      <w:tr w:rsidR="00AD35FD" w:rsidRPr="002C68B5" w14:paraId="3F62D549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1D073D6E" w14:textId="77777777" w:rsidR="00AD35FD" w:rsidRPr="002C68B5" w:rsidRDefault="00000000">
            <w:pPr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Telefon / fax</w:t>
            </w:r>
          </w:p>
          <w:p w14:paraId="39CC712B" w14:textId="77777777" w:rsidR="00AD35FD" w:rsidRPr="002C68B5" w:rsidRDefault="00AD35FD">
            <w:pPr>
              <w:rPr>
                <w:lang w:val="ro-RO"/>
              </w:rPr>
            </w:pPr>
          </w:p>
        </w:tc>
        <w:tc>
          <w:tcPr>
            <w:tcW w:w="5621" w:type="dxa"/>
            <w:gridSpan w:val="5"/>
          </w:tcPr>
          <w:p w14:paraId="731E3EAF" w14:textId="77777777" w:rsidR="00AD35FD" w:rsidRPr="002C68B5" w:rsidRDefault="00000000">
            <w:pPr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E-mail</w:t>
            </w:r>
          </w:p>
          <w:p w14:paraId="6A57A506" w14:textId="77777777" w:rsidR="00AD35FD" w:rsidRPr="002C68B5" w:rsidRDefault="00AD35FD">
            <w:pPr>
              <w:rPr>
                <w:lang w:val="ro-RO"/>
              </w:rPr>
            </w:pPr>
          </w:p>
        </w:tc>
      </w:tr>
    </w:tbl>
    <w:p w14:paraId="4D9D1FE5" w14:textId="77777777" w:rsidR="00AD35FD" w:rsidRPr="002C68B5" w:rsidRDefault="00AD35FD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5621"/>
      </w:tblGrid>
      <w:tr w:rsidR="00AD35FD" w:rsidRPr="002C68B5" w14:paraId="0CCD3AD7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1FDD6DE2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b/>
                <w:sz w:val="16"/>
                <w:lang w:val="ro-RO"/>
              </w:rPr>
              <w:t xml:space="preserve"> 3. </w:t>
            </w:r>
            <w:r w:rsidRPr="002C68B5">
              <w:rPr>
                <w:b/>
                <w:color w:val="000000"/>
                <w:sz w:val="18"/>
                <w:lang w:val="ro-RO"/>
              </w:rPr>
              <w:t>TITULAR AL AUTORIZAȚIEI DE CONSTRUIRE / DESFIINȚARE</w:t>
            </w:r>
          </w:p>
        </w:tc>
      </w:tr>
      <w:tr w:rsidR="00AD35FD" w:rsidRPr="002C68B5" w14:paraId="587E3C10" w14:textId="77777777">
        <w:trPr>
          <w:cantSplit/>
          <w:trHeight w:val="510"/>
        </w:trPr>
        <w:tc>
          <w:tcPr>
            <w:tcW w:w="1606" w:type="dxa"/>
          </w:tcPr>
          <w:p w14:paraId="38570560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Nr.</w:t>
            </w:r>
          </w:p>
          <w:p w14:paraId="7D760159" w14:textId="77777777" w:rsidR="00AD35FD" w:rsidRPr="002C68B5" w:rsidRDefault="00AD35FD">
            <w:pPr>
              <w:keepNext/>
              <w:rPr>
                <w:lang w:val="ro-RO"/>
              </w:rPr>
            </w:pPr>
          </w:p>
        </w:tc>
        <w:tc>
          <w:tcPr>
            <w:tcW w:w="2409" w:type="dxa"/>
          </w:tcPr>
          <w:p w14:paraId="331EAC7E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Din data</w:t>
            </w:r>
          </w:p>
          <w:p w14:paraId="3ACC2CAC" w14:textId="77777777" w:rsidR="00AD35FD" w:rsidRPr="002C68B5" w:rsidRDefault="00AD35FD">
            <w:pPr>
              <w:keepNext/>
              <w:rPr>
                <w:lang w:val="ro-RO"/>
              </w:rPr>
            </w:pPr>
          </w:p>
        </w:tc>
        <w:tc>
          <w:tcPr>
            <w:tcW w:w="5621" w:type="dxa"/>
          </w:tcPr>
          <w:p w14:paraId="45DAA697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Emisă de</w:t>
            </w:r>
          </w:p>
          <w:p w14:paraId="7035BC1B" w14:textId="77777777" w:rsidR="00AD35FD" w:rsidRPr="002C68B5" w:rsidRDefault="00AD35FD">
            <w:pPr>
              <w:keepNext/>
              <w:rPr>
                <w:lang w:val="ro-RO"/>
              </w:rPr>
            </w:pPr>
          </w:p>
        </w:tc>
      </w:tr>
      <w:tr w:rsidR="00AD35FD" w:rsidRPr="002C68B5" w14:paraId="24AC54C1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7DD30D26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sz w:val="16"/>
                <w:lang w:val="ro-RO"/>
              </w:rPr>
              <w:t xml:space="preserve"> emisă pentru executarea lucrărilor de construcții privind construirea / desființarea construcțiilor și amenajărilor</w:t>
            </w:r>
          </w:p>
        </w:tc>
      </w:tr>
      <w:tr w:rsidR="00AD35FD" w:rsidRPr="002C68B5" w14:paraId="14CEAA34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023C43F6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Denumirea lucrării, capacitatea și categoria de lucrări din autorizație</w:t>
            </w:r>
          </w:p>
          <w:p w14:paraId="5D07F1A8" w14:textId="77777777" w:rsidR="00AD35FD" w:rsidRPr="002C68B5" w:rsidRDefault="00AD35FD">
            <w:pPr>
              <w:keepNext/>
              <w:rPr>
                <w:lang w:val="ro-RO"/>
              </w:rPr>
            </w:pPr>
          </w:p>
        </w:tc>
      </w:tr>
      <w:tr w:rsidR="00AD35FD" w:rsidRPr="002C68B5" w14:paraId="0BCFAFD1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57645425" w14:textId="77777777" w:rsidR="00AD35FD" w:rsidRPr="002C68B5" w:rsidRDefault="00000000">
            <w:pPr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în valoare de (lei)</w:t>
            </w:r>
          </w:p>
          <w:p w14:paraId="3EFD05AE" w14:textId="77777777" w:rsidR="00AD35FD" w:rsidRPr="002C68B5" w:rsidRDefault="00AD35FD">
            <w:pPr>
              <w:rPr>
                <w:lang w:val="ro-RO"/>
              </w:rPr>
            </w:pPr>
          </w:p>
        </w:tc>
      </w:tr>
    </w:tbl>
    <w:p w14:paraId="6F25DA33" w14:textId="48CBC554" w:rsidR="00AD35FD" w:rsidRPr="002C68B5" w:rsidRDefault="00000000" w:rsidP="007050CD">
      <w:pPr>
        <w:spacing w:before="140" w:after="40"/>
        <w:jc w:val="center"/>
        <w:rPr>
          <w:sz w:val="28"/>
          <w:szCs w:val="28"/>
          <w:lang w:val="ro-RO"/>
        </w:rPr>
      </w:pPr>
      <w:r w:rsidRPr="002C68B5">
        <w:rPr>
          <w:b/>
          <w:sz w:val="28"/>
          <w:szCs w:val="28"/>
          <w:lang w:val="ro-RO"/>
        </w:rPr>
        <w:t>ADUC LA CUNOȘTINȚĂ</w:t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1606"/>
        <w:gridCol w:w="5621"/>
      </w:tblGrid>
      <w:tr w:rsidR="00AD35FD" w:rsidRPr="002C68B5" w14:paraId="43F9191F" w14:textId="77777777">
        <w:trPr>
          <w:cantSplit/>
          <w:trHeight w:val="510"/>
        </w:trPr>
        <w:tc>
          <w:tcPr>
            <w:tcW w:w="2409" w:type="dxa"/>
          </w:tcPr>
          <w:p w14:paraId="1A30CAD2" w14:textId="77777777" w:rsidR="00AD35FD" w:rsidRPr="002C68B5" w:rsidRDefault="00000000">
            <w:pPr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Că la data de</w:t>
            </w:r>
          </w:p>
          <w:p w14:paraId="5CE18A2B" w14:textId="77777777" w:rsidR="00AD35FD" w:rsidRPr="002C68B5" w:rsidRDefault="00AD35FD">
            <w:pPr>
              <w:rPr>
                <w:lang w:val="ro-RO"/>
              </w:rPr>
            </w:pPr>
          </w:p>
        </w:tc>
        <w:tc>
          <w:tcPr>
            <w:tcW w:w="1606" w:type="dxa"/>
          </w:tcPr>
          <w:p w14:paraId="537E7015" w14:textId="77777777" w:rsidR="00AD35FD" w:rsidRPr="002C68B5" w:rsidRDefault="00000000">
            <w:pPr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ora</w:t>
            </w:r>
          </w:p>
          <w:p w14:paraId="349EB503" w14:textId="77777777" w:rsidR="00AD35FD" w:rsidRPr="002C68B5" w:rsidRDefault="00AD35FD">
            <w:pPr>
              <w:rPr>
                <w:lang w:val="ro-RO"/>
              </w:rPr>
            </w:pPr>
          </w:p>
        </w:tc>
        <w:tc>
          <w:tcPr>
            <w:tcW w:w="5621" w:type="dxa"/>
          </w:tcPr>
          <w:p w14:paraId="479316B2" w14:textId="77777777" w:rsidR="00AD35FD" w:rsidRPr="002C68B5" w:rsidRDefault="00000000">
            <w:pPr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au fost finalizate lucrările de construcții autorizate</w:t>
            </w:r>
          </w:p>
          <w:p w14:paraId="70DA8600" w14:textId="77777777" w:rsidR="00AD35FD" w:rsidRPr="002C68B5" w:rsidRDefault="00000000">
            <w:pPr>
              <w:rPr>
                <w:lang w:val="ro-RO"/>
              </w:rPr>
            </w:pPr>
            <w:r w:rsidRPr="002C68B5">
              <w:rPr>
                <w:i/>
                <w:color w:val="7A7A7A"/>
                <w:lang w:val="ro-RO"/>
              </w:rPr>
              <w:t>pentru imobilul de mai jos</w:t>
            </w:r>
          </w:p>
          <w:p w14:paraId="0A5397F4" w14:textId="77777777" w:rsidR="00AD35FD" w:rsidRPr="002C68B5" w:rsidRDefault="00AD35FD">
            <w:pPr>
              <w:rPr>
                <w:lang w:val="ro-RO"/>
              </w:rPr>
            </w:pPr>
          </w:p>
        </w:tc>
      </w:tr>
    </w:tbl>
    <w:p w14:paraId="46459DEB" w14:textId="77777777" w:rsidR="00AD35FD" w:rsidRPr="002C68B5" w:rsidRDefault="00AD35FD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AD35FD" w:rsidRPr="002C68B5" w14:paraId="503B36F7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77C80A2C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b/>
                <w:sz w:val="16"/>
                <w:lang w:val="ro-RO"/>
              </w:rPr>
              <w:t xml:space="preserve"> 4. </w:t>
            </w:r>
            <w:r w:rsidRPr="002C68B5">
              <w:rPr>
                <w:b/>
                <w:color w:val="000000"/>
                <w:sz w:val="18"/>
                <w:lang w:val="ro-RO"/>
              </w:rPr>
              <w:t>IMOBILUL</w:t>
            </w:r>
          </w:p>
        </w:tc>
      </w:tr>
      <w:tr w:rsidR="00AD35FD" w:rsidRPr="002C68B5" w14:paraId="6246E343" w14:textId="77777777">
        <w:trPr>
          <w:cantSplit/>
        </w:trPr>
        <w:tc>
          <w:tcPr>
            <w:tcW w:w="9636" w:type="dxa"/>
            <w:gridSpan w:val="6"/>
          </w:tcPr>
          <w:p w14:paraId="0AB87AAD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sz w:val="16"/>
                <w:lang w:val="ro-RO"/>
              </w:rPr>
              <w:t xml:space="preserve"> ☐ teren     ☐ construcții</w:t>
            </w:r>
          </w:p>
        </w:tc>
      </w:tr>
      <w:tr w:rsidR="00AD35FD" w:rsidRPr="002C68B5" w14:paraId="53BDC58A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48965D1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Județ</w:t>
            </w:r>
          </w:p>
          <w:p w14:paraId="3613F305" w14:textId="77777777" w:rsidR="00AD35FD" w:rsidRPr="002C68B5" w:rsidRDefault="00AD35FD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2"/>
          </w:tcPr>
          <w:p w14:paraId="365ED677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Municipiu / oraș / comună</w:t>
            </w:r>
          </w:p>
          <w:p w14:paraId="6F56704A" w14:textId="77777777" w:rsidR="00AD35FD" w:rsidRPr="002C68B5" w:rsidRDefault="00AD35FD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2"/>
          </w:tcPr>
          <w:p w14:paraId="621EB7A6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Sat / sector</w:t>
            </w:r>
          </w:p>
          <w:p w14:paraId="4F784361" w14:textId="77777777" w:rsidR="00AD35FD" w:rsidRPr="002C68B5" w:rsidRDefault="00AD35FD">
            <w:pPr>
              <w:keepNext/>
              <w:rPr>
                <w:lang w:val="ro-RO"/>
              </w:rPr>
            </w:pPr>
          </w:p>
        </w:tc>
      </w:tr>
      <w:tr w:rsidR="00AD35FD" w:rsidRPr="002C68B5" w14:paraId="2BC39562" w14:textId="77777777">
        <w:trPr>
          <w:cantSplit/>
          <w:trHeight w:val="510"/>
        </w:trPr>
        <w:tc>
          <w:tcPr>
            <w:tcW w:w="1606" w:type="dxa"/>
          </w:tcPr>
          <w:p w14:paraId="32502F27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Cod poștal</w:t>
            </w:r>
          </w:p>
          <w:p w14:paraId="492DB3D9" w14:textId="77777777" w:rsidR="00AD35FD" w:rsidRPr="002C68B5" w:rsidRDefault="00AD35FD">
            <w:pPr>
              <w:keepNext/>
              <w:rPr>
                <w:lang w:val="ro-RO"/>
              </w:rPr>
            </w:pPr>
          </w:p>
        </w:tc>
        <w:tc>
          <w:tcPr>
            <w:tcW w:w="4818" w:type="dxa"/>
            <w:gridSpan w:val="3"/>
          </w:tcPr>
          <w:p w14:paraId="79596D03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Strada</w:t>
            </w:r>
          </w:p>
          <w:p w14:paraId="76B7FC7B" w14:textId="77777777" w:rsidR="00AD35FD" w:rsidRPr="002C68B5" w:rsidRDefault="00AD35FD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0B5DE636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Nr.</w:t>
            </w:r>
          </w:p>
          <w:p w14:paraId="2C554BE8" w14:textId="77777777" w:rsidR="00AD35FD" w:rsidRPr="002C68B5" w:rsidRDefault="00AD35FD">
            <w:pPr>
              <w:keepNext/>
              <w:rPr>
                <w:lang w:val="ro-RO"/>
              </w:rPr>
            </w:pPr>
          </w:p>
        </w:tc>
        <w:tc>
          <w:tcPr>
            <w:tcW w:w="2409" w:type="dxa"/>
          </w:tcPr>
          <w:p w14:paraId="5F4DD626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Bl. / sc. / et. / ap.</w:t>
            </w:r>
          </w:p>
          <w:p w14:paraId="481D6BF6" w14:textId="77777777" w:rsidR="00AD35FD" w:rsidRPr="002C68B5" w:rsidRDefault="00AD35FD">
            <w:pPr>
              <w:keepNext/>
              <w:rPr>
                <w:lang w:val="ro-RO"/>
              </w:rPr>
            </w:pPr>
          </w:p>
        </w:tc>
      </w:tr>
      <w:tr w:rsidR="00AD35FD" w:rsidRPr="002C68B5" w14:paraId="45E2EB9D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0946A25A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Număr cadastral</w:t>
            </w:r>
          </w:p>
          <w:p w14:paraId="75CF10B0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i/>
                <w:color w:val="7A7A7A"/>
                <w:lang w:val="ro-RO"/>
              </w:rPr>
              <w:t>dacă imobilul e înscris în e-Terra</w:t>
            </w:r>
          </w:p>
          <w:p w14:paraId="23C02068" w14:textId="77777777" w:rsidR="00AD35FD" w:rsidRPr="002C68B5" w:rsidRDefault="00AD35FD">
            <w:pPr>
              <w:keepNext/>
              <w:rPr>
                <w:lang w:val="ro-RO"/>
              </w:rPr>
            </w:pPr>
          </w:p>
        </w:tc>
        <w:tc>
          <w:tcPr>
            <w:tcW w:w="4015" w:type="dxa"/>
            <w:gridSpan w:val="3"/>
          </w:tcPr>
          <w:p w14:paraId="1CA801FC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Carte funciară nr.</w:t>
            </w:r>
          </w:p>
          <w:p w14:paraId="7460EFF8" w14:textId="77777777" w:rsidR="00AD35FD" w:rsidRPr="002C68B5" w:rsidRDefault="00AD35FD">
            <w:pPr>
              <w:keepNext/>
              <w:rPr>
                <w:lang w:val="ro-RO"/>
              </w:rPr>
            </w:pPr>
          </w:p>
        </w:tc>
      </w:tr>
    </w:tbl>
    <w:p w14:paraId="4310081F" w14:textId="77777777" w:rsidR="00AD35FD" w:rsidRPr="002C68B5" w:rsidRDefault="00AD35FD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7227"/>
        <w:gridCol w:w="2409"/>
      </w:tblGrid>
      <w:tr w:rsidR="00AD35FD" w:rsidRPr="002C68B5" w14:paraId="00876DD1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591472DD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b/>
                <w:sz w:val="16"/>
                <w:lang w:val="ro-RO"/>
              </w:rPr>
              <w:t xml:space="preserve"> 5. </w:t>
            </w:r>
            <w:r w:rsidRPr="002C68B5">
              <w:rPr>
                <w:b/>
                <w:color w:val="000000"/>
                <w:sz w:val="18"/>
                <w:lang w:val="ro-RO"/>
              </w:rPr>
              <w:t>CONVOCAREA COMISIEI DE RECEPȚIE</w:t>
            </w:r>
          </w:p>
        </w:tc>
      </w:tr>
      <w:tr w:rsidR="00AD35FD" w:rsidRPr="002C68B5" w14:paraId="1EE75B4F" w14:textId="77777777">
        <w:trPr>
          <w:cantSplit/>
          <w:trHeight w:val="510"/>
        </w:trPr>
        <w:tc>
          <w:tcPr>
            <w:tcW w:w="7227" w:type="dxa"/>
          </w:tcPr>
          <w:p w14:paraId="668CA31F" w14:textId="77777777" w:rsidR="00AD35FD" w:rsidRPr="002C68B5" w:rsidRDefault="00000000">
            <w:pPr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Se convoacă comisia de recepție la terminarea lucrărilor, la data</w:t>
            </w:r>
          </w:p>
          <w:p w14:paraId="3C5ABEF2" w14:textId="77777777" w:rsidR="00AD35FD" w:rsidRPr="002C68B5" w:rsidRDefault="00AD35FD">
            <w:pPr>
              <w:rPr>
                <w:lang w:val="ro-RO"/>
              </w:rPr>
            </w:pPr>
          </w:p>
        </w:tc>
        <w:tc>
          <w:tcPr>
            <w:tcW w:w="2409" w:type="dxa"/>
          </w:tcPr>
          <w:p w14:paraId="005C1153" w14:textId="77777777" w:rsidR="00AD35FD" w:rsidRPr="002C68B5" w:rsidRDefault="00000000">
            <w:pPr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ora</w:t>
            </w:r>
          </w:p>
          <w:p w14:paraId="67115499" w14:textId="77777777" w:rsidR="00AD35FD" w:rsidRPr="002C68B5" w:rsidRDefault="00AD35FD">
            <w:pPr>
              <w:rPr>
                <w:lang w:val="ro-RO"/>
              </w:rPr>
            </w:pPr>
          </w:p>
        </w:tc>
      </w:tr>
    </w:tbl>
    <w:p w14:paraId="2CA6B2E0" w14:textId="77777777" w:rsidR="00AD35FD" w:rsidRPr="002C68B5" w:rsidRDefault="00AD35FD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AD35FD" w:rsidRPr="002C68B5" w14:paraId="4DA3EAB4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122918AA" w14:textId="77777777" w:rsidR="00AD35FD" w:rsidRPr="002C68B5" w:rsidRDefault="00000000">
            <w:pPr>
              <w:keepNext/>
              <w:rPr>
                <w:lang w:val="ro-RO"/>
              </w:rPr>
            </w:pPr>
            <w:r w:rsidRPr="002C68B5">
              <w:rPr>
                <w:b/>
                <w:sz w:val="16"/>
                <w:lang w:val="ro-RO"/>
              </w:rPr>
              <w:t xml:space="preserve"> 6. </w:t>
            </w:r>
            <w:r w:rsidRPr="002C68B5">
              <w:rPr>
                <w:b/>
                <w:color w:val="000000"/>
                <w:sz w:val="18"/>
                <w:lang w:val="ro-RO"/>
              </w:rPr>
              <w:t>DATA ȘI SEMNĂTURA</w:t>
            </w:r>
          </w:p>
        </w:tc>
      </w:tr>
      <w:tr w:rsidR="00AD35FD" w:rsidRPr="002C68B5" w14:paraId="70E41EEA" w14:textId="77777777">
        <w:trPr>
          <w:cantSplit/>
          <w:trHeight w:val="510"/>
        </w:trPr>
        <w:tc>
          <w:tcPr>
            <w:tcW w:w="1606" w:type="dxa"/>
          </w:tcPr>
          <w:p w14:paraId="246FD708" w14:textId="77777777" w:rsidR="00AD35FD" w:rsidRPr="002C68B5" w:rsidRDefault="00000000">
            <w:pPr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Data</w:t>
            </w:r>
          </w:p>
          <w:p w14:paraId="71990700" w14:textId="77777777" w:rsidR="00AD35FD" w:rsidRPr="002C68B5" w:rsidRDefault="00AD35FD">
            <w:pPr>
              <w:rPr>
                <w:lang w:val="ro-RO"/>
              </w:rPr>
            </w:pPr>
          </w:p>
        </w:tc>
        <w:tc>
          <w:tcPr>
            <w:tcW w:w="4818" w:type="dxa"/>
          </w:tcPr>
          <w:p w14:paraId="16AE7494" w14:textId="77777777" w:rsidR="00AD35FD" w:rsidRPr="002C68B5" w:rsidRDefault="00000000">
            <w:pPr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Titularul autorizației</w:t>
            </w:r>
          </w:p>
          <w:p w14:paraId="3DBB02B2" w14:textId="77777777" w:rsidR="00AD35FD" w:rsidRPr="002C68B5" w:rsidRDefault="00AD35FD">
            <w:pPr>
              <w:rPr>
                <w:lang w:val="ro-RO"/>
              </w:rPr>
            </w:pPr>
          </w:p>
        </w:tc>
        <w:tc>
          <w:tcPr>
            <w:tcW w:w="3212" w:type="dxa"/>
          </w:tcPr>
          <w:p w14:paraId="4A633198" w14:textId="77777777" w:rsidR="00AD35FD" w:rsidRPr="002C68B5" w:rsidRDefault="00000000">
            <w:pPr>
              <w:rPr>
                <w:lang w:val="ro-RO"/>
              </w:rPr>
            </w:pPr>
            <w:r w:rsidRPr="002C68B5">
              <w:rPr>
                <w:b/>
                <w:color w:val="0D5F78"/>
                <w:lang w:val="ro-RO"/>
              </w:rPr>
              <w:t>Semnătura</w:t>
            </w:r>
          </w:p>
          <w:p w14:paraId="5A726045" w14:textId="77777777" w:rsidR="00AD35FD" w:rsidRPr="002C68B5" w:rsidRDefault="00AD35FD">
            <w:pPr>
              <w:rPr>
                <w:lang w:val="ro-RO"/>
              </w:rPr>
            </w:pPr>
          </w:p>
        </w:tc>
      </w:tr>
    </w:tbl>
    <w:p w14:paraId="7A82EDC4" w14:textId="77777777" w:rsidR="00AD35FD" w:rsidRPr="002C68B5" w:rsidRDefault="00AD35FD">
      <w:pPr>
        <w:spacing w:line="168" w:lineRule="auto"/>
        <w:rPr>
          <w:lang w:val="ro-RO"/>
        </w:rPr>
      </w:pPr>
    </w:p>
    <w:sectPr w:rsidR="00AD35FD" w:rsidRPr="002C68B5" w:rsidSect="00034616">
      <w:footerReference w:type="default" r:id="rId10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42DA6" w14:textId="77777777" w:rsidR="00B24A2D" w:rsidRDefault="00B24A2D">
      <w:r>
        <w:separator/>
      </w:r>
    </w:p>
  </w:endnote>
  <w:endnote w:type="continuationSeparator" w:id="0">
    <w:p w14:paraId="3EDD652A" w14:textId="77777777" w:rsidR="00B24A2D" w:rsidRDefault="00B24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F1F6F" w14:textId="7C30F0FC" w:rsidR="00AD35FD" w:rsidRDefault="00000000">
    <w:pPr>
      <w:pStyle w:val="Footer"/>
      <w:tabs>
        <w:tab w:val="right" w:pos="9639"/>
      </w:tabs>
    </w:pPr>
    <w:r>
      <w:rPr>
        <w:color w:val="595959"/>
      </w:rPr>
      <w:t>F_A_</w:t>
    </w:r>
    <w:r w:rsidR="005E6036">
      <w:rPr>
        <w:color w:val="595959"/>
      </w:rPr>
      <w:t>10</w:t>
    </w:r>
    <w:r>
      <w:rPr>
        <w:color w:val="595959"/>
      </w:rPr>
      <w:t xml:space="preserve">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7050CD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7050CD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C8015" w14:textId="77777777" w:rsidR="00B24A2D" w:rsidRDefault="00B24A2D">
      <w:r>
        <w:separator/>
      </w:r>
    </w:p>
  </w:footnote>
  <w:footnote w:type="continuationSeparator" w:id="0">
    <w:p w14:paraId="052138DD" w14:textId="77777777" w:rsidR="00B24A2D" w:rsidRDefault="00B24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3549725">
    <w:abstractNumId w:val="8"/>
  </w:num>
  <w:num w:numId="2" w16cid:durableId="1043405023">
    <w:abstractNumId w:val="6"/>
  </w:num>
  <w:num w:numId="3" w16cid:durableId="2058121501">
    <w:abstractNumId w:val="5"/>
  </w:num>
  <w:num w:numId="4" w16cid:durableId="822626475">
    <w:abstractNumId w:val="4"/>
  </w:num>
  <w:num w:numId="5" w16cid:durableId="729963553">
    <w:abstractNumId w:val="7"/>
  </w:num>
  <w:num w:numId="6" w16cid:durableId="1701200132">
    <w:abstractNumId w:val="3"/>
  </w:num>
  <w:num w:numId="7" w16cid:durableId="1146553551">
    <w:abstractNumId w:val="2"/>
  </w:num>
  <w:num w:numId="8" w16cid:durableId="224266935">
    <w:abstractNumId w:val="1"/>
  </w:num>
  <w:num w:numId="9" w16cid:durableId="1878928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B24"/>
    <w:rsid w:val="00034616"/>
    <w:rsid w:val="0006063C"/>
    <w:rsid w:val="0015074B"/>
    <w:rsid w:val="001D6E6F"/>
    <w:rsid w:val="001F38A3"/>
    <w:rsid w:val="0029639D"/>
    <w:rsid w:val="002C68B5"/>
    <w:rsid w:val="00326F90"/>
    <w:rsid w:val="005C4A0D"/>
    <w:rsid w:val="005E6036"/>
    <w:rsid w:val="006C103E"/>
    <w:rsid w:val="007050CD"/>
    <w:rsid w:val="00833BD3"/>
    <w:rsid w:val="008E3393"/>
    <w:rsid w:val="00AA1D8D"/>
    <w:rsid w:val="00AD35FD"/>
    <w:rsid w:val="00B24A2D"/>
    <w:rsid w:val="00B47730"/>
    <w:rsid w:val="00B769B5"/>
    <w:rsid w:val="00CB0664"/>
    <w:rsid w:val="00DD514C"/>
    <w:rsid w:val="00E61A6B"/>
    <w:rsid w:val="00FC693F"/>
    <w:rsid w:val="00FD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E384F2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1F38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ontact@primariaturd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arhitecti pmt</cp:lastModifiedBy>
  <cp:revision>2</cp:revision>
  <dcterms:created xsi:type="dcterms:W3CDTF">2026-09-02T04:37:00Z</dcterms:created>
  <dcterms:modified xsi:type="dcterms:W3CDTF">2026-09-02T04:37:00Z</dcterms:modified>
  <cp:category/>
</cp:coreProperties>
</file>