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6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A11ECC" w:rsidRPr="00B41682" w14:paraId="29022712" w14:textId="77777777" w:rsidTr="00781DFE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F64A74C" w14:textId="77777777" w:rsidR="00A11ECC" w:rsidRPr="00B41682" w:rsidRDefault="00000000">
            <w:pPr>
              <w:keepNext/>
              <w:jc w:val="center"/>
              <w:rPr>
                <w:lang w:val="ro-RO"/>
              </w:rPr>
            </w:pPr>
            <w:r w:rsidRPr="00B41682">
              <w:rPr>
                <w:i/>
                <w:color w:val="595959"/>
                <w:lang w:val="ro-RO"/>
              </w:rPr>
              <w:t>siglă / stemă</w:t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7372DF9B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Județul</w:t>
            </w:r>
          </w:p>
          <w:p w14:paraId="18F924B6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</w:tr>
      <w:tr w:rsidR="00781DFE" w:rsidRPr="00B41682" w14:paraId="7B17993F" w14:textId="77777777" w:rsidTr="00781DFE">
        <w:trPr>
          <w:cantSplit/>
          <w:trHeight w:val="510"/>
        </w:trPr>
        <w:tc>
          <w:tcPr>
            <w:tcW w:w="1606" w:type="dxa"/>
            <w:vMerge/>
          </w:tcPr>
          <w:p w14:paraId="52A1A5EB" w14:textId="77777777" w:rsidR="00781DFE" w:rsidRPr="00B41682" w:rsidRDefault="00781DFE" w:rsidP="00781DFE">
            <w:pPr>
              <w:rPr>
                <w:lang w:val="ro-RO"/>
              </w:rPr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11DB024B" w14:textId="77777777" w:rsidR="00781DFE" w:rsidRPr="00B41682" w:rsidRDefault="00781DFE" w:rsidP="00781DFE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Inspectoratul de Stat în Construcții – Inspectoratul Teritorial în Construcții</w:t>
            </w:r>
          </w:p>
          <w:p w14:paraId="7378C482" w14:textId="77777777" w:rsidR="00781DFE" w:rsidRPr="00B41682" w:rsidRDefault="00781DFE" w:rsidP="00781DFE">
            <w:pPr>
              <w:keepNext/>
              <w:rPr>
                <w:lang w:val="ro-RO"/>
              </w:rPr>
            </w:pPr>
          </w:p>
        </w:tc>
      </w:tr>
      <w:tr w:rsidR="00781DFE" w:rsidRPr="00B41682" w14:paraId="16F835A9" w14:textId="77777777" w:rsidTr="00781DFE">
        <w:trPr>
          <w:cantSplit/>
          <w:trHeight w:val="510"/>
        </w:trPr>
        <w:tc>
          <w:tcPr>
            <w:tcW w:w="1606" w:type="dxa"/>
            <w:vMerge/>
          </w:tcPr>
          <w:p w14:paraId="535F06FD" w14:textId="77777777" w:rsidR="00781DFE" w:rsidRPr="00B41682" w:rsidRDefault="00781DFE" w:rsidP="00781DFE">
            <w:pPr>
              <w:rPr>
                <w:lang w:val="ro-RO"/>
              </w:rPr>
            </w:pPr>
          </w:p>
        </w:tc>
        <w:tc>
          <w:tcPr>
            <w:tcW w:w="2409" w:type="dxa"/>
            <w:shd w:val="clear" w:color="auto" w:fill="F0F0F0"/>
          </w:tcPr>
          <w:p w14:paraId="7F9BF08C" w14:textId="77777777" w:rsidR="00781DFE" w:rsidRPr="00B41682" w:rsidRDefault="00781DFE" w:rsidP="00781DFE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Cod de identificare fiscală (CIF)</w:t>
            </w:r>
          </w:p>
          <w:p w14:paraId="1C68267E" w14:textId="77777777" w:rsidR="00781DFE" w:rsidRPr="00B41682" w:rsidRDefault="00781DFE" w:rsidP="00781DFE">
            <w:pPr>
              <w:keepNext/>
              <w:rPr>
                <w:lang w:val="ro-RO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62997E85" w14:textId="77777777" w:rsidR="00781DFE" w:rsidRPr="00B41682" w:rsidRDefault="00781DFE" w:rsidP="00781DFE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Adresa oficială</w:t>
            </w:r>
          </w:p>
          <w:p w14:paraId="3597B0D9" w14:textId="77777777" w:rsidR="00781DFE" w:rsidRPr="00B41682" w:rsidRDefault="00781DFE" w:rsidP="00781DFE">
            <w:pPr>
              <w:keepNext/>
              <w:rPr>
                <w:lang w:val="ro-RO"/>
              </w:rPr>
            </w:pPr>
            <w:r w:rsidRPr="00B41682">
              <w:rPr>
                <w:i/>
                <w:color w:val="7A7A7A"/>
                <w:lang w:val="ro-RO"/>
              </w:rPr>
              <w:t>sediul · telefon · e-mail</w:t>
            </w:r>
          </w:p>
          <w:p w14:paraId="17684A54" w14:textId="77777777" w:rsidR="00781DFE" w:rsidRPr="00B41682" w:rsidRDefault="00781DFE" w:rsidP="00781DFE">
            <w:pPr>
              <w:keepNext/>
              <w:rPr>
                <w:lang w:val="ro-RO"/>
              </w:rPr>
            </w:pPr>
          </w:p>
        </w:tc>
      </w:tr>
      <w:tr w:rsidR="00781DFE" w:rsidRPr="00B41682" w14:paraId="4481D1BD" w14:textId="77777777" w:rsidTr="00781DFE">
        <w:trPr>
          <w:cantSplit/>
          <w:trHeight w:val="510"/>
        </w:trPr>
        <w:tc>
          <w:tcPr>
            <w:tcW w:w="1606" w:type="dxa"/>
            <w:vMerge/>
          </w:tcPr>
          <w:p w14:paraId="4B2F5043" w14:textId="77777777" w:rsidR="00781DFE" w:rsidRPr="00B41682" w:rsidRDefault="00781DFE" w:rsidP="00781DFE">
            <w:pPr>
              <w:rPr>
                <w:lang w:val="ro-RO"/>
              </w:rPr>
            </w:pPr>
          </w:p>
        </w:tc>
        <w:tc>
          <w:tcPr>
            <w:tcW w:w="4818" w:type="dxa"/>
            <w:gridSpan w:val="2"/>
            <w:shd w:val="clear" w:color="auto" w:fill="F0F0F0"/>
          </w:tcPr>
          <w:p w14:paraId="7126F932" w14:textId="77777777" w:rsidR="00781DFE" w:rsidRPr="00B41682" w:rsidRDefault="00781DFE" w:rsidP="00781DFE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Număr de înregistrare</w:t>
            </w:r>
          </w:p>
          <w:p w14:paraId="7F32F1B7" w14:textId="77777777" w:rsidR="00781DFE" w:rsidRPr="00B41682" w:rsidRDefault="00781DFE" w:rsidP="00781DFE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shd w:val="clear" w:color="auto" w:fill="F0F0F0"/>
          </w:tcPr>
          <w:p w14:paraId="606FF1BD" w14:textId="77777777" w:rsidR="00781DFE" w:rsidRPr="00B41682" w:rsidRDefault="00781DFE" w:rsidP="00781DFE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Data</w:t>
            </w:r>
          </w:p>
          <w:p w14:paraId="4199CE08" w14:textId="77777777" w:rsidR="00781DFE" w:rsidRPr="00B41682" w:rsidRDefault="00781DFE" w:rsidP="00781DFE">
            <w:pPr>
              <w:keepNext/>
              <w:rPr>
                <w:lang w:val="ro-RO"/>
              </w:rPr>
            </w:pPr>
          </w:p>
        </w:tc>
      </w:tr>
      <w:tr w:rsidR="00781DFE" w:rsidRPr="00B41682" w14:paraId="2347B2A9" w14:textId="77777777" w:rsidTr="00781DFE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4358086A" w14:textId="77777777" w:rsidR="00781DFE" w:rsidRPr="00B41682" w:rsidRDefault="00781DFE" w:rsidP="00781DFE">
            <w:pPr>
              <w:rPr>
                <w:lang w:val="ro-RO"/>
              </w:rPr>
            </w:pPr>
            <w:r w:rsidRPr="00B41682">
              <w:rPr>
                <w:i/>
                <w:color w:val="595959"/>
                <w:lang w:val="ro-RO"/>
              </w:rPr>
              <w:t xml:space="preserve"> se completează de autoritate — solicitantul nu scrie în această zonă</w:t>
            </w:r>
          </w:p>
        </w:tc>
      </w:tr>
    </w:tbl>
    <w:p w14:paraId="109DC34E" w14:textId="77777777" w:rsidR="00A11ECC" w:rsidRPr="00B41682" w:rsidRDefault="00A11ECC">
      <w:pPr>
        <w:spacing w:line="168" w:lineRule="auto"/>
        <w:rPr>
          <w:lang w:val="ro-RO"/>
        </w:rPr>
      </w:pPr>
    </w:p>
    <w:p w14:paraId="0F5A4CDF" w14:textId="77777777" w:rsidR="00A11ECC" w:rsidRPr="00B41682" w:rsidRDefault="00000000">
      <w:pPr>
        <w:spacing w:before="140" w:after="40"/>
        <w:jc w:val="center"/>
        <w:rPr>
          <w:sz w:val="28"/>
          <w:szCs w:val="28"/>
          <w:lang w:val="ro-RO"/>
        </w:rPr>
      </w:pPr>
      <w:r w:rsidRPr="00B41682">
        <w:rPr>
          <w:b/>
          <w:sz w:val="28"/>
          <w:szCs w:val="28"/>
          <w:lang w:val="ro-RO"/>
        </w:rPr>
        <w:t>ÎNȘTIINȚARE</w:t>
      </w:r>
    </w:p>
    <w:p w14:paraId="1643D012" w14:textId="77777777" w:rsidR="00A11ECC" w:rsidRPr="00B41682" w:rsidRDefault="00000000">
      <w:pPr>
        <w:spacing w:after="120"/>
        <w:jc w:val="center"/>
        <w:rPr>
          <w:lang w:val="ro-RO"/>
        </w:rPr>
      </w:pPr>
      <w:r w:rsidRPr="00B41682">
        <w:rPr>
          <w:sz w:val="19"/>
          <w:lang w:val="ro-RO"/>
        </w:rPr>
        <w:t>privind începerea execuției lucrărilor</w:t>
      </w:r>
    </w:p>
    <w:p w14:paraId="4291F9D6" w14:textId="77777777" w:rsidR="00A11ECC" w:rsidRPr="00B41682" w:rsidRDefault="00A11ECC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:rsidRPr="00B41682" w14:paraId="7612C26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2A6287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sz w:val="16"/>
                <w:lang w:val="ro-RO"/>
              </w:rPr>
              <w:t xml:space="preserve"> 1. </w:t>
            </w:r>
            <w:r w:rsidRPr="00B41682">
              <w:rPr>
                <w:b/>
                <w:color w:val="000000"/>
                <w:sz w:val="18"/>
                <w:lang w:val="ro-RO"/>
              </w:rPr>
              <w:t>CĂTRE</w:t>
            </w:r>
          </w:p>
        </w:tc>
      </w:tr>
      <w:tr w:rsidR="00A11ECC" w:rsidRPr="00B41682" w14:paraId="37740068" w14:textId="77777777">
        <w:trPr>
          <w:cantSplit/>
          <w:trHeight w:val="510"/>
        </w:trPr>
        <w:tc>
          <w:tcPr>
            <w:tcW w:w="9636" w:type="dxa"/>
          </w:tcPr>
          <w:p w14:paraId="2804ABDC" w14:textId="343AD70D" w:rsidR="00A11ECC" w:rsidRPr="00B41682" w:rsidRDefault="00A11ECC">
            <w:pPr>
              <w:keepNext/>
              <w:rPr>
                <w:lang w:val="ro-RO"/>
              </w:rPr>
            </w:pPr>
          </w:p>
          <w:p w14:paraId="5641DACE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</w:tr>
      <w:tr w:rsidR="00A11ECC" w:rsidRPr="00B41682" w14:paraId="57F07BFF" w14:textId="77777777">
        <w:trPr>
          <w:cantSplit/>
        </w:trPr>
        <w:tc>
          <w:tcPr>
            <w:tcW w:w="9636" w:type="dxa"/>
            <w:shd w:val="clear" w:color="auto" w:fill="F4F4F4"/>
          </w:tcPr>
          <w:p w14:paraId="78405B03" w14:textId="11AB6E27" w:rsidR="00A11ECC" w:rsidRPr="00B41682" w:rsidRDefault="00781DFE">
            <w:pPr>
              <w:spacing w:line="228" w:lineRule="auto"/>
              <w:rPr>
                <w:lang w:val="ro-RO"/>
              </w:rPr>
            </w:pPr>
            <w:r w:rsidRPr="00B41682">
              <w:rPr>
                <w:lang w:val="ro-RO"/>
              </w:rPr>
              <w:t>Cererea va fi adresată către conducerea Inspectoratului Teritorial în Construcții</w:t>
            </w:r>
          </w:p>
        </w:tc>
      </w:tr>
    </w:tbl>
    <w:p w14:paraId="3FD1D3DB" w14:textId="77777777" w:rsidR="00A11ECC" w:rsidRPr="00B41682" w:rsidRDefault="00A11ECC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11ECC" w:rsidRPr="00B41682" w14:paraId="34B777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FB959D0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sz w:val="16"/>
                <w:lang w:val="ro-RO"/>
              </w:rPr>
              <w:t xml:space="preserve"> 2. </w:t>
            </w:r>
            <w:r w:rsidRPr="00B41682">
              <w:rPr>
                <w:b/>
                <w:color w:val="000000"/>
                <w:sz w:val="18"/>
                <w:lang w:val="ro-RO"/>
              </w:rPr>
              <w:t>SOLICITANTUL</w:t>
            </w:r>
          </w:p>
        </w:tc>
      </w:tr>
      <w:tr w:rsidR="00A11ECC" w:rsidRPr="00B41682" w14:paraId="5E841B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D808035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Nume și prenume</w:t>
            </w:r>
          </w:p>
          <w:p w14:paraId="45C36B89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75015164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CNP</w:t>
            </w:r>
          </w:p>
          <w:p w14:paraId="4E9C5560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</w:tr>
      <w:tr w:rsidR="00A11ECC" w:rsidRPr="00B41682" w14:paraId="5222187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D0D4BD0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sz w:val="16"/>
                <w:lang w:val="ro-RO"/>
              </w:rPr>
              <w:t xml:space="preserve"> Act de identitate</w:t>
            </w:r>
          </w:p>
        </w:tc>
      </w:tr>
      <w:tr w:rsidR="00A11ECC" w:rsidRPr="00B41682" w14:paraId="7E1FD110" w14:textId="77777777">
        <w:trPr>
          <w:cantSplit/>
          <w:trHeight w:val="510"/>
        </w:trPr>
        <w:tc>
          <w:tcPr>
            <w:tcW w:w="1606" w:type="dxa"/>
          </w:tcPr>
          <w:p w14:paraId="011280E1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Seria</w:t>
            </w:r>
          </w:p>
          <w:p w14:paraId="3DE6E8D1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5E7E72CA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Numărul</w:t>
            </w:r>
          </w:p>
          <w:p w14:paraId="3406A505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5"/>
          </w:tcPr>
          <w:p w14:paraId="7DF59165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Eliberat de</w:t>
            </w:r>
          </w:p>
          <w:p w14:paraId="50D7D510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0315ACF2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La data</w:t>
            </w:r>
          </w:p>
          <w:p w14:paraId="71986321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</w:tr>
      <w:tr w:rsidR="00A11ECC" w:rsidRPr="00B41682" w14:paraId="2B7C18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5A44F1F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sz w:val="16"/>
                <w:lang w:val="ro-RO"/>
              </w:rPr>
              <w:t xml:space="preserve"> Domiciliul</w:t>
            </w:r>
          </w:p>
        </w:tc>
      </w:tr>
      <w:tr w:rsidR="00A11ECC" w:rsidRPr="00B41682" w14:paraId="7103597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2D50C92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Județul</w:t>
            </w:r>
          </w:p>
          <w:p w14:paraId="52501A06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4"/>
          </w:tcPr>
          <w:p w14:paraId="660341FA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Municipiul / orașul / comuna</w:t>
            </w:r>
          </w:p>
          <w:p w14:paraId="2606FFF2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75959E82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Satul / sectorul</w:t>
            </w:r>
          </w:p>
          <w:p w14:paraId="07EED8E4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</w:tr>
      <w:tr w:rsidR="00A11ECC" w:rsidRPr="00B41682" w14:paraId="7BDBDAA6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88B7A94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Strada</w:t>
            </w:r>
          </w:p>
          <w:p w14:paraId="09EA4587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7B7A03A3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Nr.</w:t>
            </w:r>
          </w:p>
          <w:p w14:paraId="12EA7BE1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489F1D5C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Sc.</w:t>
            </w:r>
          </w:p>
          <w:p w14:paraId="1B363C39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0AB11C78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Et.</w:t>
            </w:r>
          </w:p>
          <w:p w14:paraId="479DDF31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0E882C1A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Ap.</w:t>
            </w:r>
          </w:p>
          <w:p w14:paraId="191097FF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2CA3CE1B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Cod poștal</w:t>
            </w:r>
          </w:p>
          <w:p w14:paraId="2326ABB1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1606" w:type="dxa"/>
          </w:tcPr>
          <w:p w14:paraId="1D955C86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Țara</w:t>
            </w:r>
          </w:p>
          <w:p w14:paraId="060B5581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</w:tr>
      <w:tr w:rsidR="00A11ECC" w:rsidRPr="00B41682" w14:paraId="4DC3EAC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6019A0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sz w:val="16"/>
                <w:lang w:val="ro-RO"/>
              </w:rPr>
              <w:t xml:space="preserve"> Date de contact</w:t>
            </w:r>
          </w:p>
        </w:tc>
      </w:tr>
      <w:tr w:rsidR="00A11ECC" w:rsidRPr="00B41682" w14:paraId="018EC0C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121A4C" w14:textId="77777777" w:rsidR="00A11ECC" w:rsidRPr="00B41682" w:rsidRDefault="00000000">
            <w:pPr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Telefon / fax</w:t>
            </w:r>
          </w:p>
          <w:p w14:paraId="0187BF30" w14:textId="77777777" w:rsidR="00A11ECC" w:rsidRPr="00B41682" w:rsidRDefault="00A11ECC">
            <w:pPr>
              <w:rPr>
                <w:lang w:val="ro-RO"/>
              </w:rPr>
            </w:pPr>
          </w:p>
        </w:tc>
        <w:tc>
          <w:tcPr>
            <w:tcW w:w="5621" w:type="dxa"/>
            <w:gridSpan w:val="5"/>
          </w:tcPr>
          <w:p w14:paraId="4FBE455D" w14:textId="77777777" w:rsidR="00A11ECC" w:rsidRPr="00B41682" w:rsidRDefault="00000000">
            <w:pPr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E-mail</w:t>
            </w:r>
          </w:p>
          <w:p w14:paraId="5177F214" w14:textId="77777777" w:rsidR="00A11ECC" w:rsidRPr="00B41682" w:rsidRDefault="00A11ECC">
            <w:pPr>
              <w:rPr>
                <w:lang w:val="ro-RO"/>
              </w:rPr>
            </w:pPr>
          </w:p>
        </w:tc>
      </w:tr>
    </w:tbl>
    <w:p w14:paraId="5C86987D" w14:textId="77777777" w:rsidR="00A11ECC" w:rsidRPr="00B41682" w:rsidRDefault="00A11ECC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11ECC" w:rsidRPr="00B41682" w14:paraId="1367784F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294D977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sz w:val="16"/>
                <w:lang w:val="ro-RO"/>
              </w:rPr>
              <w:t xml:space="preserve"> 3. </w:t>
            </w:r>
            <w:r w:rsidRPr="00B41682">
              <w:rPr>
                <w:b/>
                <w:color w:val="000000"/>
                <w:sz w:val="18"/>
                <w:lang w:val="ro-RO"/>
              </w:rPr>
              <w:t>TITULAR AL AUTORIZAȚIEI DE CONSTRUIRE / DESFIINȚARE</w:t>
            </w:r>
          </w:p>
        </w:tc>
      </w:tr>
      <w:tr w:rsidR="00A11ECC" w:rsidRPr="00B41682" w14:paraId="459283F5" w14:textId="77777777">
        <w:trPr>
          <w:cantSplit/>
          <w:trHeight w:val="510"/>
        </w:trPr>
        <w:tc>
          <w:tcPr>
            <w:tcW w:w="1606" w:type="dxa"/>
          </w:tcPr>
          <w:p w14:paraId="037F2C85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Nr.</w:t>
            </w:r>
          </w:p>
          <w:p w14:paraId="40DB982C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4369B01E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Din data</w:t>
            </w:r>
          </w:p>
          <w:p w14:paraId="48964A76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5621" w:type="dxa"/>
          </w:tcPr>
          <w:p w14:paraId="48B3695B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Emisă de</w:t>
            </w:r>
          </w:p>
          <w:p w14:paraId="25DDB5C1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</w:tr>
      <w:tr w:rsidR="00A11ECC" w:rsidRPr="00B41682" w14:paraId="5C8E1AD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DD157D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sz w:val="16"/>
                <w:lang w:val="ro-RO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11ECC" w:rsidRPr="00B41682" w14:paraId="3EFBA0A3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2A7F641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Denumirea lucrării, capacitatea și categoria de lucrări din autorizație</w:t>
            </w:r>
          </w:p>
          <w:p w14:paraId="11F220EB" w14:textId="77777777" w:rsidR="00781DFE" w:rsidRPr="00B41682" w:rsidRDefault="00781DFE" w:rsidP="00781DFE">
            <w:pPr>
              <w:keepNext/>
              <w:rPr>
                <w:i/>
                <w:color w:val="7A7A7A"/>
                <w:lang w:val="ro-RO"/>
              </w:rPr>
            </w:pPr>
            <w:r w:rsidRPr="00B41682">
              <w:rPr>
                <w:i/>
                <w:color w:val="7A7A7A"/>
                <w:lang w:val="ro-RO"/>
              </w:rPr>
              <w:t>Se notează titlul din autorizația de construire</w:t>
            </w:r>
          </w:p>
          <w:p w14:paraId="109F0125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</w:tr>
      <w:tr w:rsidR="00A11ECC" w:rsidRPr="00B41682" w14:paraId="795F9BF6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64E6FE5" w14:textId="77777777" w:rsidR="00A11ECC" w:rsidRPr="00B41682" w:rsidRDefault="00000000">
            <w:pPr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în valoare de (lei)</w:t>
            </w:r>
          </w:p>
          <w:p w14:paraId="1A278680" w14:textId="7EB2A9EB" w:rsidR="00A11ECC" w:rsidRPr="00B41682" w:rsidRDefault="00781DFE">
            <w:pPr>
              <w:rPr>
                <w:lang w:val="ro-RO"/>
              </w:rPr>
            </w:pPr>
            <w:r w:rsidRPr="00B41682">
              <w:rPr>
                <w:i/>
                <w:color w:val="7A7A7A"/>
                <w:lang w:val="ro-RO"/>
              </w:rPr>
              <w:t>Valoarea trecută în autorizația de construire/desființare pentru care se anunță încheierea lucrărilor</w:t>
            </w:r>
          </w:p>
        </w:tc>
      </w:tr>
    </w:tbl>
    <w:p w14:paraId="63EF26CC" w14:textId="77777777" w:rsidR="00A11ECC" w:rsidRPr="00B41682" w:rsidRDefault="00A11ECC">
      <w:pPr>
        <w:spacing w:line="168" w:lineRule="auto"/>
        <w:rPr>
          <w:lang w:val="ro-RO"/>
        </w:rPr>
      </w:pPr>
    </w:p>
    <w:p w14:paraId="504C3BAB" w14:textId="7646A303" w:rsidR="00A11ECC" w:rsidRPr="00B41682" w:rsidRDefault="00E6757A" w:rsidP="00E6757A">
      <w:pPr>
        <w:tabs>
          <w:tab w:val="center" w:pos="4819"/>
          <w:tab w:val="left" w:pos="7608"/>
        </w:tabs>
        <w:spacing w:before="140" w:after="40"/>
        <w:rPr>
          <w:lang w:val="ro-RO"/>
        </w:rPr>
      </w:pPr>
      <w:r w:rsidRPr="00B41682">
        <w:rPr>
          <w:b/>
          <w:sz w:val="34"/>
          <w:lang w:val="ro-RO"/>
        </w:rPr>
        <w:tab/>
        <w:t>ADUC LA CUNOȘTINȚĂ</w:t>
      </w:r>
      <w:r w:rsidRPr="00B41682">
        <w:rPr>
          <w:b/>
          <w:sz w:val="34"/>
          <w:lang w:val="ro-RO"/>
        </w:rPr>
        <w:tab/>
      </w:r>
    </w:p>
    <w:p w14:paraId="1799DE9F" w14:textId="77777777" w:rsidR="00A11ECC" w:rsidRPr="00B41682" w:rsidRDefault="00A11ECC">
      <w:pPr>
        <w:spacing w:after="60"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11ECC" w:rsidRPr="00B41682" w14:paraId="47D7F709" w14:textId="77777777">
        <w:trPr>
          <w:cantSplit/>
          <w:trHeight w:val="510"/>
        </w:trPr>
        <w:tc>
          <w:tcPr>
            <w:tcW w:w="2409" w:type="dxa"/>
          </w:tcPr>
          <w:p w14:paraId="04FE48E4" w14:textId="77777777" w:rsidR="00A11ECC" w:rsidRPr="00B41682" w:rsidRDefault="00000000">
            <w:pPr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Că la data de</w:t>
            </w:r>
          </w:p>
          <w:p w14:paraId="2A3EFF1D" w14:textId="77777777" w:rsidR="00A11ECC" w:rsidRPr="00B41682" w:rsidRDefault="00A11ECC">
            <w:pPr>
              <w:rPr>
                <w:lang w:val="ro-RO"/>
              </w:rPr>
            </w:pPr>
          </w:p>
        </w:tc>
        <w:tc>
          <w:tcPr>
            <w:tcW w:w="1606" w:type="dxa"/>
          </w:tcPr>
          <w:p w14:paraId="4DCDBC6C" w14:textId="77777777" w:rsidR="00A11ECC" w:rsidRPr="00B41682" w:rsidRDefault="00000000">
            <w:pPr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ora</w:t>
            </w:r>
          </w:p>
          <w:p w14:paraId="68C2609C" w14:textId="77777777" w:rsidR="00A11ECC" w:rsidRPr="00B41682" w:rsidRDefault="00A11ECC">
            <w:pPr>
              <w:rPr>
                <w:lang w:val="ro-RO"/>
              </w:rPr>
            </w:pPr>
          </w:p>
        </w:tc>
        <w:tc>
          <w:tcPr>
            <w:tcW w:w="5621" w:type="dxa"/>
          </w:tcPr>
          <w:p w14:paraId="040137A9" w14:textId="77777777" w:rsidR="00A11ECC" w:rsidRPr="00B41682" w:rsidRDefault="00000000">
            <w:pPr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vor începe lucrările de construcții autorizate</w:t>
            </w:r>
          </w:p>
          <w:p w14:paraId="3DC112F4" w14:textId="77777777" w:rsidR="00A11ECC" w:rsidRPr="00B41682" w:rsidRDefault="00000000">
            <w:pPr>
              <w:rPr>
                <w:lang w:val="ro-RO"/>
              </w:rPr>
            </w:pPr>
            <w:r w:rsidRPr="00B41682">
              <w:rPr>
                <w:i/>
                <w:color w:val="7A7A7A"/>
                <w:lang w:val="ro-RO"/>
              </w:rPr>
              <w:t>pentru imobilul de mai jos</w:t>
            </w:r>
          </w:p>
          <w:p w14:paraId="3300FC33" w14:textId="77777777" w:rsidR="00A11ECC" w:rsidRPr="00B41682" w:rsidRDefault="00A11ECC">
            <w:pPr>
              <w:rPr>
                <w:lang w:val="ro-RO"/>
              </w:rPr>
            </w:pPr>
          </w:p>
        </w:tc>
      </w:tr>
    </w:tbl>
    <w:p w14:paraId="432CEB30" w14:textId="77777777" w:rsidR="00A11ECC" w:rsidRPr="00B41682" w:rsidRDefault="00A11ECC">
      <w:pPr>
        <w:spacing w:line="168" w:lineRule="auto"/>
        <w:rPr>
          <w:lang w:val="ro-RO"/>
        </w:rPr>
      </w:pPr>
    </w:p>
    <w:tbl>
      <w:tblPr>
        <w:tblStyle w:val="TableGrid"/>
        <w:tblW w:w="9636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11ECC" w:rsidRPr="00B41682" w14:paraId="26100B20" w14:textId="77777777" w:rsidTr="00B5567D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2D475EE4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sz w:val="16"/>
                <w:lang w:val="ro-RO"/>
              </w:rPr>
              <w:t xml:space="preserve"> 4. </w:t>
            </w:r>
            <w:r w:rsidRPr="00B41682">
              <w:rPr>
                <w:b/>
                <w:color w:val="000000"/>
                <w:sz w:val="18"/>
                <w:lang w:val="ro-RO"/>
              </w:rPr>
              <w:t>IMOBILUL</w:t>
            </w:r>
          </w:p>
        </w:tc>
      </w:tr>
      <w:tr w:rsidR="00A11ECC" w:rsidRPr="00B41682" w14:paraId="7ACF282A" w14:textId="77777777" w:rsidTr="00B5567D">
        <w:trPr>
          <w:cantSplit/>
        </w:trPr>
        <w:tc>
          <w:tcPr>
            <w:tcW w:w="9636" w:type="dxa"/>
            <w:gridSpan w:val="6"/>
          </w:tcPr>
          <w:p w14:paraId="50878A3D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sz w:val="16"/>
                <w:lang w:val="ro-RO"/>
              </w:rPr>
              <w:t xml:space="preserve"> ☐ teren     ☐ construcții</w:t>
            </w:r>
          </w:p>
        </w:tc>
      </w:tr>
      <w:tr w:rsidR="00A11ECC" w:rsidRPr="00B41682" w14:paraId="049C9151" w14:textId="77777777" w:rsidTr="00B5567D">
        <w:trPr>
          <w:cantSplit/>
          <w:trHeight w:val="510"/>
        </w:trPr>
        <w:tc>
          <w:tcPr>
            <w:tcW w:w="3212" w:type="dxa"/>
            <w:gridSpan w:val="2"/>
          </w:tcPr>
          <w:p w14:paraId="7844C392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Județ</w:t>
            </w:r>
          </w:p>
          <w:p w14:paraId="010FC309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54B9E1A5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Municipiu / oraș / comună</w:t>
            </w:r>
          </w:p>
          <w:p w14:paraId="7A126BAD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3212" w:type="dxa"/>
            <w:gridSpan w:val="2"/>
          </w:tcPr>
          <w:p w14:paraId="2FB9D75E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Sat / sector</w:t>
            </w:r>
          </w:p>
          <w:p w14:paraId="0787ED05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</w:tr>
      <w:tr w:rsidR="00A11ECC" w:rsidRPr="00B41682" w14:paraId="36DAE126" w14:textId="77777777" w:rsidTr="00B5567D">
        <w:trPr>
          <w:cantSplit/>
          <w:trHeight w:val="510"/>
        </w:trPr>
        <w:tc>
          <w:tcPr>
            <w:tcW w:w="1606" w:type="dxa"/>
          </w:tcPr>
          <w:p w14:paraId="057F8242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Cod poștal</w:t>
            </w:r>
          </w:p>
          <w:p w14:paraId="07B4C970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4818" w:type="dxa"/>
            <w:gridSpan w:val="3"/>
          </w:tcPr>
          <w:p w14:paraId="3DA08EA7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Strada</w:t>
            </w:r>
          </w:p>
          <w:p w14:paraId="538D62A6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803" w:type="dxa"/>
          </w:tcPr>
          <w:p w14:paraId="720E6D2B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Nr.</w:t>
            </w:r>
          </w:p>
          <w:p w14:paraId="2E7EF5EB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2409" w:type="dxa"/>
          </w:tcPr>
          <w:p w14:paraId="57AD1668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Bl. / sc. / et. / ap.</w:t>
            </w:r>
          </w:p>
          <w:p w14:paraId="26416C0C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</w:tr>
      <w:tr w:rsidR="00A11ECC" w:rsidRPr="00B41682" w14:paraId="4C590D10" w14:textId="77777777" w:rsidTr="00B5567D">
        <w:trPr>
          <w:cantSplit/>
          <w:trHeight w:val="510"/>
        </w:trPr>
        <w:tc>
          <w:tcPr>
            <w:tcW w:w="5621" w:type="dxa"/>
            <w:gridSpan w:val="3"/>
          </w:tcPr>
          <w:p w14:paraId="05FC5203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Număr cadastral</w:t>
            </w:r>
          </w:p>
          <w:p w14:paraId="3BE30373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i/>
                <w:color w:val="7A7A7A"/>
                <w:lang w:val="ro-RO"/>
              </w:rPr>
              <w:t>dacă imobilul e înscris în e-Terra</w:t>
            </w:r>
          </w:p>
          <w:p w14:paraId="0F081BC3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  <w:tc>
          <w:tcPr>
            <w:tcW w:w="4015" w:type="dxa"/>
            <w:gridSpan w:val="3"/>
          </w:tcPr>
          <w:p w14:paraId="451DB82B" w14:textId="77777777" w:rsidR="00A11ECC" w:rsidRPr="00B41682" w:rsidRDefault="00000000">
            <w:pPr>
              <w:keepNext/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Carte funciară nr.</w:t>
            </w:r>
          </w:p>
          <w:p w14:paraId="202F2988" w14:textId="77777777" w:rsidR="00A11ECC" w:rsidRPr="00B41682" w:rsidRDefault="00A11ECC">
            <w:pPr>
              <w:keepNext/>
              <w:rPr>
                <w:lang w:val="ro-RO"/>
              </w:rPr>
            </w:pPr>
          </w:p>
        </w:tc>
      </w:tr>
    </w:tbl>
    <w:p w14:paraId="30B8E0EC" w14:textId="77777777" w:rsidR="00A11ECC" w:rsidRPr="00B41682" w:rsidRDefault="00A11ECC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F81D1D" w:rsidRPr="00B41682" w14:paraId="7E6F0197" w14:textId="77777777" w:rsidTr="00DE7AC0">
        <w:trPr>
          <w:cantSplit/>
        </w:trPr>
        <w:tc>
          <w:tcPr>
            <w:tcW w:w="9636" w:type="dxa"/>
            <w:shd w:val="clear" w:color="auto" w:fill="F4F4F4"/>
          </w:tcPr>
          <w:p w14:paraId="10F4124E" w14:textId="3BE58885" w:rsidR="00F81D1D" w:rsidRPr="00B41682" w:rsidRDefault="00F81D1D" w:rsidP="00DE7AC0">
            <w:pPr>
              <w:keepNext/>
              <w:rPr>
                <w:lang w:val="ro-RO"/>
              </w:rPr>
            </w:pPr>
            <w:r w:rsidRPr="00B41682">
              <w:rPr>
                <w:b/>
                <w:sz w:val="16"/>
                <w:lang w:val="ro-RO"/>
              </w:rPr>
              <w:t xml:space="preserve">5. </w:t>
            </w:r>
            <w:r w:rsidRPr="00B41682">
              <w:rPr>
                <w:b/>
                <w:color w:val="000000"/>
                <w:sz w:val="18"/>
                <w:lang w:val="ro-RO"/>
              </w:rPr>
              <w:t xml:space="preserve">ANEXEZ </w:t>
            </w:r>
          </w:p>
        </w:tc>
      </w:tr>
      <w:tr w:rsidR="00F81D1D" w:rsidRPr="00B41682" w14:paraId="3C3BEA56" w14:textId="77777777" w:rsidTr="00F81D1D">
        <w:trPr>
          <w:cantSplit/>
          <w:trHeight w:val="70"/>
        </w:trPr>
        <w:tc>
          <w:tcPr>
            <w:tcW w:w="9636" w:type="dxa"/>
          </w:tcPr>
          <w:p w14:paraId="039CF419" w14:textId="693B1C54" w:rsidR="00F81D1D" w:rsidRPr="00B41682" w:rsidRDefault="00F81D1D" w:rsidP="00F81D1D">
            <w:pPr>
              <w:pStyle w:val="ListParagraph"/>
              <w:numPr>
                <w:ilvl w:val="0"/>
                <w:numId w:val="10"/>
              </w:numPr>
              <w:spacing w:after="33" w:line="275" w:lineRule="auto"/>
              <w:ind w:right="-6"/>
              <w:jc w:val="both"/>
              <w:rPr>
                <w:color w:val="0D5F78"/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 xml:space="preserve">Dovada achitării cotei de 0,1% din valoarea lucrărilor autorizate, în conformitate cu prevederile art.143 din Codul amenajării teritoriului, urbanismului </w:t>
            </w:r>
            <w:r w:rsidR="00B8072A" w:rsidRPr="00B41682">
              <w:rPr>
                <w:b/>
                <w:color w:val="0D5F78"/>
                <w:lang w:val="ro-RO"/>
              </w:rPr>
              <w:t>și</w:t>
            </w:r>
            <w:r w:rsidRPr="00B41682">
              <w:rPr>
                <w:b/>
                <w:color w:val="0D5F78"/>
                <w:lang w:val="ro-RO"/>
              </w:rPr>
              <w:t xml:space="preserve"> </w:t>
            </w:r>
            <w:r w:rsidR="00B8072A" w:rsidRPr="00B41682">
              <w:rPr>
                <w:b/>
                <w:color w:val="0D5F78"/>
                <w:lang w:val="ro-RO"/>
              </w:rPr>
              <w:t>construcțiilor</w:t>
            </w:r>
            <w:r w:rsidRPr="00B41682">
              <w:rPr>
                <w:b/>
                <w:color w:val="0D5F78"/>
                <w:lang w:val="ro-RO"/>
              </w:rPr>
              <w:t xml:space="preserve">, în vigoare de la 25.08.2026.  </w:t>
            </w:r>
          </w:p>
          <w:p w14:paraId="374D0879" w14:textId="77777777" w:rsidR="00F81D1D" w:rsidRPr="00B41682" w:rsidRDefault="00F81D1D" w:rsidP="00DE7AC0">
            <w:pPr>
              <w:ind w:firstLine="709"/>
              <w:rPr>
                <w:i/>
                <w:color w:val="7A7A7A"/>
                <w:lang w:val="ro-RO"/>
              </w:rPr>
            </w:pPr>
            <w:r w:rsidRPr="00B41682">
              <w:rPr>
                <w:i/>
                <w:color w:val="7A7A7A"/>
                <w:lang w:val="ro-RO"/>
              </w:rPr>
              <w:t>se anexează în copie;</w:t>
            </w:r>
          </w:p>
          <w:p w14:paraId="7DBC4F52" w14:textId="35B71975" w:rsidR="00F81D1D" w:rsidRPr="00B41682" w:rsidRDefault="00F81D1D" w:rsidP="00DE7AC0">
            <w:pPr>
              <w:ind w:firstLine="709"/>
              <w:rPr>
                <w:i/>
                <w:color w:val="7A7A7A"/>
                <w:lang w:val="ro-RO"/>
              </w:rPr>
            </w:pPr>
          </w:p>
        </w:tc>
      </w:tr>
    </w:tbl>
    <w:p w14:paraId="6199AE4C" w14:textId="77777777" w:rsidR="00F81D1D" w:rsidRPr="00B41682" w:rsidRDefault="00F81D1D" w:rsidP="00F81D1D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F81D1D" w:rsidRPr="00B41682" w14:paraId="75AC6DDA" w14:textId="77777777" w:rsidTr="00DE7AC0">
        <w:trPr>
          <w:cantSplit/>
        </w:trPr>
        <w:tc>
          <w:tcPr>
            <w:tcW w:w="9636" w:type="dxa"/>
            <w:shd w:val="clear" w:color="auto" w:fill="F4F4F4"/>
          </w:tcPr>
          <w:p w14:paraId="5FC07745" w14:textId="4867FEE9" w:rsidR="00F81D1D" w:rsidRPr="00B41682" w:rsidRDefault="00F81D1D" w:rsidP="00DE7AC0">
            <w:pPr>
              <w:keepNext/>
              <w:rPr>
                <w:lang w:val="ro-RO"/>
              </w:rPr>
            </w:pPr>
            <w:r w:rsidRPr="00B41682">
              <w:rPr>
                <w:b/>
                <w:sz w:val="16"/>
                <w:lang w:val="ro-RO"/>
              </w:rPr>
              <w:lastRenderedPageBreak/>
              <w:t>6. OBIECTIV FINANȚAT DIN PROGRAME DE INVESTIȚII, DUPĂ CAZ</w:t>
            </w:r>
          </w:p>
        </w:tc>
      </w:tr>
      <w:tr w:rsidR="00F81D1D" w:rsidRPr="00B41682" w14:paraId="381B46A4" w14:textId="77777777" w:rsidTr="00DE7AC0">
        <w:trPr>
          <w:cantSplit/>
          <w:trHeight w:val="510"/>
        </w:trPr>
        <w:tc>
          <w:tcPr>
            <w:tcW w:w="9636" w:type="dxa"/>
          </w:tcPr>
          <w:p w14:paraId="72FF3196" w14:textId="77777777" w:rsidR="00F81D1D" w:rsidRPr="00B41682" w:rsidRDefault="00F81D1D" w:rsidP="00DE7AC0">
            <w:pPr>
              <w:rPr>
                <w:lang w:val="ro-RO"/>
              </w:rPr>
            </w:pPr>
          </w:p>
          <w:p w14:paraId="431E4F30" w14:textId="77777777" w:rsidR="00F81D1D" w:rsidRPr="00B41682" w:rsidRDefault="00F81D1D" w:rsidP="00DE7AC0">
            <w:pPr>
              <w:pStyle w:val="ListParagraph"/>
              <w:ind w:left="283" w:hanging="141"/>
              <w:rPr>
                <w:lang w:val="ro-RO"/>
              </w:rPr>
            </w:pPr>
            <w:r w:rsidRPr="00B41682">
              <w:rPr>
                <w:sz w:val="16"/>
                <w:lang w:val="ro-RO"/>
              </w:rPr>
              <w:t xml:space="preserve">☐ </w:t>
            </w:r>
            <w:r w:rsidRPr="00B41682">
              <w:rPr>
                <w:lang w:val="ro-RO"/>
              </w:rPr>
              <w:t>PNRR (Planul Național de Redresare și Reziliență)</w:t>
            </w:r>
          </w:p>
          <w:p w14:paraId="7CD0BC7A" w14:textId="77777777" w:rsidR="00F81D1D" w:rsidRPr="00B41682" w:rsidRDefault="00F81D1D" w:rsidP="00DE7AC0">
            <w:pPr>
              <w:pStyle w:val="ListParagraph"/>
              <w:ind w:left="283" w:hanging="141"/>
              <w:rPr>
                <w:lang w:val="ro-RO"/>
              </w:rPr>
            </w:pPr>
            <w:r w:rsidRPr="00B41682">
              <w:rPr>
                <w:sz w:val="16"/>
                <w:lang w:val="ro-RO"/>
              </w:rPr>
              <w:t>☐ PNDL (Planul Național de Dezvoltare Locală)</w:t>
            </w:r>
          </w:p>
          <w:p w14:paraId="6EDB7E91" w14:textId="77777777" w:rsidR="00F81D1D" w:rsidRPr="00B41682" w:rsidRDefault="00F81D1D" w:rsidP="00DE7AC0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B41682">
              <w:rPr>
                <w:sz w:val="16"/>
                <w:lang w:val="ro-RO"/>
              </w:rPr>
              <w:t>☐ PNIAS (Programul Național de investiții Anghel Saligny)</w:t>
            </w:r>
          </w:p>
          <w:p w14:paraId="75937064" w14:textId="77777777" w:rsidR="00F81D1D" w:rsidRPr="00B41682" w:rsidRDefault="00F81D1D" w:rsidP="00DE7AC0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B41682">
              <w:rPr>
                <w:sz w:val="16"/>
                <w:lang w:val="ro-RO"/>
              </w:rPr>
              <w:t>☐ PNDR (Programul Național de Dezvoltare Rurală)</w:t>
            </w:r>
          </w:p>
          <w:p w14:paraId="344BA5F0" w14:textId="77777777" w:rsidR="00F81D1D" w:rsidRPr="00B41682" w:rsidRDefault="00F81D1D" w:rsidP="00DE7AC0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B41682">
              <w:rPr>
                <w:sz w:val="16"/>
                <w:lang w:val="ro-RO"/>
              </w:rPr>
              <w:t>☐ POR (Programul Operațional Regional)</w:t>
            </w:r>
          </w:p>
          <w:p w14:paraId="5529BA88" w14:textId="77777777" w:rsidR="00F81D1D" w:rsidRPr="00B41682" w:rsidRDefault="00F81D1D" w:rsidP="00DE7AC0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B41682">
              <w:rPr>
                <w:sz w:val="16"/>
                <w:lang w:val="ro-RO"/>
              </w:rPr>
              <w:t>☐ POIM (Programul Operațional Infrastructură Mare)</w:t>
            </w:r>
          </w:p>
          <w:p w14:paraId="3CE5E526" w14:textId="77777777" w:rsidR="00F81D1D" w:rsidRPr="00B41682" w:rsidRDefault="00F81D1D" w:rsidP="00DE7AC0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B41682">
              <w:rPr>
                <w:sz w:val="16"/>
                <w:lang w:val="ro-RO"/>
              </w:rPr>
              <w:t>☐ PN CCRSR (Programul național de consolidare a clădirilor cu risc seismic ridicat)</w:t>
            </w:r>
          </w:p>
          <w:p w14:paraId="5A94B24D" w14:textId="6282CFEB" w:rsidR="00F81D1D" w:rsidRPr="00B41682" w:rsidRDefault="00F81D1D" w:rsidP="00DE7AC0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B41682">
              <w:rPr>
                <w:sz w:val="16"/>
                <w:lang w:val="ro-RO"/>
              </w:rPr>
              <w:t xml:space="preserve">☐ PCLSCN (Programul de construcții de locuințe sociale și de </w:t>
            </w:r>
            <w:r w:rsidR="00B8072A" w:rsidRPr="00B41682">
              <w:rPr>
                <w:sz w:val="16"/>
                <w:lang w:val="ro-RO"/>
              </w:rPr>
              <w:t>necesitate</w:t>
            </w:r>
            <w:r w:rsidRPr="00B41682">
              <w:rPr>
                <w:sz w:val="16"/>
                <w:lang w:val="ro-RO"/>
              </w:rPr>
              <w:t>)</w:t>
            </w:r>
          </w:p>
          <w:p w14:paraId="15892977" w14:textId="77777777" w:rsidR="00F81D1D" w:rsidRPr="00B41682" w:rsidRDefault="00F81D1D" w:rsidP="00DE7AC0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B41682">
              <w:rPr>
                <w:sz w:val="16"/>
                <w:lang w:val="ro-RO"/>
              </w:rPr>
              <w:t>☐ PN PEC (Programul național multianual privind creșterea performanței energetice a blocurilor de locuințe)</w:t>
            </w:r>
          </w:p>
          <w:p w14:paraId="4A086683" w14:textId="77777777" w:rsidR="00F81D1D" w:rsidRPr="00B41682" w:rsidRDefault="00F81D1D" w:rsidP="00DE7AC0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B41682">
              <w:rPr>
                <w:sz w:val="16"/>
                <w:lang w:val="ro-RO"/>
              </w:rPr>
              <w:t>☐ PNI Mihail Cantacuzino (Programul național de investiții pentru consolidarea spitalelor „Mihail Cantacuzino”)</w:t>
            </w:r>
          </w:p>
          <w:p w14:paraId="3F5196D7" w14:textId="77777777" w:rsidR="00F81D1D" w:rsidRPr="00B41682" w:rsidRDefault="00F81D1D" w:rsidP="00DE7AC0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B41682">
              <w:rPr>
                <w:sz w:val="16"/>
                <w:lang w:val="ro-RO"/>
              </w:rPr>
              <w:t>☐ CNI – MDLPA Program Național de Construcții de Interes Public sau Social</w:t>
            </w:r>
          </w:p>
          <w:p w14:paraId="38149B7C" w14:textId="77777777" w:rsidR="00F81D1D" w:rsidRPr="00B41682" w:rsidRDefault="00F81D1D" w:rsidP="00DE7AC0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B41682">
              <w:rPr>
                <w:sz w:val="16"/>
                <w:lang w:val="ro-RO"/>
              </w:rPr>
              <w:t>☐ ANL – MDLPA Programe de construcții de locuințe</w:t>
            </w:r>
          </w:p>
          <w:p w14:paraId="099DB4AC" w14:textId="77777777" w:rsidR="00F81D1D" w:rsidRPr="00B41682" w:rsidRDefault="00F81D1D" w:rsidP="00DE7AC0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B41682">
              <w:rPr>
                <w:sz w:val="16"/>
                <w:lang w:val="ro-RO"/>
              </w:rPr>
              <w:t>☐ CNAIR – Ministerul Transporturilor și Infrastructurii</w:t>
            </w:r>
          </w:p>
          <w:p w14:paraId="0228EF0C" w14:textId="77777777" w:rsidR="00F81D1D" w:rsidRPr="00B41682" w:rsidRDefault="00F81D1D" w:rsidP="00DE7AC0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B41682">
              <w:rPr>
                <w:sz w:val="16"/>
                <w:lang w:val="ro-RO"/>
              </w:rPr>
              <w:t xml:space="preserve">☐ Alt program de investiții: </w:t>
            </w:r>
          </w:p>
          <w:p w14:paraId="77675A8D" w14:textId="77777777" w:rsidR="00F81D1D" w:rsidRPr="00B41682" w:rsidRDefault="00F81D1D" w:rsidP="00DE7AC0">
            <w:pPr>
              <w:pStyle w:val="ListParagraph"/>
              <w:ind w:left="283" w:hanging="141"/>
              <w:rPr>
                <w:sz w:val="16"/>
                <w:lang w:val="ro-RO"/>
              </w:rPr>
            </w:pPr>
            <w:r w:rsidRPr="00B41682">
              <w:rPr>
                <w:i/>
                <w:color w:val="7A7A7A"/>
                <w:lang w:val="ro-RO"/>
              </w:rPr>
              <w:t>Numele programului de investiții</w:t>
            </w:r>
            <w:r w:rsidRPr="00B41682">
              <w:rPr>
                <w:sz w:val="16"/>
                <w:lang w:val="ro-RO"/>
              </w:rPr>
              <w:t xml:space="preserve">            .</w:t>
            </w:r>
          </w:p>
          <w:p w14:paraId="5309C018" w14:textId="77777777" w:rsidR="00F81D1D" w:rsidRPr="00B41682" w:rsidRDefault="00F81D1D" w:rsidP="00DE7AC0">
            <w:pPr>
              <w:rPr>
                <w:lang w:val="ro-RO"/>
              </w:rPr>
            </w:pPr>
          </w:p>
        </w:tc>
      </w:tr>
    </w:tbl>
    <w:p w14:paraId="0971C6F7" w14:textId="77777777" w:rsidR="00F81D1D" w:rsidRPr="00B41682" w:rsidRDefault="00F81D1D" w:rsidP="00F81D1D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F81D1D" w:rsidRPr="00B41682" w14:paraId="01F5E6BD" w14:textId="77777777" w:rsidTr="00DE7AC0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CEAACD9" w14:textId="343F8E69" w:rsidR="00F81D1D" w:rsidRPr="00B41682" w:rsidRDefault="00F81D1D" w:rsidP="00DE7AC0">
            <w:pPr>
              <w:keepNext/>
              <w:rPr>
                <w:lang w:val="ro-RO"/>
              </w:rPr>
            </w:pPr>
            <w:r w:rsidRPr="00B41682">
              <w:rPr>
                <w:b/>
                <w:sz w:val="16"/>
                <w:lang w:val="ro-RO"/>
              </w:rPr>
              <w:t xml:space="preserve"> 7. </w:t>
            </w:r>
            <w:r w:rsidRPr="00B41682">
              <w:rPr>
                <w:b/>
                <w:color w:val="000000"/>
                <w:sz w:val="18"/>
                <w:lang w:val="ro-RO"/>
              </w:rPr>
              <w:t>DATA ȘI SEMNĂTURA</w:t>
            </w:r>
          </w:p>
        </w:tc>
      </w:tr>
      <w:tr w:rsidR="00F81D1D" w:rsidRPr="00B41682" w14:paraId="6B54386A" w14:textId="77777777" w:rsidTr="00DE7AC0">
        <w:trPr>
          <w:cantSplit/>
          <w:trHeight w:val="510"/>
        </w:trPr>
        <w:tc>
          <w:tcPr>
            <w:tcW w:w="1606" w:type="dxa"/>
          </w:tcPr>
          <w:p w14:paraId="51A19556" w14:textId="77777777" w:rsidR="00F81D1D" w:rsidRPr="00B41682" w:rsidRDefault="00F81D1D" w:rsidP="00DE7AC0">
            <w:pPr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Data</w:t>
            </w:r>
          </w:p>
          <w:p w14:paraId="3EEAD252" w14:textId="77777777" w:rsidR="00F81D1D" w:rsidRPr="00B41682" w:rsidRDefault="00F81D1D" w:rsidP="00DE7AC0">
            <w:pPr>
              <w:rPr>
                <w:lang w:val="ro-RO"/>
              </w:rPr>
            </w:pPr>
          </w:p>
        </w:tc>
        <w:tc>
          <w:tcPr>
            <w:tcW w:w="4818" w:type="dxa"/>
          </w:tcPr>
          <w:p w14:paraId="5193689B" w14:textId="77777777" w:rsidR="00F81D1D" w:rsidRPr="00B41682" w:rsidRDefault="00F81D1D" w:rsidP="00DE7AC0">
            <w:pPr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Titularul autorizației</w:t>
            </w:r>
          </w:p>
          <w:p w14:paraId="1F20F3D4" w14:textId="77777777" w:rsidR="00F81D1D" w:rsidRPr="00B41682" w:rsidRDefault="00F81D1D" w:rsidP="00DE7AC0">
            <w:pPr>
              <w:rPr>
                <w:lang w:val="ro-RO"/>
              </w:rPr>
            </w:pPr>
          </w:p>
        </w:tc>
        <w:tc>
          <w:tcPr>
            <w:tcW w:w="3212" w:type="dxa"/>
          </w:tcPr>
          <w:p w14:paraId="4E36C69C" w14:textId="77777777" w:rsidR="00F81D1D" w:rsidRPr="00B41682" w:rsidRDefault="00F81D1D" w:rsidP="00DE7AC0">
            <w:pPr>
              <w:rPr>
                <w:lang w:val="ro-RO"/>
              </w:rPr>
            </w:pPr>
            <w:r w:rsidRPr="00B41682">
              <w:rPr>
                <w:b/>
                <w:color w:val="0D5F78"/>
                <w:lang w:val="ro-RO"/>
              </w:rPr>
              <w:t>Semnătura</w:t>
            </w:r>
          </w:p>
          <w:p w14:paraId="266E2A29" w14:textId="77777777" w:rsidR="00F81D1D" w:rsidRPr="00B41682" w:rsidRDefault="00F81D1D" w:rsidP="00DE7AC0">
            <w:pPr>
              <w:rPr>
                <w:lang w:val="ro-RO"/>
              </w:rPr>
            </w:pPr>
          </w:p>
        </w:tc>
      </w:tr>
    </w:tbl>
    <w:p w14:paraId="19052C54" w14:textId="77777777" w:rsidR="00F81D1D" w:rsidRPr="00B41682" w:rsidRDefault="00F81D1D" w:rsidP="00F81D1D">
      <w:pPr>
        <w:spacing w:line="168" w:lineRule="auto"/>
        <w:rPr>
          <w:lang w:val="ro-RO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F81D1D" w:rsidRPr="00B41682" w14:paraId="7E4578A2" w14:textId="77777777" w:rsidTr="00DE7AC0">
        <w:trPr>
          <w:cantSplit/>
        </w:trPr>
        <w:tc>
          <w:tcPr>
            <w:tcW w:w="9636" w:type="dxa"/>
            <w:shd w:val="clear" w:color="auto" w:fill="F4F4F4"/>
          </w:tcPr>
          <w:p w14:paraId="768242B1" w14:textId="77777777" w:rsidR="00F81D1D" w:rsidRPr="00B41682" w:rsidRDefault="00F81D1D" w:rsidP="00DE7AC0">
            <w:pPr>
              <w:spacing w:line="228" w:lineRule="auto"/>
              <w:rPr>
                <w:lang w:val="ro-RO"/>
              </w:rPr>
            </w:pPr>
            <w:r w:rsidRPr="00B41682">
              <w:rPr>
                <w:lang w:val="ro-RO"/>
              </w:rPr>
              <w:t>Formularul se anexează la autorizația de construire / desființare în două exemplare. Titularul autorizației este obligat să păstreze pe șantier un exemplar al acestei înștiințări, cu numărul și data înregistrării la inspectoratul teritorial în construcții.</w:t>
            </w:r>
          </w:p>
        </w:tc>
      </w:tr>
    </w:tbl>
    <w:p w14:paraId="1067A431" w14:textId="77777777" w:rsidR="00A11ECC" w:rsidRPr="00B41682" w:rsidRDefault="00A11ECC">
      <w:pPr>
        <w:spacing w:line="168" w:lineRule="auto"/>
        <w:rPr>
          <w:lang w:val="ro-RO"/>
        </w:rPr>
      </w:pPr>
    </w:p>
    <w:sectPr w:rsidR="00A11ECC" w:rsidRPr="00B41682" w:rsidSect="00034616">
      <w:headerReference w:type="default" r:id="rId8"/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829F3" w14:textId="77777777" w:rsidR="00824C4B" w:rsidRDefault="00824C4B">
      <w:r>
        <w:separator/>
      </w:r>
    </w:p>
  </w:endnote>
  <w:endnote w:type="continuationSeparator" w:id="0">
    <w:p w14:paraId="39A0C6A4" w14:textId="77777777" w:rsidR="00824C4B" w:rsidRDefault="0082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AD8D" w14:textId="5165E002" w:rsidR="00A11ECC" w:rsidRDefault="00000000">
    <w:pPr>
      <w:pStyle w:val="Footer"/>
      <w:tabs>
        <w:tab w:val="right" w:pos="9639"/>
      </w:tabs>
    </w:pPr>
    <w:r>
      <w:rPr>
        <w:color w:val="595959"/>
      </w:rPr>
      <w:t>F_A_0</w:t>
    </w:r>
    <w:r w:rsidR="00B5567D">
      <w:rPr>
        <w:color w:val="595959"/>
      </w:rPr>
      <w:t>9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E6757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E6757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0F28" w14:textId="77777777" w:rsidR="00824C4B" w:rsidRDefault="00824C4B">
      <w:r>
        <w:separator/>
      </w:r>
    </w:p>
  </w:footnote>
  <w:footnote w:type="continuationSeparator" w:id="0">
    <w:p w14:paraId="3E72779A" w14:textId="77777777" w:rsidR="00824C4B" w:rsidRDefault="00824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70C5" w14:textId="670DCF53" w:rsidR="00B5567D" w:rsidRDefault="00B5567D">
    <w:pPr>
      <w:pStyle w:val="Header"/>
      <w:rPr>
        <w:color w:val="595959"/>
      </w:rPr>
    </w:pPr>
    <w:r>
      <w:rPr>
        <w:color w:val="595959"/>
      </w:rPr>
      <w:t xml:space="preserve">F_A_09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4369B0D9" w14:textId="77777777" w:rsidR="00B5567D" w:rsidRDefault="00B556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2F080A"/>
    <w:multiLevelType w:val="hybridMultilevel"/>
    <w:tmpl w:val="32B0DC7C"/>
    <w:lvl w:ilvl="0" w:tplc="1D92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611888">
    <w:abstractNumId w:val="8"/>
  </w:num>
  <w:num w:numId="2" w16cid:durableId="1429814677">
    <w:abstractNumId w:val="6"/>
  </w:num>
  <w:num w:numId="3" w16cid:durableId="1434588032">
    <w:abstractNumId w:val="5"/>
  </w:num>
  <w:num w:numId="4" w16cid:durableId="862592027">
    <w:abstractNumId w:val="4"/>
  </w:num>
  <w:num w:numId="5" w16cid:durableId="1345128852">
    <w:abstractNumId w:val="7"/>
  </w:num>
  <w:num w:numId="6" w16cid:durableId="629365156">
    <w:abstractNumId w:val="3"/>
  </w:num>
  <w:num w:numId="7" w16cid:durableId="482157275">
    <w:abstractNumId w:val="2"/>
  </w:num>
  <w:num w:numId="8" w16cid:durableId="1442381932">
    <w:abstractNumId w:val="1"/>
  </w:num>
  <w:num w:numId="9" w16cid:durableId="1382054358">
    <w:abstractNumId w:val="0"/>
  </w:num>
  <w:num w:numId="10" w16cid:durableId="7789108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B24"/>
    <w:rsid w:val="00034616"/>
    <w:rsid w:val="0006063C"/>
    <w:rsid w:val="00123DA8"/>
    <w:rsid w:val="0015074B"/>
    <w:rsid w:val="00271790"/>
    <w:rsid w:val="0029639D"/>
    <w:rsid w:val="002A5ABA"/>
    <w:rsid w:val="00326F90"/>
    <w:rsid w:val="00387242"/>
    <w:rsid w:val="0047421C"/>
    <w:rsid w:val="006D2ED9"/>
    <w:rsid w:val="006D67CB"/>
    <w:rsid w:val="006E037C"/>
    <w:rsid w:val="00781DFE"/>
    <w:rsid w:val="00824C4B"/>
    <w:rsid w:val="00A11ECC"/>
    <w:rsid w:val="00AA1D8D"/>
    <w:rsid w:val="00B41682"/>
    <w:rsid w:val="00B47730"/>
    <w:rsid w:val="00B54A8D"/>
    <w:rsid w:val="00B5567D"/>
    <w:rsid w:val="00B8072A"/>
    <w:rsid w:val="00C93562"/>
    <w:rsid w:val="00CB0664"/>
    <w:rsid w:val="00E60676"/>
    <w:rsid w:val="00E61A6B"/>
    <w:rsid w:val="00E6757A"/>
    <w:rsid w:val="00F74426"/>
    <w:rsid w:val="00F81D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E95A5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arhitecti pmt</cp:lastModifiedBy>
  <cp:revision>2</cp:revision>
  <dcterms:created xsi:type="dcterms:W3CDTF">2026-09-02T04:38:00Z</dcterms:created>
  <dcterms:modified xsi:type="dcterms:W3CDTF">2026-09-02T04:38:00Z</dcterms:modified>
  <cp:category/>
</cp:coreProperties>
</file>