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A11ECC" w:rsidRPr="009360D7" w14:paraId="29022712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F64A74C" w14:textId="0D85D3AB" w:rsidR="00A11ECC" w:rsidRPr="009360D7" w:rsidRDefault="009360D7">
            <w:pPr>
              <w:keepNext/>
              <w:jc w:val="center"/>
              <w:rPr>
                <w:lang w:val="ro-RO"/>
              </w:rPr>
            </w:pPr>
            <w:r w:rsidRPr="00831759">
              <w:rPr>
                <w:i/>
                <w:noProof/>
                <w:color w:val="595959"/>
                <w:lang w:val="ro-RO"/>
              </w:rPr>
              <w:drawing>
                <wp:inline distT="0" distB="0" distL="0" distR="0" wp14:anchorId="6216005D" wp14:editId="0118E74D">
                  <wp:extent cx="891375" cy="1311305"/>
                  <wp:effectExtent l="0" t="0" r="4445" b="3175"/>
                  <wp:docPr id="2076297466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75" cy="131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7372DF9B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Județul</w:t>
            </w:r>
          </w:p>
          <w:p w14:paraId="18F924B6" w14:textId="1CC2254F" w:rsidR="00A11ECC" w:rsidRPr="009360D7" w:rsidRDefault="009360D7">
            <w:pPr>
              <w:keepNext/>
              <w:rPr>
                <w:lang w:val="ro-RO"/>
              </w:rPr>
            </w:pPr>
            <w:r w:rsidRPr="00831759">
              <w:rPr>
                <w:b/>
                <w:bCs/>
                <w:lang w:val="ro-RO"/>
              </w:rPr>
              <w:t>CLUJ</w:t>
            </w:r>
          </w:p>
        </w:tc>
      </w:tr>
      <w:tr w:rsidR="00A11ECC" w:rsidRPr="009360D7" w14:paraId="7B17993F" w14:textId="77777777">
        <w:trPr>
          <w:cantSplit/>
          <w:trHeight w:val="510"/>
        </w:trPr>
        <w:tc>
          <w:tcPr>
            <w:tcW w:w="1606" w:type="dxa"/>
            <w:vMerge/>
          </w:tcPr>
          <w:p w14:paraId="52A1A5EB" w14:textId="77777777" w:rsidR="00A11ECC" w:rsidRPr="009360D7" w:rsidRDefault="00A11ECC">
            <w:pPr>
              <w:rPr>
                <w:lang w:val="ro-RO"/>
              </w:rPr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1E67140C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Autoritatea administrației publice</w:t>
            </w:r>
          </w:p>
          <w:p w14:paraId="7378C482" w14:textId="22EDEEC4" w:rsidR="00A11ECC" w:rsidRPr="009360D7" w:rsidRDefault="009360D7">
            <w:pPr>
              <w:keepNext/>
              <w:rPr>
                <w:lang w:val="ro-RO"/>
              </w:rPr>
            </w:pPr>
            <w:r w:rsidRPr="00831759">
              <w:rPr>
                <w:b/>
                <w:bCs/>
                <w:lang w:val="ro-RO"/>
              </w:rPr>
              <w:t>PRIMĂRIA MUNICIPIULUI TURDA</w:t>
            </w:r>
          </w:p>
        </w:tc>
      </w:tr>
      <w:tr w:rsidR="00A11ECC" w:rsidRPr="009360D7" w14:paraId="16F835A9" w14:textId="77777777">
        <w:trPr>
          <w:cantSplit/>
          <w:trHeight w:val="510"/>
        </w:trPr>
        <w:tc>
          <w:tcPr>
            <w:tcW w:w="1606" w:type="dxa"/>
            <w:vMerge/>
          </w:tcPr>
          <w:p w14:paraId="535F06FD" w14:textId="77777777" w:rsidR="00A11ECC" w:rsidRPr="009360D7" w:rsidRDefault="00A11ECC">
            <w:pPr>
              <w:rPr>
                <w:lang w:val="ro-RO"/>
              </w:rPr>
            </w:pPr>
          </w:p>
        </w:tc>
        <w:tc>
          <w:tcPr>
            <w:tcW w:w="2409" w:type="dxa"/>
            <w:shd w:val="clear" w:color="auto" w:fill="F0F0F0"/>
          </w:tcPr>
          <w:p w14:paraId="7F9BF08C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Cod de identificare fiscală (CIF)</w:t>
            </w:r>
          </w:p>
          <w:p w14:paraId="1C68267E" w14:textId="34BDA882" w:rsidR="00A11ECC" w:rsidRPr="009360D7" w:rsidRDefault="009360D7">
            <w:pPr>
              <w:keepNext/>
              <w:rPr>
                <w:lang w:val="ro-RO"/>
              </w:rPr>
            </w:pPr>
            <w:r w:rsidRPr="00831759">
              <w:rPr>
                <w:b/>
                <w:bCs/>
                <w:lang w:val="ro-RO"/>
              </w:rPr>
              <w:t>4378930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62997E85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Adresa oficială</w:t>
            </w:r>
          </w:p>
          <w:p w14:paraId="3597B0D9" w14:textId="319F83FD" w:rsidR="00A11ECC" w:rsidRPr="009360D7" w:rsidRDefault="009360D7" w:rsidP="009360D7">
            <w:pPr>
              <w:rPr>
                <w:i/>
                <w:color w:val="7A7A7A"/>
                <w:lang w:val="ro-RO"/>
              </w:rPr>
            </w:pPr>
            <w:r w:rsidRPr="00831759">
              <w:rPr>
                <w:b/>
                <w:bCs/>
                <w:i/>
                <w:lang w:val="ro-RO"/>
              </w:rPr>
              <w:t xml:space="preserve">P-ța 1 </w:t>
            </w:r>
            <w:r>
              <w:rPr>
                <w:b/>
                <w:bCs/>
                <w:i/>
                <w:lang w:val="ro-RO"/>
              </w:rPr>
              <w:t>D</w:t>
            </w:r>
            <w:r w:rsidRPr="00831759">
              <w:rPr>
                <w:b/>
                <w:bCs/>
                <w:i/>
                <w:lang w:val="ro-RO"/>
              </w:rPr>
              <w:t xml:space="preserve">ecembrie 1918 nr.28 · tel: 0264-313160· e-mail: </w:t>
            </w:r>
            <w:hyperlink r:id="rId9" w:history="1">
              <w:r w:rsidRPr="00831759">
                <w:rPr>
                  <w:rStyle w:val="Hyperlink"/>
                  <w:i/>
                  <w:lang w:val="ro-RO"/>
                </w:rPr>
                <w:t>contact@primariaturda.ro</w:t>
              </w:r>
            </w:hyperlink>
            <w:r w:rsidRPr="00831759">
              <w:rPr>
                <w:i/>
                <w:color w:val="7A7A7A"/>
                <w:lang w:val="ro-RO"/>
              </w:rPr>
              <w:t xml:space="preserve"> </w:t>
            </w:r>
          </w:p>
          <w:p w14:paraId="17684A54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</w:tr>
      <w:tr w:rsidR="00A11ECC" w:rsidRPr="009360D7" w14:paraId="4481D1BD" w14:textId="77777777">
        <w:trPr>
          <w:cantSplit/>
          <w:trHeight w:val="510"/>
        </w:trPr>
        <w:tc>
          <w:tcPr>
            <w:tcW w:w="1606" w:type="dxa"/>
            <w:vMerge/>
          </w:tcPr>
          <w:p w14:paraId="4B2F5043" w14:textId="77777777" w:rsidR="00A11ECC" w:rsidRPr="009360D7" w:rsidRDefault="00A11ECC">
            <w:pPr>
              <w:rPr>
                <w:lang w:val="ro-RO"/>
              </w:rPr>
            </w:pPr>
          </w:p>
        </w:tc>
        <w:tc>
          <w:tcPr>
            <w:tcW w:w="4818" w:type="dxa"/>
            <w:gridSpan w:val="2"/>
            <w:shd w:val="clear" w:color="auto" w:fill="F0F0F0"/>
          </w:tcPr>
          <w:p w14:paraId="7126F932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Număr de înregistrare</w:t>
            </w:r>
          </w:p>
          <w:p w14:paraId="7F32F1B7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shd w:val="clear" w:color="auto" w:fill="F0F0F0"/>
          </w:tcPr>
          <w:p w14:paraId="606FF1BD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Data</w:t>
            </w:r>
          </w:p>
          <w:p w14:paraId="4199CE08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</w:tr>
      <w:tr w:rsidR="00A11ECC" w:rsidRPr="009360D7" w14:paraId="2347B2A9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4358086A" w14:textId="77777777" w:rsidR="00A11ECC" w:rsidRPr="009360D7" w:rsidRDefault="00000000">
            <w:pPr>
              <w:rPr>
                <w:lang w:val="ro-RO"/>
              </w:rPr>
            </w:pPr>
            <w:r w:rsidRPr="009360D7">
              <w:rPr>
                <w:i/>
                <w:color w:val="595959"/>
                <w:lang w:val="ro-RO"/>
              </w:rPr>
              <w:t xml:space="preserve"> se completează de autoritate — solicitantul nu scrie în această zonă</w:t>
            </w:r>
          </w:p>
        </w:tc>
      </w:tr>
    </w:tbl>
    <w:p w14:paraId="109DC34E" w14:textId="77777777" w:rsidR="00A11ECC" w:rsidRPr="009360D7" w:rsidRDefault="00A11ECC">
      <w:pPr>
        <w:spacing w:line="168" w:lineRule="auto"/>
        <w:rPr>
          <w:lang w:val="ro-RO"/>
        </w:rPr>
      </w:pPr>
    </w:p>
    <w:p w14:paraId="0F5A4CDF" w14:textId="77777777" w:rsidR="00A11ECC" w:rsidRPr="009360D7" w:rsidRDefault="00000000">
      <w:pPr>
        <w:spacing w:before="140" w:after="40"/>
        <w:jc w:val="center"/>
        <w:rPr>
          <w:sz w:val="28"/>
          <w:szCs w:val="28"/>
          <w:lang w:val="ro-RO"/>
        </w:rPr>
      </w:pPr>
      <w:r w:rsidRPr="009360D7">
        <w:rPr>
          <w:b/>
          <w:sz w:val="28"/>
          <w:szCs w:val="28"/>
          <w:lang w:val="ro-RO"/>
        </w:rPr>
        <w:t>ÎNȘTIINȚARE</w:t>
      </w:r>
    </w:p>
    <w:p w14:paraId="1643D012" w14:textId="77777777" w:rsidR="00A11ECC" w:rsidRPr="009360D7" w:rsidRDefault="00000000">
      <w:pPr>
        <w:spacing w:after="120"/>
        <w:jc w:val="center"/>
        <w:rPr>
          <w:lang w:val="ro-RO"/>
        </w:rPr>
      </w:pPr>
      <w:r w:rsidRPr="009360D7">
        <w:rPr>
          <w:sz w:val="19"/>
          <w:lang w:val="ro-RO"/>
        </w:rPr>
        <w:t>privind începerea execuției lucrărilor</w:t>
      </w:r>
    </w:p>
    <w:p w14:paraId="4291F9D6" w14:textId="77777777" w:rsidR="00A11ECC" w:rsidRPr="009360D7" w:rsidRDefault="00A11ECC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:rsidRPr="009360D7" w14:paraId="7612C26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2A6287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sz w:val="16"/>
                <w:lang w:val="ro-RO"/>
              </w:rPr>
              <w:t xml:space="preserve"> 1. </w:t>
            </w:r>
            <w:r w:rsidRPr="009360D7">
              <w:rPr>
                <w:b/>
                <w:color w:val="000000"/>
                <w:sz w:val="18"/>
                <w:lang w:val="ro-RO"/>
              </w:rPr>
              <w:t>CĂTRE</w:t>
            </w:r>
          </w:p>
        </w:tc>
      </w:tr>
      <w:tr w:rsidR="00A11ECC" w:rsidRPr="009360D7" w14:paraId="37740068" w14:textId="77777777">
        <w:trPr>
          <w:cantSplit/>
          <w:trHeight w:val="510"/>
        </w:trPr>
        <w:tc>
          <w:tcPr>
            <w:tcW w:w="9636" w:type="dxa"/>
          </w:tcPr>
          <w:p w14:paraId="48BA2405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Instituția</w:t>
            </w:r>
          </w:p>
          <w:p w14:paraId="5641DACE" w14:textId="7CEBA4E0" w:rsidR="00A11ECC" w:rsidRPr="009360D7" w:rsidRDefault="009360D7">
            <w:pPr>
              <w:keepNext/>
              <w:rPr>
                <w:lang w:val="ro-RO"/>
              </w:rPr>
            </w:pPr>
            <w:r w:rsidRPr="00831759">
              <w:rPr>
                <w:b/>
                <w:bCs/>
                <w:lang w:val="ro-RO"/>
              </w:rPr>
              <w:t>PRIMĂRIA MUNICIPIULUI TURDA</w:t>
            </w:r>
            <w:r w:rsidRPr="009360D7">
              <w:rPr>
                <w:lang w:val="ro-RO"/>
              </w:rPr>
              <w:t xml:space="preserve"> </w:t>
            </w:r>
          </w:p>
        </w:tc>
      </w:tr>
      <w:tr w:rsidR="00A11ECC" w:rsidRPr="009360D7" w14:paraId="57F07BFF" w14:textId="77777777">
        <w:trPr>
          <w:cantSplit/>
        </w:trPr>
        <w:tc>
          <w:tcPr>
            <w:tcW w:w="9636" w:type="dxa"/>
            <w:shd w:val="clear" w:color="auto" w:fill="F4F4F4"/>
          </w:tcPr>
          <w:p w14:paraId="78405B03" w14:textId="77777777" w:rsidR="00A11ECC" w:rsidRPr="009360D7" w:rsidRDefault="00000000">
            <w:pPr>
              <w:spacing w:line="228" w:lineRule="auto"/>
              <w:rPr>
                <w:lang w:val="ro-RO"/>
              </w:rPr>
            </w:pPr>
            <w:r w:rsidRPr="009360D7">
              <w:rPr>
                <w:lang w:val="ro-RO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3FD1D3DB" w14:textId="77777777" w:rsidR="00A11ECC" w:rsidRPr="009360D7" w:rsidRDefault="00A11ECC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11ECC" w:rsidRPr="009360D7" w14:paraId="34B777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FB959D0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sz w:val="16"/>
                <w:lang w:val="ro-RO"/>
              </w:rPr>
              <w:t xml:space="preserve"> 2. </w:t>
            </w:r>
            <w:r w:rsidRPr="009360D7">
              <w:rPr>
                <w:b/>
                <w:color w:val="000000"/>
                <w:sz w:val="18"/>
                <w:lang w:val="ro-RO"/>
              </w:rPr>
              <w:t>SOLICITANTUL</w:t>
            </w:r>
          </w:p>
        </w:tc>
      </w:tr>
      <w:tr w:rsidR="00A11ECC" w:rsidRPr="009360D7" w14:paraId="5E841B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D808035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Nume și prenume</w:t>
            </w:r>
          </w:p>
          <w:p w14:paraId="45C36B89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75015164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CNP</w:t>
            </w:r>
          </w:p>
          <w:p w14:paraId="4E9C5560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</w:tr>
      <w:tr w:rsidR="00A11ECC" w:rsidRPr="009360D7" w14:paraId="5222187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D0D4BD0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sz w:val="16"/>
                <w:lang w:val="ro-RO"/>
              </w:rPr>
              <w:t xml:space="preserve"> Act de identitate</w:t>
            </w:r>
          </w:p>
        </w:tc>
      </w:tr>
      <w:tr w:rsidR="00A11ECC" w:rsidRPr="009360D7" w14:paraId="7E1FD110" w14:textId="77777777">
        <w:trPr>
          <w:cantSplit/>
          <w:trHeight w:val="510"/>
        </w:trPr>
        <w:tc>
          <w:tcPr>
            <w:tcW w:w="1606" w:type="dxa"/>
          </w:tcPr>
          <w:p w14:paraId="011280E1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Seria</w:t>
            </w:r>
          </w:p>
          <w:p w14:paraId="3DE6E8D1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5E7E72CA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Numărul</w:t>
            </w:r>
          </w:p>
          <w:p w14:paraId="3406A505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5"/>
          </w:tcPr>
          <w:p w14:paraId="7DF59165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Eliberat de</w:t>
            </w:r>
          </w:p>
          <w:p w14:paraId="50D7D510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0315ACF2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La data</w:t>
            </w:r>
          </w:p>
          <w:p w14:paraId="71986321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</w:tr>
      <w:tr w:rsidR="00A11ECC" w:rsidRPr="009360D7" w14:paraId="2B7C18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5A44F1F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sz w:val="16"/>
                <w:lang w:val="ro-RO"/>
              </w:rPr>
              <w:t xml:space="preserve"> Domiciliul</w:t>
            </w:r>
          </w:p>
        </w:tc>
      </w:tr>
      <w:tr w:rsidR="00A11ECC" w:rsidRPr="009360D7" w14:paraId="7103597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2D50C92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Județul</w:t>
            </w:r>
          </w:p>
          <w:p w14:paraId="52501A06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4"/>
          </w:tcPr>
          <w:p w14:paraId="660341FA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Municipiul / orașul / comuna</w:t>
            </w:r>
          </w:p>
          <w:p w14:paraId="2606FFF2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75959E82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Satul / sectorul</w:t>
            </w:r>
          </w:p>
          <w:p w14:paraId="07EED8E4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</w:tr>
      <w:tr w:rsidR="00A11ECC" w:rsidRPr="009360D7" w14:paraId="7BDBDAA6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88B7A94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Strada</w:t>
            </w:r>
          </w:p>
          <w:p w14:paraId="09EA4587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7B7A03A3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Nr.</w:t>
            </w:r>
          </w:p>
          <w:p w14:paraId="12EA7BE1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489F1D5C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Sc.</w:t>
            </w:r>
          </w:p>
          <w:p w14:paraId="1B363C39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0AB11C78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Et.</w:t>
            </w:r>
          </w:p>
          <w:p w14:paraId="479DDF31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0E882C1A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Ap.</w:t>
            </w:r>
          </w:p>
          <w:p w14:paraId="191097FF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2CA3CE1B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Cod poștal</w:t>
            </w:r>
          </w:p>
          <w:p w14:paraId="2326ABB1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1D955C86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Țara</w:t>
            </w:r>
          </w:p>
          <w:p w14:paraId="060B5581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</w:tr>
      <w:tr w:rsidR="00A11ECC" w:rsidRPr="009360D7" w14:paraId="4DC3EAC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6019A0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sz w:val="16"/>
                <w:lang w:val="ro-RO"/>
              </w:rPr>
              <w:t xml:space="preserve"> Date de contact</w:t>
            </w:r>
          </w:p>
        </w:tc>
      </w:tr>
      <w:tr w:rsidR="00A11ECC" w:rsidRPr="009360D7" w14:paraId="018EC0C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121A4C" w14:textId="77777777" w:rsidR="00A11ECC" w:rsidRPr="009360D7" w:rsidRDefault="00000000">
            <w:pPr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Telefon / fax</w:t>
            </w:r>
          </w:p>
          <w:p w14:paraId="0187BF30" w14:textId="77777777" w:rsidR="00A11ECC" w:rsidRPr="009360D7" w:rsidRDefault="00A11ECC">
            <w:pPr>
              <w:rPr>
                <w:lang w:val="ro-RO"/>
              </w:rPr>
            </w:pPr>
          </w:p>
        </w:tc>
        <w:tc>
          <w:tcPr>
            <w:tcW w:w="5621" w:type="dxa"/>
            <w:gridSpan w:val="5"/>
          </w:tcPr>
          <w:p w14:paraId="4FBE455D" w14:textId="77777777" w:rsidR="00A11ECC" w:rsidRPr="009360D7" w:rsidRDefault="00000000">
            <w:pPr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E-mail</w:t>
            </w:r>
          </w:p>
          <w:p w14:paraId="5177F214" w14:textId="77777777" w:rsidR="00A11ECC" w:rsidRPr="009360D7" w:rsidRDefault="00A11ECC">
            <w:pPr>
              <w:rPr>
                <w:lang w:val="ro-RO"/>
              </w:rPr>
            </w:pPr>
          </w:p>
        </w:tc>
      </w:tr>
    </w:tbl>
    <w:p w14:paraId="5C86987D" w14:textId="77777777" w:rsidR="00A11ECC" w:rsidRPr="009360D7" w:rsidRDefault="00A11ECC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11ECC" w:rsidRPr="009360D7" w14:paraId="1367784F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294D977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sz w:val="16"/>
                <w:lang w:val="ro-RO"/>
              </w:rPr>
              <w:t xml:space="preserve"> 3. </w:t>
            </w:r>
            <w:r w:rsidRPr="009360D7">
              <w:rPr>
                <w:b/>
                <w:color w:val="000000"/>
                <w:sz w:val="18"/>
                <w:lang w:val="ro-RO"/>
              </w:rPr>
              <w:t>TITULAR AL AUTORIZAȚIEI DE CONSTRUIRE / DESFIINȚARE</w:t>
            </w:r>
          </w:p>
        </w:tc>
      </w:tr>
      <w:tr w:rsidR="00A11ECC" w:rsidRPr="009360D7" w14:paraId="459283F5" w14:textId="77777777">
        <w:trPr>
          <w:cantSplit/>
          <w:trHeight w:val="510"/>
        </w:trPr>
        <w:tc>
          <w:tcPr>
            <w:tcW w:w="1606" w:type="dxa"/>
          </w:tcPr>
          <w:p w14:paraId="037F2C85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Nr.</w:t>
            </w:r>
          </w:p>
          <w:p w14:paraId="40DB982C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4369B01E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Din data</w:t>
            </w:r>
          </w:p>
          <w:p w14:paraId="48964A76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5621" w:type="dxa"/>
          </w:tcPr>
          <w:p w14:paraId="48B3695B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Emisă de</w:t>
            </w:r>
          </w:p>
          <w:p w14:paraId="25DDB5C1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</w:tr>
      <w:tr w:rsidR="00A11ECC" w:rsidRPr="009360D7" w14:paraId="5C8E1AD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DD157D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sz w:val="16"/>
                <w:lang w:val="ro-RO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11ECC" w:rsidRPr="009360D7" w14:paraId="3EFBA0A3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2A7F641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Denumirea lucrării, capacitatea și categoria de lucrări din autorizație</w:t>
            </w:r>
          </w:p>
          <w:p w14:paraId="109F0125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</w:tr>
      <w:tr w:rsidR="00A11ECC" w:rsidRPr="009360D7" w14:paraId="795F9BF6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64E6FE5" w14:textId="77777777" w:rsidR="00A11ECC" w:rsidRPr="009360D7" w:rsidRDefault="00000000">
            <w:pPr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în valoare de (lei)</w:t>
            </w:r>
          </w:p>
          <w:p w14:paraId="1A278680" w14:textId="77777777" w:rsidR="00A11ECC" w:rsidRPr="009360D7" w:rsidRDefault="00A11ECC">
            <w:pPr>
              <w:rPr>
                <w:lang w:val="ro-RO"/>
              </w:rPr>
            </w:pPr>
          </w:p>
        </w:tc>
      </w:tr>
    </w:tbl>
    <w:p w14:paraId="63EF26CC" w14:textId="77777777" w:rsidR="00A11ECC" w:rsidRPr="009360D7" w:rsidRDefault="00A11ECC">
      <w:pPr>
        <w:spacing w:line="168" w:lineRule="auto"/>
        <w:rPr>
          <w:lang w:val="ro-RO"/>
        </w:rPr>
      </w:pPr>
    </w:p>
    <w:p w14:paraId="504C3BAB" w14:textId="7646A303" w:rsidR="00A11ECC" w:rsidRPr="009360D7" w:rsidRDefault="00E6757A" w:rsidP="00E6757A">
      <w:pPr>
        <w:tabs>
          <w:tab w:val="center" w:pos="4819"/>
          <w:tab w:val="left" w:pos="7608"/>
        </w:tabs>
        <w:spacing w:before="140" w:after="40"/>
        <w:rPr>
          <w:sz w:val="28"/>
          <w:szCs w:val="28"/>
          <w:lang w:val="ro-RO"/>
        </w:rPr>
      </w:pPr>
      <w:r w:rsidRPr="009360D7">
        <w:rPr>
          <w:b/>
          <w:sz w:val="34"/>
          <w:lang w:val="ro-RO"/>
        </w:rPr>
        <w:tab/>
      </w:r>
      <w:r w:rsidRPr="009360D7">
        <w:rPr>
          <w:b/>
          <w:sz w:val="28"/>
          <w:szCs w:val="28"/>
          <w:lang w:val="ro-RO"/>
        </w:rPr>
        <w:t>ADUC LA CUNOȘTINȚĂ</w:t>
      </w:r>
      <w:r w:rsidRPr="009360D7">
        <w:rPr>
          <w:b/>
          <w:sz w:val="28"/>
          <w:szCs w:val="28"/>
          <w:lang w:val="ro-RO"/>
        </w:rPr>
        <w:tab/>
      </w:r>
    </w:p>
    <w:p w14:paraId="1799DE9F" w14:textId="77777777" w:rsidR="00A11ECC" w:rsidRPr="009360D7" w:rsidRDefault="00A11ECC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11ECC" w:rsidRPr="009360D7" w14:paraId="47D7F709" w14:textId="77777777">
        <w:trPr>
          <w:cantSplit/>
          <w:trHeight w:val="510"/>
        </w:trPr>
        <w:tc>
          <w:tcPr>
            <w:tcW w:w="2409" w:type="dxa"/>
          </w:tcPr>
          <w:p w14:paraId="04FE48E4" w14:textId="77777777" w:rsidR="00A11ECC" w:rsidRPr="009360D7" w:rsidRDefault="00000000">
            <w:pPr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Că la data de</w:t>
            </w:r>
          </w:p>
          <w:p w14:paraId="2A3EFF1D" w14:textId="77777777" w:rsidR="00A11ECC" w:rsidRPr="009360D7" w:rsidRDefault="00A11ECC">
            <w:pPr>
              <w:rPr>
                <w:lang w:val="ro-RO"/>
              </w:rPr>
            </w:pPr>
          </w:p>
        </w:tc>
        <w:tc>
          <w:tcPr>
            <w:tcW w:w="1606" w:type="dxa"/>
          </w:tcPr>
          <w:p w14:paraId="4DCDBC6C" w14:textId="77777777" w:rsidR="00A11ECC" w:rsidRPr="009360D7" w:rsidRDefault="00000000">
            <w:pPr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ora</w:t>
            </w:r>
          </w:p>
          <w:p w14:paraId="68C2609C" w14:textId="77777777" w:rsidR="00A11ECC" w:rsidRPr="009360D7" w:rsidRDefault="00A11ECC">
            <w:pPr>
              <w:rPr>
                <w:lang w:val="ro-RO"/>
              </w:rPr>
            </w:pPr>
          </w:p>
        </w:tc>
        <w:tc>
          <w:tcPr>
            <w:tcW w:w="5621" w:type="dxa"/>
          </w:tcPr>
          <w:p w14:paraId="040137A9" w14:textId="77777777" w:rsidR="00A11ECC" w:rsidRPr="009360D7" w:rsidRDefault="00000000">
            <w:pPr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vor începe lucrările de construcții autorizate</w:t>
            </w:r>
          </w:p>
          <w:p w14:paraId="3DC112F4" w14:textId="77777777" w:rsidR="00A11ECC" w:rsidRPr="009360D7" w:rsidRDefault="00000000">
            <w:pPr>
              <w:rPr>
                <w:lang w:val="ro-RO"/>
              </w:rPr>
            </w:pPr>
            <w:r w:rsidRPr="009360D7">
              <w:rPr>
                <w:i/>
                <w:color w:val="7A7A7A"/>
                <w:lang w:val="ro-RO"/>
              </w:rPr>
              <w:t>pentru imobilul de mai jos</w:t>
            </w:r>
          </w:p>
          <w:p w14:paraId="3300FC33" w14:textId="77777777" w:rsidR="00A11ECC" w:rsidRPr="009360D7" w:rsidRDefault="00A11ECC">
            <w:pPr>
              <w:rPr>
                <w:lang w:val="ro-RO"/>
              </w:rPr>
            </w:pPr>
          </w:p>
        </w:tc>
      </w:tr>
    </w:tbl>
    <w:p w14:paraId="432CEB30" w14:textId="77777777" w:rsidR="00A11ECC" w:rsidRPr="009360D7" w:rsidRDefault="00A11ECC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11ECC" w:rsidRPr="009360D7" w14:paraId="26100B2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2D475EE4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sz w:val="16"/>
                <w:lang w:val="ro-RO"/>
              </w:rPr>
              <w:t xml:space="preserve"> 4. </w:t>
            </w:r>
            <w:r w:rsidRPr="009360D7">
              <w:rPr>
                <w:b/>
                <w:color w:val="000000"/>
                <w:sz w:val="18"/>
                <w:lang w:val="ro-RO"/>
              </w:rPr>
              <w:t>IMOBILUL</w:t>
            </w:r>
          </w:p>
        </w:tc>
      </w:tr>
      <w:tr w:rsidR="00A11ECC" w:rsidRPr="009360D7" w14:paraId="7ACF282A" w14:textId="77777777">
        <w:trPr>
          <w:cantSplit/>
        </w:trPr>
        <w:tc>
          <w:tcPr>
            <w:tcW w:w="9636" w:type="dxa"/>
            <w:gridSpan w:val="6"/>
          </w:tcPr>
          <w:p w14:paraId="50878A3D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sz w:val="16"/>
                <w:lang w:val="ro-RO"/>
              </w:rPr>
              <w:t xml:space="preserve"> ☐ teren     ☐ construcții</w:t>
            </w:r>
          </w:p>
        </w:tc>
      </w:tr>
      <w:tr w:rsidR="00A11ECC" w:rsidRPr="009360D7" w14:paraId="049C9151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844C392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Județ</w:t>
            </w:r>
          </w:p>
          <w:p w14:paraId="010FC309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54B9E1A5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Municipiu / oraș / comună</w:t>
            </w:r>
          </w:p>
          <w:p w14:paraId="7A126BAD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2FB9D75E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Sat / sector</w:t>
            </w:r>
          </w:p>
          <w:p w14:paraId="0787ED05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</w:tr>
      <w:tr w:rsidR="00A11ECC" w:rsidRPr="009360D7" w14:paraId="36DAE126" w14:textId="77777777">
        <w:trPr>
          <w:cantSplit/>
          <w:trHeight w:val="510"/>
        </w:trPr>
        <w:tc>
          <w:tcPr>
            <w:tcW w:w="1606" w:type="dxa"/>
          </w:tcPr>
          <w:p w14:paraId="057F8242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Cod poștal</w:t>
            </w:r>
          </w:p>
          <w:p w14:paraId="07B4C970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3"/>
          </w:tcPr>
          <w:p w14:paraId="3DA08EA7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Strada</w:t>
            </w:r>
          </w:p>
          <w:p w14:paraId="538D62A6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720E6D2B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Nr.</w:t>
            </w:r>
          </w:p>
          <w:p w14:paraId="2E7EF5EB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57AD1668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Bl. / sc. / et. / ap.</w:t>
            </w:r>
          </w:p>
          <w:p w14:paraId="26416C0C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</w:tr>
      <w:tr w:rsidR="00A11ECC" w:rsidRPr="009360D7" w14:paraId="4C590D10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5FC5203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Număr cadastral</w:t>
            </w:r>
          </w:p>
          <w:p w14:paraId="3BE30373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i/>
                <w:color w:val="7A7A7A"/>
                <w:lang w:val="ro-RO"/>
              </w:rPr>
              <w:t>dacă imobilul e înscris în e-Terra</w:t>
            </w:r>
          </w:p>
          <w:p w14:paraId="0F081BC3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451DB82B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Carte funciară nr.</w:t>
            </w:r>
          </w:p>
          <w:p w14:paraId="202F2988" w14:textId="77777777" w:rsidR="00A11ECC" w:rsidRPr="009360D7" w:rsidRDefault="00A11ECC">
            <w:pPr>
              <w:keepNext/>
              <w:rPr>
                <w:lang w:val="ro-RO"/>
              </w:rPr>
            </w:pPr>
          </w:p>
        </w:tc>
      </w:tr>
    </w:tbl>
    <w:p w14:paraId="30B8E0EC" w14:textId="77777777" w:rsidR="00A11ECC" w:rsidRPr="009360D7" w:rsidRDefault="00A11ECC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11ECC" w:rsidRPr="009360D7" w14:paraId="031C2B49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F999CAB" w14:textId="77777777" w:rsidR="00A11ECC" w:rsidRPr="009360D7" w:rsidRDefault="00000000">
            <w:pPr>
              <w:keepNext/>
              <w:rPr>
                <w:lang w:val="ro-RO"/>
              </w:rPr>
            </w:pPr>
            <w:r w:rsidRPr="009360D7">
              <w:rPr>
                <w:b/>
                <w:sz w:val="16"/>
                <w:lang w:val="ro-RO"/>
              </w:rPr>
              <w:t xml:space="preserve"> 5. </w:t>
            </w:r>
            <w:r w:rsidRPr="009360D7">
              <w:rPr>
                <w:b/>
                <w:color w:val="000000"/>
                <w:sz w:val="18"/>
                <w:lang w:val="ro-RO"/>
              </w:rPr>
              <w:t>DATA ȘI SEMNĂTURA</w:t>
            </w:r>
          </w:p>
        </w:tc>
      </w:tr>
      <w:tr w:rsidR="00A11ECC" w:rsidRPr="009360D7" w14:paraId="70317068" w14:textId="77777777">
        <w:trPr>
          <w:cantSplit/>
          <w:trHeight w:val="510"/>
        </w:trPr>
        <w:tc>
          <w:tcPr>
            <w:tcW w:w="1606" w:type="dxa"/>
          </w:tcPr>
          <w:p w14:paraId="6AB536DB" w14:textId="77777777" w:rsidR="00A11ECC" w:rsidRPr="009360D7" w:rsidRDefault="00000000">
            <w:pPr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Data</w:t>
            </w:r>
          </w:p>
          <w:p w14:paraId="45065743" w14:textId="77777777" w:rsidR="00A11ECC" w:rsidRPr="009360D7" w:rsidRDefault="00A11ECC">
            <w:pPr>
              <w:rPr>
                <w:lang w:val="ro-RO"/>
              </w:rPr>
            </w:pPr>
          </w:p>
        </w:tc>
        <w:tc>
          <w:tcPr>
            <w:tcW w:w="4818" w:type="dxa"/>
          </w:tcPr>
          <w:p w14:paraId="1F4E7ECE" w14:textId="77777777" w:rsidR="00A11ECC" w:rsidRPr="009360D7" w:rsidRDefault="00000000">
            <w:pPr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Titularul autorizației</w:t>
            </w:r>
          </w:p>
          <w:p w14:paraId="21637A08" w14:textId="77777777" w:rsidR="00A11ECC" w:rsidRPr="009360D7" w:rsidRDefault="00A11ECC">
            <w:pPr>
              <w:rPr>
                <w:lang w:val="ro-RO"/>
              </w:rPr>
            </w:pPr>
          </w:p>
        </w:tc>
        <w:tc>
          <w:tcPr>
            <w:tcW w:w="3212" w:type="dxa"/>
          </w:tcPr>
          <w:p w14:paraId="004D4C8B" w14:textId="77777777" w:rsidR="00A11ECC" w:rsidRPr="009360D7" w:rsidRDefault="00000000">
            <w:pPr>
              <w:rPr>
                <w:lang w:val="ro-RO"/>
              </w:rPr>
            </w:pPr>
            <w:r w:rsidRPr="009360D7">
              <w:rPr>
                <w:b/>
                <w:color w:val="0D5F78"/>
                <w:lang w:val="ro-RO"/>
              </w:rPr>
              <w:t>Semnătura</w:t>
            </w:r>
          </w:p>
          <w:p w14:paraId="307E167C" w14:textId="77777777" w:rsidR="00A11ECC" w:rsidRPr="009360D7" w:rsidRDefault="00A11ECC">
            <w:pPr>
              <w:rPr>
                <w:lang w:val="ro-RO"/>
              </w:rPr>
            </w:pPr>
          </w:p>
        </w:tc>
      </w:tr>
    </w:tbl>
    <w:p w14:paraId="33B23A72" w14:textId="77777777" w:rsidR="00A11ECC" w:rsidRPr="009360D7" w:rsidRDefault="00A11ECC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:rsidRPr="009360D7" w14:paraId="5723B871" w14:textId="77777777">
        <w:trPr>
          <w:cantSplit/>
        </w:trPr>
        <w:tc>
          <w:tcPr>
            <w:tcW w:w="9636" w:type="dxa"/>
            <w:shd w:val="clear" w:color="auto" w:fill="F4F4F4"/>
          </w:tcPr>
          <w:p w14:paraId="5778FA35" w14:textId="77777777" w:rsidR="00A11ECC" w:rsidRPr="009360D7" w:rsidRDefault="00000000">
            <w:pPr>
              <w:spacing w:line="228" w:lineRule="auto"/>
              <w:rPr>
                <w:lang w:val="ro-RO"/>
              </w:rPr>
            </w:pPr>
            <w:r w:rsidRPr="009360D7">
              <w:rPr>
                <w:lang w:val="ro-RO"/>
              </w:rPr>
              <w:t>Formularul se anexează la autorizația de construire / desființare în două exemplare. Titularul autorizației este obligat să păstreze pe șantier un exemplar al acestei înștiințări, cu numărul și data înregistrării la autoritatea emitentă.</w:t>
            </w:r>
          </w:p>
        </w:tc>
      </w:tr>
    </w:tbl>
    <w:p w14:paraId="1067A431" w14:textId="77777777" w:rsidR="00A11ECC" w:rsidRPr="009360D7" w:rsidRDefault="00A11ECC">
      <w:pPr>
        <w:spacing w:line="168" w:lineRule="auto"/>
        <w:rPr>
          <w:lang w:val="ro-RO"/>
        </w:rPr>
      </w:pPr>
    </w:p>
    <w:sectPr w:rsidR="00A11ECC" w:rsidRPr="009360D7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AD958" w14:textId="77777777" w:rsidR="006445CB" w:rsidRDefault="006445CB">
      <w:r>
        <w:separator/>
      </w:r>
    </w:p>
  </w:endnote>
  <w:endnote w:type="continuationSeparator" w:id="0">
    <w:p w14:paraId="348A1B65" w14:textId="77777777" w:rsidR="006445CB" w:rsidRDefault="0064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AD8D" w14:textId="547B7A71" w:rsidR="00A11ECC" w:rsidRDefault="00000000">
    <w:pPr>
      <w:pStyle w:val="Footer"/>
      <w:tabs>
        <w:tab w:val="right" w:pos="9639"/>
      </w:tabs>
    </w:pPr>
    <w:r>
      <w:rPr>
        <w:color w:val="595959"/>
      </w:rPr>
      <w:t>F_A_0</w:t>
    </w:r>
    <w:r w:rsidR="00182EDC">
      <w:rPr>
        <w:color w:val="595959"/>
      </w:rPr>
      <w:t>8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E6757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E6757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05C88" w14:textId="77777777" w:rsidR="006445CB" w:rsidRDefault="006445CB">
      <w:r>
        <w:separator/>
      </w:r>
    </w:p>
  </w:footnote>
  <w:footnote w:type="continuationSeparator" w:id="0">
    <w:p w14:paraId="2359024F" w14:textId="77777777" w:rsidR="006445CB" w:rsidRDefault="00644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9611888">
    <w:abstractNumId w:val="8"/>
  </w:num>
  <w:num w:numId="2" w16cid:durableId="1429814677">
    <w:abstractNumId w:val="6"/>
  </w:num>
  <w:num w:numId="3" w16cid:durableId="1434588032">
    <w:abstractNumId w:val="5"/>
  </w:num>
  <w:num w:numId="4" w16cid:durableId="862592027">
    <w:abstractNumId w:val="4"/>
  </w:num>
  <w:num w:numId="5" w16cid:durableId="1345128852">
    <w:abstractNumId w:val="7"/>
  </w:num>
  <w:num w:numId="6" w16cid:durableId="629365156">
    <w:abstractNumId w:val="3"/>
  </w:num>
  <w:num w:numId="7" w16cid:durableId="482157275">
    <w:abstractNumId w:val="2"/>
  </w:num>
  <w:num w:numId="8" w16cid:durableId="1442381932">
    <w:abstractNumId w:val="1"/>
  </w:num>
  <w:num w:numId="9" w16cid:durableId="138205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B24"/>
    <w:rsid w:val="00034616"/>
    <w:rsid w:val="0006063C"/>
    <w:rsid w:val="000A01C0"/>
    <w:rsid w:val="00123DA8"/>
    <w:rsid w:val="0015074B"/>
    <w:rsid w:val="00182EDC"/>
    <w:rsid w:val="001F772B"/>
    <w:rsid w:val="0029639D"/>
    <w:rsid w:val="00326F90"/>
    <w:rsid w:val="005F5D31"/>
    <w:rsid w:val="006445CB"/>
    <w:rsid w:val="00646C28"/>
    <w:rsid w:val="006C103E"/>
    <w:rsid w:val="006C636A"/>
    <w:rsid w:val="009360D7"/>
    <w:rsid w:val="00A11ECC"/>
    <w:rsid w:val="00AA1D8D"/>
    <w:rsid w:val="00B47730"/>
    <w:rsid w:val="00CB0664"/>
    <w:rsid w:val="00E61A6B"/>
    <w:rsid w:val="00E6757A"/>
    <w:rsid w:val="00F37B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E95A5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9360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act@primariatur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arhitecti pmt</cp:lastModifiedBy>
  <cp:revision>2</cp:revision>
  <dcterms:created xsi:type="dcterms:W3CDTF">2026-09-02T04:39:00Z</dcterms:created>
  <dcterms:modified xsi:type="dcterms:W3CDTF">2026-09-02T04:39:00Z</dcterms:modified>
  <cp:category/>
</cp:coreProperties>
</file>